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3FD23" w14:textId="77777777" w:rsidR="002A4304" w:rsidRPr="002E1349" w:rsidRDefault="002E1349">
      <w:pPr>
        <w:jc w:val="center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t>ЧЕК-ЛИСТЫ УРОКОВ ФИЗИЧЕСКОЙ КУЛЬТУРЫ (№ 11–16)</w:t>
      </w:r>
      <w:r w:rsidRPr="002E1349">
        <w:rPr>
          <w:rFonts w:cs="Times New Roman"/>
          <w:b/>
          <w:sz w:val="28"/>
          <w:szCs w:val="28"/>
          <w:lang w:val="ru-RU"/>
        </w:rPr>
        <w:br/>
        <w:t>Модуль «Лёгкая атлетика» с использованием элементов лыжной подготовки</w:t>
      </w:r>
      <w:r w:rsidRPr="002E1349">
        <w:rPr>
          <w:rFonts w:cs="Times New Roman"/>
          <w:b/>
          <w:sz w:val="28"/>
          <w:szCs w:val="28"/>
          <w:lang w:val="ru-RU"/>
        </w:rPr>
        <w:br/>
        <w:t>в условиях спортивного зала</w:t>
      </w:r>
    </w:p>
    <w:p w14:paraId="39B2D0A0" w14:textId="77777777" w:rsidR="002A4304" w:rsidRPr="002E1349" w:rsidRDefault="002A4304">
      <w:pPr>
        <w:rPr>
          <w:rFonts w:cs="Times New Roman"/>
          <w:sz w:val="28"/>
          <w:szCs w:val="28"/>
          <w:lang w:val="ru-RU"/>
        </w:rPr>
      </w:pPr>
    </w:p>
    <w:p w14:paraId="1BFA6AB6" w14:textId="77777777" w:rsidR="002A4304" w:rsidRPr="002E1349" w:rsidRDefault="002E1349">
      <w:pPr>
        <w:rPr>
          <w:rFonts w:cs="Times New Roman"/>
          <w:sz w:val="28"/>
          <w:szCs w:val="28"/>
        </w:rPr>
      </w:pPr>
      <w:r w:rsidRPr="002E1349">
        <w:rPr>
          <w:rFonts w:cs="Times New Roman"/>
          <w:b/>
          <w:sz w:val="28"/>
          <w:szCs w:val="28"/>
        </w:rPr>
        <w:t>УСЛОВНЫЕ ОБОЗНАЧЕНИЯ:</w:t>
      </w:r>
    </w:p>
    <w:p w14:paraId="70DC97C3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proofErr w:type="gramStart"/>
      <w:r w:rsidRPr="002E134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2E1349">
        <w:rPr>
          <w:rFonts w:cs="Times New Roman"/>
          <w:sz w:val="28"/>
          <w:szCs w:val="28"/>
          <w:lang w:val="ru-RU"/>
        </w:rPr>
        <w:t xml:space="preserve">  —</w:t>
      </w:r>
      <w:proofErr w:type="gramEnd"/>
      <w:r w:rsidRPr="002E1349">
        <w:rPr>
          <w:rFonts w:cs="Times New Roman"/>
          <w:sz w:val="28"/>
          <w:szCs w:val="28"/>
          <w:lang w:val="ru-RU"/>
        </w:rPr>
        <w:t xml:space="preserve"> полный режим (40–45 мин, стандартный урок)</w:t>
      </w:r>
    </w:p>
    <w:p w14:paraId="59B71743" w14:textId="1E3D6AA0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2E1349">
        <w:rPr>
          <w:rFonts w:cs="Times New Roman"/>
          <w:sz w:val="28"/>
          <w:szCs w:val="28"/>
          <w:lang w:val="ru-RU"/>
        </w:rPr>
        <w:t xml:space="preserve">С — сокращённый режим (25–30 мин, </w:t>
      </w:r>
      <w:r w:rsidRPr="002E1349">
        <w:rPr>
          <w:rFonts w:cs="Times New Roman"/>
          <w:sz w:val="28"/>
          <w:szCs w:val="28"/>
          <w:lang w:val="ru-RU"/>
        </w:rPr>
        <w:t>меньше повторений,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2E1349">
        <w:rPr>
          <w:rFonts w:cs="Times New Roman"/>
          <w:sz w:val="28"/>
          <w:szCs w:val="28"/>
          <w:lang w:val="ru-RU"/>
        </w:rPr>
        <w:t>структура сохранена)</w:t>
      </w:r>
    </w:p>
    <w:p w14:paraId="60045641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2E1349">
        <w:rPr>
          <w:rFonts w:cs="Times New Roman"/>
          <w:sz w:val="28"/>
          <w:szCs w:val="28"/>
          <w:lang w:val="ru-RU"/>
        </w:rPr>
        <w:t>А — аварийный режим (15–20 мин, минимальный набор при отмене/замене)</w:t>
      </w:r>
    </w:p>
    <w:p w14:paraId="216DF18D" w14:textId="77777777" w:rsidR="002A4304" w:rsidRPr="002E1349" w:rsidRDefault="002A4304">
      <w:pPr>
        <w:rPr>
          <w:rFonts w:cs="Times New Roman"/>
          <w:sz w:val="28"/>
          <w:szCs w:val="28"/>
          <w:lang w:val="ru-RU"/>
        </w:rPr>
      </w:pPr>
    </w:p>
    <w:p w14:paraId="11D88452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t>МЕТОДИЧЕСКОЕ ПОЯСНЕНИЕ</w:t>
      </w:r>
    </w:p>
    <w:p w14:paraId="3A58E5F4" w14:textId="77777777" w:rsidR="002A4304" w:rsidRPr="002E1349" w:rsidRDefault="002E1349" w:rsidP="002E1349">
      <w:pPr>
        <w:spacing w:after="120"/>
        <w:jc w:val="both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 xml:space="preserve">Лыжная подготовка в зале проводится в форме имитационных упражнений: имитация попеременного </w:t>
      </w:r>
      <w:proofErr w:type="spellStart"/>
      <w:r w:rsidRPr="002E1349">
        <w:rPr>
          <w:rFonts w:cs="Times New Roman"/>
          <w:sz w:val="28"/>
          <w:szCs w:val="28"/>
          <w:lang w:val="ru-RU"/>
        </w:rPr>
        <w:t>двухшажного</w:t>
      </w:r>
      <w:proofErr w:type="spellEnd"/>
      <w:r w:rsidRPr="002E1349">
        <w:rPr>
          <w:rFonts w:cs="Times New Roman"/>
          <w:sz w:val="28"/>
          <w:szCs w:val="28"/>
          <w:lang w:val="ru-RU"/>
        </w:rPr>
        <w:t xml:space="preserve"> и одновременного х</w:t>
      </w:r>
      <w:r w:rsidRPr="002E1349">
        <w:rPr>
          <w:rFonts w:cs="Times New Roman"/>
          <w:sz w:val="28"/>
          <w:szCs w:val="28"/>
          <w:lang w:val="ru-RU"/>
        </w:rPr>
        <w:t>ода, конькового хода, работа с лыжными палками (или заменителями — гимнастическими палками), прыжковая имитация, шаговая имитация. Эти упражнения развивают общую выносливость, координацию, силу ног и рук — качества, необходимые в лёгкой атлетике. Комбиниро</w:t>
      </w:r>
      <w:r w:rsidRPr="002E1349">
        <w:rPr>
          <w:rFonts w:cs="Times New Roman"/>
          <w:sz w:val="28"/>
          <w:szCs w:val="28"/>
          <w:lang w:val="ru-RU"/>
        </w:rPr>
        <w:t>вание модулей особенно актуально при отсутствии снега, невозможности выхода на лыжню или при занятиях в межсезонье.</w:t>
      </w:r>
    </w:p>
    <w:p w14:paraId="7F7A82E6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br w:type="page"/>
      </w:r>
      <w:bookmarkStart w:id="0" w:name="_GoBack"/>
      <w:bookmarkEnd w:id="0"/>
    </w:p>
    <w:p w14:paraId="19FCB9C7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color w:val="1F4E79"/>
          <w:sz w:val="28"/>
          <w:szCs w:val="28"/>
          <w:lang w:val="ru-RU"/>
        </w:rPr>
        <w:lastRenderedPageBreak/>
        <w:t>НАЧАЛЬНАЯ ШКОЛА (2–4 классы)</w:t>
      </w:r>
    </w:p>
    <w:p w14:paraId="0F6FC377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t>Урок № 11. Имитация лыжных ходов + беговые упражнения</w:t>
      </w:r>
    </w:p>
    <w:p w14:paraId="4DAA5A3C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Цель: развитие общей выносливости и координации через и</w:t>
      </w:r>
      <w:r w:rsidRPr="002E1349">
        <w:rPr>
          <w:rFonts w:cs="Times New Roman"/>
          <w:sz w:val="28"/>
          <w:szCs w:val="28"/>
          <w:lang w:val="ru-RU"/>
        </w:rPr>
        <w:t>митацию лыжных ходов и беговые упражнения.</w:t>
      </w:r>
    </w:p>
    <w:p w14:paraId="1B549DDE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Инвентарь: гимнастические палки (по 2 на ученика), конусы, флажки.</w:t>
      </w:r>
    </w:p>
    <w:p w14:paraId="183920F9" w14:textId="77777777" w:rsidR="002A4304" w:rsidRPr="002E1349" w:rsidRDefault="002E1349">
      <w:pPr>
        <w:rPr>
          <w:rFonts w:cs="Times New Roman"/>
          <w:sz w:val="28"/>
          <w:szCs w:val="28"/>
        </w:rPr>
      </w:pPr>
      <w:proofErr w:type="spellStart"/>
      <w:r w:rsidRPr="002E1349">
        <w:rPr>
          <w:rFonts w:cs="Times New Roman"/>
          <w:sz w:val="28"/>
          <w:szCs w:val="28"/>
        </w:rPr>
        <w:t>Тип</w:t>
      </w:r>
      <w:proofErr w:type="spellEnd"/>
      <w:r w:rsidRPr="002E1349">
        <w:rPr>
          <w:rFonts w:cs="Times New Roman"/>
          <w:sz w:val="28"/>
          <w:szCs w:val="28"/>
        </w:rPr>
        <w:t xml:space="preserve"> </w:t>
      </w:r>
      <w:proofErr w:type="spellStart"/>
      <w:r w:rsidRPr="002E1349">
        <w:rPr>
          <w:rFonts w:cs="Times New Roman"/>
          <w:sz w:val="28"/>
          <w:szCs w:val="28"/>
        </w:rPr>
        <w:t>урока</w:t>
      </w:r>
      <w:proofErr w:type="spellEnd"/>
      <w:r w:rsidRPr="002E1349">
        <w:rPr>
          <w:rFonts w:cs="Times New Roman"/>
          <w:sz w:val="28"/>
          <w:szCs w:val="28"/>
        </w:rPr>
        <w:t xml:space="preserve">: </w:t>
      </w:r>
      <w:proofErr w:type="spellStart"/>
      <w:r w:rsidRPr="002E1349">
        <w:rPr>
          <w:rFonts w:cs="Times New Roman"/>
          <w:sz w:val="28"/>
          <w:szCs w:val="28"/>
        </w:rPr>
        <w:t>комбинированный</w:t>
      </w:r>
      <w:proofErr w:type="spellEnd"/>
      <w:r w:rsidRPr="002E1349">
        <w:rPr>
          <w:rFonts w:cs="Times New Roman"/>
          <w:sz w:val="28"/>
          <w:szCs w:val="28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2880"/>
        <w:gridCol w:w="2880"/>
      </w:tblGrid>
      <w:tr w:rsidR="002A4304" w:rsidRPr="002E1349" w14:paraId="0B57A5B9" w14:textId="77777777">
        <w:trPr>
          <w:jc w:val="center"/>
        </w:trPr>
        <w:tc>
          <w:tcPr>
            <w:tcW w:w="2880" w:type="dxa"/>
            <w:shd w:val="clear" w:color="auto" w:fill="D9E2F3"/>
          </w:tcPr>
          <w:p w14:paraId="62B2A35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2E1349">
              <w:rPr>
                <w:rFonts w:cs="Times New Roman"/>
                <w:b/>
                <w:sz w:val="28"/>
                <w:szCs w:val="28"/>
              </w:rPr>
              <w:t>Этап</w:t>
            </w:r>
            <w:proofErr w:type="spellEnd"/>
            <w:r w:rsidRPr="002E1349">
              <w:rPr>
                <w:rFonts w:cs="Times New Roman"/>
                <w:b/>
                <w:sz w:val="28"/>
                <w:szCs w:val="28"/>
              </w:rPr>
              <w:t xml:space="preserve"> / </w:t>
            </w:r>
            <w:proofErr w:type="spellStart"/>
            <w:r w:rsidRPr="002E1349">
              <w:rPr>
                <w:rFonts w:cs="Times New Roman"/>
                <w:b/>
                <w:sz w:val="28"/>
                <w:szCs w:val="28"/>
              </w:rPr>
              <w:t>содержание</w:t>
            </w:r>
            <w:proofErr w:type="spellEnd"/>
          </w:p>
        </w:tc>
        <w:tc>
          <w:tcPr>
            <w:tcW w:w="2880" w:type="dxa"/>
            <w:shd w:val="clear" w:color="auto" w:fill="D9E2F3"/>
          </w:tcPr>
          <w:p w14:paraId="7A30DA8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Режим</w:t>
            </w:r>
          </w:p>
        </w:tc>
        <w:tc>
          <w:tcPr>
            <w:tcW w:w="2880" w:type="dxa"/>
            <w:shd w:val="clear" w:color="auto" w:fill="D9E2F3"/>
          </w:tcPr>
          <w:p w14:paraId="3F3C676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</w:tr>
      <w:tr w:rsidR="002A4304" w:rsidRPr="002E1349" w14:paraId="7FD1D0FE" w14:textId="77777777">
        <w:trPr>
          <w:jc w:val="center"/>
        </w:trPr>
        <w:tc>
          <w:tcPr>
            <w:tcW w:w="2880" w:type="dxa"/>
          </w:tcPr>
          <w:p w14:paraId="3C7D72BD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ВВОДНО-ПОДГОТОВИТЕЛЬНАЯ ЧАСТЬ</w:t>
            </w:r>
          </w:p>
        </w:tc>
        <w:tc>
          <w:tcPr>
            <w:tcW w:w="2880" w:type="dxa"/>
          </w:tcPr>
          <w:p w14:paraId="33A78FE8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E48898E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2D6AD28" w14:textId="77777777">
        <w:trPr>
          <w:jc w:val="center"/>
        </w:trPr>
        <w:tc>
          <w:tcPr>
            <w:tcW w:w="2880" w:type="dxa"/>
          </w:tcPr>
          <w:p w14:paraId="2F4B9A42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Построение, приветствие, цель урока</w:t>
            </w:r>
          </w:p>
        </w:tc>
        <w:tc>
          <w:tcPr>
            <w:tcW w:w="2880" w:type="dxa"/>
          </w:tcPr>
          <w:p w14:paraId="0269A4B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9E149B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  <w:tr w:rsidR="002A4304" w:rsidRPr="002E1349" w14:paraId="77191B0B" w14:textId="77777777">
        <w:trPr>
          <w:jc w:val="center"/>
        </w:trPr>
        <w:tc>
          <w:tcPr>
            <w:tcW w:w="2880" w:type="dxa"/>
          </w:tcPr>
          <w:p w14:paraId="40BDABAD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Ходьба обычная + на носках, пятках (без палок)</w:t>
            </w:r>
          </w:p>
        </w:tc>
        <w:tc>
          <w:tcPr>
            <w:tcW w:w="2880" w:type="dxa"/>
          </w:tcPr>
          <w:p w14:paraId="476FE50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AB183C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3F5B1EEF" w14:textId="77777777">
        <w:trPr>
          <w:jc w:val="center"/>
        </w:trPr>
        <w:tc>
          <w:tcPr>
            <w:tcW w:w="2880" w:type="dxa"/>
          </w:tcPr>
          <w:p w14:paraId="192F6637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Бег в медленном темпе по залу (2 круга)</w:t>
            </w:r>
          </w:p>
        </w:tc>
        <w:tc>
          <w:tcPr>
            <w:tcW w:w="2880" w:type="dxa"/>
          </w:tcPr>
          <w:p w14:paraId="4A71112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6EAB5EA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2EA17F54" w14:textId="77777777">
        <w:trPr>
          <w:jc w:val="center"/>
        </w:trPr>
        <w:tc>
          <w:tcPr>
            <w:tcW w:w="2880" w:type="dxa"/>
          </w:tcPr>
          <w:p w14:paraId="25BE90D1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Бег с высоким подниманием бедра, с захлёстыванием голени</w:t>
            </w:r>
          </w:p>
        </w:tc>
        <w:tc>
          <w:tcPr>
            <w:tcW w:w="2880" w:type="dxa"/>
          </w:tcPr>
          <w:p w14:paraId="1AC65B2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46A47822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  <w:tr w:rsidR="002A4304" w:rsidRPr="002E1349" w14:paraId="6655DB32" w14:textId="77777777">
        <w:trPr>
          <w:jc w:val="center"/>
        </w:trPr>
        <w:tc>
          <w:tcPr>
            <w:tcW w:w="2880" w:type="dxa"/>
          </w:tcPr>
          <w:p w14:paraId="049E7E3B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ОРР с гимнастическими палками (наклоны, повороты, приседания с палк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ой)</w:t>
            </w:r>
          </w:p>
        </w:tc>
        <w:tc>
          <w:tcPr>
            <w:tcW w:w="2880" w:type="dxa"/>
          </w:tcPr>
          <w:p w14:paraId="4F5D403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774C92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3BA6DC8E" w14:textId="77777777">
        <w:trPr>
          <w:jc w:val="center"/>
        </w:trPr>
        <w:tc>
          <w:tcPr>
            <w:tcW w:w="2880" w:type="dxa"/>
          </w:tcPr>
          <w:p w14:paraId="06C6FAF0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Имитация попеременного </w:t>
            </w:r>
            <w:proofErr w:type="spellStart"/>
            <w:r w:rsidRPr="002E1349">
              <w:rPr>
                <w:rFonts w:cs="Times New Roman"/>
                <w:sz w:val="28"/>
                <w:szCs w:val="28"/>
                <w:lang w:val="ru-RU"/>
              </w:rPr>
              <w:t>двухшажного</w:t>
            </w:r>
            <w:proofErr w:type="spellEnd"/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 хода на месте (без палок)</w:t>
            </w:r>
          </w:p>
        </w:tc>
        <w:tc>
          <w:tcPr>
            <w:tcW w:w="2880" w:type="dxa"/>
          </w:tcPr>
          <w:p w14:paraId="1A9580A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474B09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77ECBD70" w14:textId="77777777">
        <w:trPr>
          <w:jc w:val="center"/>
        </w:trPr>
        <w:tc>
          <w:tcPr>
            <w:tcW w:w="2880" w:type="dxa"/>
          </w:tcPr>
          <w:p w14:paraId="0B6815D2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319D1C9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091E437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2C9BAECA" w14:textId="77777777">
        <w:trPr>
          <w:jc w:val="center"/>
        </w:trPr>
        <w:tc>
          <w:tcPr>
            <w:tcW w:w="2880" w:type="dxa"/>
          </w:tcPr>
          <w:p w14:paraId="502C5904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2880" w:type="dxa"/>
          </w:tcPr>
          <w:p w14:paraId="505FC00D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4578526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7F9D673" w14:textId="77777777">
        <w:trPr>
          <w:jc w:val="center"/>
        </w:trPr>
        <w:tc>
          <w:tcPr>
            <w:tcW w:w="2880" w:type="dxa"/>
          </w:tcPr>
          <w:p w14:paraId="6B8D46C2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Имитация попеременного </w:t>
            </w:r>
            <w:proofErr w:type="spellStart"/>
            <w:r w:rsidRPr="002E1349">
              <w:rPr>
                <w:rFonts w:cs="Times New Roman"/>
                <w:sz w:val="28"/>
                <w:szCs w:val="28"/>
                <w:lang w:val="ru-RU"/>
              </w:rPr>
              <w:t>двухшажного</w:t>
            </w:r>
            <w:proofErr w:type="spellEnd"/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 хода в движении (шагом, по диагонали зала)</w:t>
            </w:r>
          </w:p>
        </w:tc>
        <w:tc>
          <w:tcPr>
            <w:tcW w:w="2880" w:type="dxa"/>
          </w:tcPr>
          <w:p w14:paraId="25E0765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F28B6C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38E9A6D4" w14:textId="77777777">
        <w:trPr>
          <w:jc w:val="center"/>
        </w:trPr>
        <w:tc>
          <w:tcPr>
            <w:tcW w:w="2880" w:type="dxa"/>
          </w:tcPr>
          <w:p w14:paraId="56A4DCE8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Имитация одновременного </w:t>
            </w:r>
            <w:proofErr w:type="spellStart"/>
            <w:r w:rsidRPr="002E1349">
              <w:rPr>
                <w:rFonts w:cs="Times New Roman"/>
                <w:sz w:val="28"/>
                <w:szCs w:val="28"/>
                <w:lang w:val="ru-RU"/>
              </w:rPr>
              <w:t>бесшажного</w:t>
            </w:r>
            <w:proofErr w:type="spellEnd"/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 хода (толчок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lastRenderedPageBreak/>
              <w:t>двумя палками)</w:t>
            </w:r>
          </w:p>
        </w:tc>
        <w:tc>
          <w:tcPr>
            <w:tcW w:w="2880" w:type="dxa"/>
          </w:tcPr>
          <w:p w14:paraId="0DBB960A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7077A45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4B60CD93" w14:textId="77777777">
        <w:trPr>
          <w:jc w:val="center"/>
        </w:trPr>
        <w:tc>
          <w:tcPr>
            <w:tcW w:w="2880" w:type="dxa"/>
          </w:tcPr>
          <w:p w14:paraId="76B1F671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Прыжковая имитация: небольшие прыжки с продвижением (имитация конькового хода)</w:t>
            </w:r>
          </w:p>
        </w:tc>
        <w:tc>
          <w:tcPr>
            <w:tcW w:w="2880" w:type="dxa"/>
          </w:tcPr>
          <w:p w14:paraId="24484EA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04FF25F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17C32C58" w14:textId="77777777">
        <w:trPr>
          <w:jc w:val="center"/>
        </w:trPr>
        <w:tc>
          <w:tcPr>
            <w:tcW w:w="2880" w:type="dxa"/>
          </w:tcPr>
          <w:p w14:paraId="5BBB4D81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Бег 30 м на скорость (2 повторения)</w:t>
            </w:r>
          </w:p>
        </w:tc>
        <w:tc>
          <w:tcPr>
            <w:tcW w:w="2880" w:type="dxa"/>
          </w:tcPr>
          <w:p w14:paraId="3B99242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D0DDC2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6C5781F8" w14:textId="77777777">
        <w:trPr>
          <w:jc w:val="center"/>
        </w:trPr>
        <w:tc>
          <w:tcPr>
            <w:tcW w:w="2880" w:type="dxa"/>
          </w:tcPr>
          <w:p w14:paraId="3588E8BD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Эстафета «Лыжник»: бег с палками до конуса и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обратно, передача палок</w:t>
            </w:r>
          </w:p>
        </w:tc>
        <w:tc>
          <w:tcPr>
            <w:tcW w:w="2880" w:type="dxa"/>
          </w:tcPr>
          <w:p w14:paraId="60555A0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456C71D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3FFFBBFC" w14:textId="77777777">
        <w:trPr>
          <w:jc w:val="center"/>
        </w:trPr>
        <w:tc>
          <w:tcPr>
            <w:tcW w:w="2880" w:type="dxa"/>
          </w:tcPr>
          <w:p w14:paraId="7421EA85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Челночный бег 3×10 м (1 повторение)</w:t>
            </w:r>
          </w:p>
        </w:tc>
        <w:tc>
          <w:tcPr>
            <w:tcW w:w="2880" w:type="dxa"/>
          </w:tcPr>
          <w:p w14:paraId="542EF20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8076D7A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5EF2DB3A" w14:textId="77777777">
        <w:trPr>
          <w:jc w:val="center"/>
        </w:trPr>
        <w:tc>
          <w:tcPr>
            <w:tcW w:w="2880" w:type="dxa"/>
          </w:tcPr>
          <w:p w14:paraId="50DB8425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Игра «День и ночь» (беговая)</w:t>
            </w:r>
          </w:p>
        </w:tc>
        <w:tc>
          <w:tcPr>
            <w:tcW w:w="2880" w:type="dxa"/>
          </w:tcPr>
          <w:p w14:paraId="106951D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33765DA2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0808F0FD" w14:textId="77777777">
        <w:trPr>
          <w:jc w:val="center"/>
        </w:trPr>
        <w:tc>
          <w:tcPr>
            <w:tcW w:w="2880" w:type="dxa"/>
          </w:tcPr>
          <w:p w14:paraId="25D135EF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60EE0F2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3D89CEC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697CD5D5" w14:textId="77777777">
        <w:trPr>
          <w:jc w:val="center"/>
        </w:trPr>
        <w:tc>
          <w:tcPr>
            <w:tcW w:w="2880" w:type="dxa"/>
          </w:tcPr>
          <w:p w14:paraId="5A11D8EC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2880" w:type="dxa"/>
          </w:tcPr>
          <w:p w14:paraId="79BBCCB8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4A999C4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765950EC" w14:textId="77777777">
        <w:trPr>
          <w:jc w:val="center"/>
        </w:trPr>
        <w:tc>
          <w:tcPr>
            <w:tcW w:w="2880" w:type="dxa"/>
          </w:tcPr>
          <w:p w14:paraId="75244037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Ходьба в медленном темпе, восстановление дыхания</w:t>
            </w:r>
          </w:p>
        </w:tc>
        <w:tc>
          <w:tcPr>
            <w:tcW w:w="2880" w:type="dxa"/>
          </w:tcPr>
          <w:p w14:paraId="0AC0772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14A76EF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269EA91E" w14:textId="77777777">
        <w:trPr>
          <w:jc w:val="center"/>
        </w:trPr>
        <w:tc>
          <w:tcPr>
            <w:tcW w:w="2880" w:type="dxa"/>
          </w:tcPr>
          <w:p w14:paraId="5B826159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Упражнения на растяжку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(наклоны к ногам, выпады)</w:t>
            </w:r>
          </w:p>
        </w:tc>
        <w:tc>
          <w:tcPr>
            <w:tcW w:w="2880" w:type="dxa"/>
          </w:tcPr>
          <w:p w14:paraId="33DD77A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5244708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3C5B872B" w14:textId="77777777">
        <w:trPr>
          <w:jc w:val="center"/>
        </w:trPr>
        <w:tc>
          <w:tcPr>
            <w:tcW w:w="2880" w:type="dxa"/>
          </w:tcPr>
          <w:p w14:paraId="2FCA99D9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Подведение итогов, домашнее задание (прыжки на скакалке 50 раз)</w:t>
            </w:r>
          </w:p>
        </w:tc>
        <w:tc>
          <w:tcPr>
            <w:tcW w:w="2880" w:type="dxa"/>
          </w:tcPr>
          <w:p w14:paraId="0A7CEB4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55AEDA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</w:tbl>
    <w:p w14:paraId="1E5D4754" w14:textId="77777777" w:rsidR="002A4304" w:rsidRPr="002E1349" w:rsidRDefault="002A4304">
      <w:pPr>
        <w:rPr>
          <w:rFonts w:cs="Times New Roman"/>
          <w:sz w:val="28"/>
          <w:szCs w:val="28"/>
        </w:rPr>
      </w:pPr>
    </w:p>
    <w:p w14:paraId="7B8618A9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Критерии оценивания: техника имитации хода — 4 балла; результат бега 30 м — 3 балла; эстафета — 3 балла.</w:t>
      </w:r>
    </w:p>
    <w:p w14:paraId="626CFF9B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br w:type="page"/>
      </w:r>
    </w:p>
    <w:p w14:paraId="0A96D306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lastRenderedPageBreak/>
        <w:t>Урок № 12. Имитация коньковог</w:t>
      </w:r>
      <w:r w:rsidRPr="002E1349">
        <w:rPr>
          <w:rFonts w:cs="Times New Roman"/>
          <w:b/>
          <w:sz w:val="28"/>
          <w:szCs w:val="28"/>
          <w:lang w:val="ru-RU"/>
        </w:rPr>
        <w:t>о хода + прыжки в длину с места</w:t>
      </w:r>
    </w:p>
    <w:p w14:paraId="572A4E5E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Цель: развитие силы ног и координации через прыжковую имитацию и прыжки в длину.</w:t>
      </w:r>
    </w:p>
    <w:p w14:paraId="0D0D470A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Инвентарь: гимнастические палки, рулетка, мел для разметки.</w:t>
      </w:r>
    </w:p>
    <w:p w14:paraId="516B0AC5" w14:textId="77777777" w:rsidR="002A4304" w:rsidRPr="002E1349" w:rsidRDefault="002E1349">
      <w:pPr>
        <w:rPr>
          <w:rFonts w:cs="Times New Roman"/>
          <w:sz w:val="28"/>
          <w:szCs w:val="28"/>
        </w:rPr>
      </w:pPr>
      <w:proofErr w:type="spellStart"/>
      <w:r w:rsidRPr="002E1349">
        <w:rPr>
          <w:rFonts w:cs="Times New Roman"/>
          <w:sz w:val="28"/>
          <w:szCs w:val="28"/>
        </w:rPr>
        <w:t>Тип</w:t>
      </w:r>
      <w:proofErr w:type="spellEnd"/>
      <w:r w:rsidRPr="002E1349">
        <w:rPr>
          <w:rFonts w:cs="Times New Roman"/>
          <w:sz w:val="28"/>
          <w:szCs w:val="28"/>
        </w:rPr>
        <w:t xml:space="preserve"> </w:t>
      </w:r>
      <w:proofErr w:type="spellStart"/>
      <w:r w:rsidRPr="002E1349">
        <w:rPr>
          <w:rFonts w:cs="Times New Roman"/>
          <w:sz w:val="28"/>
          <w:szCs w:val="28"/>
        </w:rPr>
        <w:t>урока</w:t>
      </w:r>
      <w:proofErr w:type="spellEnd"/>
      <w:r w:rsidRPr="002E1349">
        <w:rPr>
          <w:rFonts w:cs="Times New Roman"/>
          <w:sz w:val="28"/>
          <w:szCs w:val="28"/>
        </w:rPr>
        <w:t xml:space="preserve">: </w:t>
      </w:r>
      <w:proofErr w:type="spellStart"/>
      <w:r w:rsidRPr="002E1349">
        <w:rPr>
          <w:rFonts w:cs="Times New Roman"/>
          <w:sz w:val="28"/>
          <w:szCs w:val="28"/>
        </w:rPr>
        <w:t>комбинированный</w:t>
      </w:r>
      <w:proofErr w:type="spellEnd"/>
      <w:r w:rsidRPr="002E1349">
        <w:rPr>
          <w:rFonts w:cs="Times New Roman"/>
          <w:sz w:val="28"/>
          <w:szCs w:val="28"/>
        </w:rPr>
        <w:t>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39"/>
        <w:gridCol w:w="2880"/>
        <w:gridCol w:w="2880"/>
      </w:tblGrid>
      <w:tr w:rsidR="002A4304" w:rsidRPr="002E1349" w14:paraId="769934EA" w14:textId="77777777">
        <w:tc>
          <w:tcPr>
            <w:tcW w:w="2880" w:type="dxa"/>
            <w:shd w:val="clear" w:color="auto" w:fill="D9E2F3"/>
          </w:tcPr>
          <w:p w14:paraId="128913F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Этап / содержание</w:t>
            </w:r>
          </w:p>
        </w:tc>
        <w:tc>
          <w:tcPr>
            <w:tcW w:w="2880" w:type="dxa"/>
            <w:shd w:val="clear" w:color="auto" w:fill="D9E2F3"/>
          </w:tcPr>
          <w:p w14:paraId="2FD0A462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Режим</w:t>
            </w:r>
          </w:p>
        </w:tc>
        <w:tc>
          <w:tcPr>
            <w:tcW w:w="2880" w:type="dxa"/>
            <w:shd w:val="clear" w:color="auto" w:fill="D9E2F3"/>
          </w:tcPr>
          <w:p w14:paraId="723F046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</w:tr>
      <w:tr w:rsidR="002A4304" w:rsidRPr="002E1349" w14:paraId="281531A1" w14:textId="77777777">
        <w:tc>
          <w:tcPr>
            <w:tcW w:w="2880" w:type="dxa"/>
          </w:tcPr>
          <w:p w14:paraId="6E8FF01D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ВВОДНО-ПОДГОТОВИТЕЛЬНАЯ ЧАСТЬ</w:t>
            </w:r>
          </w:p>
        </w:tc>
        <w:tc>
          <w:tcPr>
            <w:tcW w:w="2880" w:type="dxa"/>
          </w:tcPr>
          <w:p w14:paraId="22FB7329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37DB1A8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6CBC091F" w14:textId="77777777">
        <w:tc>
          <w:tcPr>
            <w:tcW w:w="2880" w:type="dxa"/>
          </w:tcPr>
          <w:p w14:paraId="501DBEC9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Построение, сообщение задач урока</w:t>
            </w:r>
          </w:p>
        </w:tc>
        <w:tc>
          <w:tcPr>
            <w:tcW w:w="2880" w:type="dxa"/>
          </w:tcPr>
          <w:p w14:paraId="202D01E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9AFEA4A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  <w:tr w:rsidR="002A4304" w:rsidRPr="002E1349" w14:paraId="42C87C82" w14:textId="77777777">
        <w:tc>
          <w:tcPr>
            <w:tcW w:w="2880" w:type="dxa"/>
          </w:tcPr>
          <w:p w14:paraId="04B6EE5D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Ходьба с изменением направления по сигналу</w:t>
            </w:r>
          </w:p>
        </w:tc>
        <w:tc>
          <w:tcPr>
            <w:tcW w:w="2880" w:type="dxa"/>
          </w:tcPr>
          <w:p w14:paraId="78E3224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3CA5E17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4151B110" w14:textId="77777777">
        <w:tc>
          <w:tcPr>
            <w:tcW w:w="2880" w:type="dxa"/>
          </w:tcPr>
          <w:p w14:paraId="205D69FC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Бег в умеренном темпе (2 круга)</w:t>
            </w:r>
          </w:p>
        </w:tc>
        <w:tc>
          <w:tcPr>
            <w:tcW w:w="2880" w:type="dxa"/>
          </w:tcPr>
          <w:p w14:paraId="3AB7AB7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3339893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7859A484" w14:textId="77777777">
        <w:tc>
          <w:tcPr>
            <w:tcW w:w="2880" w:type="dxa"/>
          </w:tcPr>
          <w:p w14:paraId="7602817C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Специальные беговые упражнения: семенящий бег, бег с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ускорением</w:t>
            </w:r>
          </w:p>
        </w:tc>
        <w:tc>
          <w:tcPr>
            <w:tcW w:w="2880" w:type="dxa"/>
          </w:tcPr>
          <w:p w14:paraId="592E679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6449A55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6A9A475C" w14:textId="77777777">
        <w:tc>
          <w:tcPr>
            <w:tcW w:w="2880" w:type="dxa"/>
          </w:tcPr>
          <w:p w14:paraId="220963F3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ОРР с палками: перекаты с пятки на носок, выпады с палкой</w:t>
            </w:r>
          </w:p>
        </w:tc>
        <w:tc>
          <w:tcPr>
            <w:tcW w:w="2880" w:type="dxa"/>
          </w:tcPr>
          <w:p w14:paraId="5D4C2ED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EAD54C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7D9814FE" w14:textId="77777777">
        <w:tc>
          <w:tcPr>
            <w:tcW w:w="2880" w:type="dxa"/>
          </w:tcPr>
          <w:p w14:paraId="3BB071EF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Прыжки на двух ногах на месте (подготовка к имитации)</w:t>
            </w:r>
          </w:p>
        </w:tc>
        <w:tc>
          <w:tcPr>
            <w:tcW w:w="2880" w:type="dxa"/>
          </w:tcPr>
          <w:p w14:paraId="7B0FABA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339DB2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55BE81A7" w14:textId="77777777">
        <w:tc>
          <w:tcPr>
            <w:tcW w:w="2880" w:type="dxa"/>
          </w:tcPr>
          <w:p w14:paraId="4E6A4138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D54DF61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C0A6482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7B27A87B" w14:textId="77777777">
        <w:tc>
          <w:tcPr>
            <w:tcW w:w="2880" w:type="dxa"/>
          </w:tcPr>
          <w:p w14:paraId="0880C6E0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2880" w:type="dxa"/>
          </w:tcPr>
          <w:p w14:paraId="4F5A45BB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5320647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00A2469D" w14:textId="77777777">
        <w:tc>
          <w:tcPr>
            <w:tcW w:w="2880" w:type="dxa"/>
          </w:tcPr>
          <w:p w14:paraId="3B777CF5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Прыжковая имитация конькового хода на месте (толчок одной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ногой в сторону)</w:t>
            </w:r>
          </w:p>
        </w:tc>
        <w:tc>
          <w:tcPr>
            <w:tcW w:w="2880" w:type="dxa"/>
          </w:tcPr>
          <w:p w14:paraId="720189A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00AFD4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33E1EC7E" w14:textId="77777777">
        <w:tc>
          <w:tcPr>
            <w:tcW w:w="2880" w:type="dxa"/>
          </w:tcPr>
          <w:p w14:paraId="6C7B97A6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Прыжковая имитация с продвижением по залу (3–4 отрезка по 10 м)</w:t>
            </w:r>
          </w:p>
        </w:tc>
        <w:tc>
          <w:tcPr>
            <w:tcW w:w="2880" w:type="dxa"/>
          </w:tcPr>
          <w:p w14:paraId="5C75B85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2B2E8CF2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02B8F3F5" w14:textId="77777777">
        <w:tc>
          <w:tcPr>
            <w:tcW w:w="2880" w:type="dxa"/>
          </w:tcPr>
          <w:p w14:paraId="7D3A69AC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Прыжок в длину с места: объяснение техники (толчок двумя, приземление на обе)</w:t>
            </w:r>
          </w:p>
        </w:tc>
        <w:tc>
          <w:tcPr>
            <w:tcW w:w="2880" w:type="dxa"/>
          </w:tcPr>
          <w:p w14:paraId="44F4EBC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305707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4C4E9060" w14:textId="77777777">
        <w:tc>
          <w:tcPr>
            <w:tcW w:w="2880" w:type="dxa"/>
          </w:tcPr>
          <w:p w14:paraId="0C73A63F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lastRenderedPageBreak/>
              <w:t>Прыжки в длину с места — 3 попытки с замером результ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ата</w:t>
            </w:r>
          </w:p>
        </w:tc>
        <w:tc>
          <w:tcPr>
            <w:tcW w:w="2880" w:type="dxa"/>
          </w:tcPr>
          <w:p w14:paraId="4BBD77C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3EA7F42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0D92B0C8" w14:textId="77777777">
        <w:tc>
          <w:tcPr>
            <w:tcW w:w="2880" w:type="dxa"/>
          </w:tcPr>
          <w:p w14:paraId="7D0597A6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Прыжки через скакалку на двух ногах (30 сек × 2)</w:t>
            </w:r>
          </w:p>
        </w:tc>
        <w:tc>
          <w:tcPr>
            <w:tcW w:w="2880" w:type="dxa"/>
          </w:tcPr>
          <w:p w14:paraId="5A97C74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0BC4879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4B41D031" w14:textId="77777777">
        <w:tc>
          <w:tcPr>
            <w:tcW w:w="2880" w:type="dxa"/>
          </w:tcPr>
          <w:p w14:paraId="4F94A4F9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Эстафета «Прыжковая»: прыжки в длину с места до конуса и бег обратно</w:t>
            </w:r>
          </w:p>
        </w:tc>
        <w:tc>
          <w:tcPr>
            <w:tcW w:w="2880" w:type="dxa"/>
          </w:tcPr>
          <w:p w14:paraId="1489C6C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049B0CA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59892F1F" w14:textId="77777777">
        <w:tc>
          <w:tcPr>
            <w:tcW w:w="2880" w:type="dxa"/>
          </w:tcPr>
          <w:p w14:paraId="36DCB9FF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CD84F71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16C79CB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278EC5B4" w14:textId="77777777">
        <w:tc>
          <w:tcPr>
            <w:tcW w:w="2880" w:type="dxa"/>
          </w:tcPr>
          <w:p w14:paraId="7EE191F3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2880" w:type="dxa"/>
          </w:tcPr>
          <w:p w14:paraId="2EA90161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4A6A182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7F67D5B0" w14:textId="77777777">
        <w:tc>
          <w:tcPr>
            <w:tcW w:w="2880" w:type="dxa"/>
          </w:tcPr>
          <w:p w14:paraId="2B435D30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Медленная ходьба с дыхательными упражнениями</w:t>
            </w:r>
          </w:p>
        </w:tc>
        <w:tc>
          <w:tcPr>
            <w:tcW w:w="2880" w:type="dxa"/>
          </w:tcPr>
          <w:p w14:paraId="525AC94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FE7EC7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280326EC" w14:textId="77777777">
        <w:tc>
          <w:tcPr>
            <w:tcW w:w="2880" w:type="dxa"/>
          </w:tcPr>
          <w:p w14:paraId="4D7DCB54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Растяжка: наклоны сидя, выпады</w:t>
            </w:r>
          </w:p>
        </w:tc>
        <w:tc>
          <w:tcPr>
            <w:tcW w:w="2880" w:type="dxa"/>
          </w:tcPr>
          <w:p w14:paraId="6DEE423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686FE72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42856DCB" w14:textId="77777777">
        <w:tc>
          <w:tcPr>
            <w:tcW w:w="2880" w:type="dxa"/>
          </w:tcPr>
          <w:p w14:paraId="1BF8F338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Итоги урока, запись результатов прыжка</w:t>
            </w:r>
          </w:p>
        </w:tc>
        <w:tc>
          <w:tcPr>
            <w:tcW w:w="2880" w:type="dxa"/>
          </w:tcPr>
          <w:p w14:paraId="389769C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3C11D1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</w:tbl>
    <w:p w14:paraId="13D1E34F" w14:textId="77777777" w:rsidR="002A4304" w:rsidRPr="002E1349" w:rsidRDefault="002A4304">
      <w:pPr>
        <w:rPr>
          <w:rFonts w:cs="Times New Roman"/>
          <w:sz w:val="28"/>
          <w:szCs w:val="28"/>
        </w:rPr>
      </w:pPr>
    </w:p>
    <w:p w14:paraId="760A0A03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Критерии оценивания: техника прыжка в длину — 4 балла; результат прыжка — 3 балла; прыжковая имитация — 3 балла.</w:t>
      </w:r>
    </w:p>
    <w:p w14:paraId="7A2F1DC1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br w:type="page"/>
      </w:r>
    </w:p>
    <w:p w14:paraId="7C95814D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lastRenderedPageBreak/>
        <w:t xml:space="preserve">Урок № 13. Шаговая имитация </w:t>
      </w:r>
      <w:r w:rsidRPr="002E1349">
        <w:rPr>
          <w:rFonts w:cs="Times New Roman"/>
          <w:b/>
          <w:sz w:val="28"/>
          <w:szCs w:val="28"/>
          <w:lang w:val="ru-RU"/>
        </w:rPr>
        <w:t>лыжного хода + метание малого мяча</w:t>
      </w:r>
    </w:p>
    <w:p w14:paraId="0E8E617C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Цель: развитие координации рук и ног через шаговую имитацию и обучение метанию в цель.</w:t>
      </w:r>
    </w:p>
    <w:p w14:paraId="073E84ED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Инвентарь: гимнастические палки, малые мячи (теннисные), мишени (обручи, щиты).</w:t>
      </w:r>
    </w:p>
    <w:p w14:paraId="047E3864" w14:textId="77777777" w:rsidR="002A4304" w:rsidRPr="002E1349" w:rsidRDefault="002E1349">
      <w:pPr>
        <w:rPr>
          <w:rFonts w:cs="Times New Roman"/>
          <w:sz w:val="28"/>
          <w:szCs w:val="28"/>
        </w:rPr>
      </w:pPr>
      <w:proofErr w:type="spellStart"/>
      <w:r w:rsidRPr="002E1349">
        <w:rPr>
          <w:rFonts w:cs="Times New Roman"/>
          <w:sz w:val="28"/>
          <w:szCs w:val="28"/>
        </w:rPr>
        <w:t>Тип</w:t>
      </w:r>
      <w:proofErr w:type="spellEnd"/>
      <w:r w:rsidRPr="002E1349">
        <w:rPr>
          <w:rFonts w:cs="Times New Roman"/>
          <w:sz w:val="28"/>
          <w:szCs w:val="28"/>
        </w:rPr>
        <w:t xml:space="preserve"> </w:t>
      </w:r>
      <w:proofErr w:type="spellStart"/>
      <w:r w:rsidRPr="002E1349">
        <w:rPr>
          <w:rFonts w:cs="Times New Roman"/>
          <w:sz w:val="28"/>
          <w:szCs w:val="28"/>
        </w:rPr>
        <w:t>урока</w:t>
      </w:r>
      <w:proofErr w:type="spellEnd"/>
      <w:r w:rsidRPr="002E1349">
        <w:rPr>
          <w:rFonts w:cs="Times New Roman"/>
          <w:sz w:val="28"/>
          <w:szCs w:val="28"/>
        </w:rPr>
        <w:t xml:space="preserve">: </w:t>
      </w:r>
      <w:proofErr w:type="spellStart"/>
      <w:r w:rsidRPr="002E1349">
        <w:rPr>
          <w:rFonts w:cs="Times New Roman"/>
          <w:sz w:val="28"/>
          <w:szCs w:val="28"/>
        </w:rPr>
        <w:t>комбинированный</w:t>
      </w:r>
      <w:proofErr w:type="spellEnd"/>
      <w:r w:rsidRPr="002E1349">
        <w:rPr>
          <w:rFonts w:cs="Times New Roman"/>
          <w:sz w:val="28"/>
          <w:szCs w:val="28"/>
        </w:rPr>
        <w:t>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39"/>
        <w:gridCol w:w="2880"/>
        <w:gridCol w:w="2880"/>
      </w:tblGrid>
      <w:tr w:rsidR="002A4304" w:rsidRPr="002E1349" w14:paraId="002DE2D0" w14:textId="77777777">
        <w:tc>
          <w:tcPr>
            <w:tcW w:w="2880" w:type="dxa"/>
            <w:shd w:val="clear" w:color="auto" w:fill="D9E2F3"/>
          </w:tcPr>
          <w:p w14:paraId="794601F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Этап / содержание</w:t>
            </w:r>
          </w:p>
        </w:tc>
        <w:tc>
          <w:tcPr>
            <w:tcW w:w="2880" w:type="dxa"/>
            <w:shd w:val="clear" w:color="auto" w:fill="D9E2F3"/>
          </w:tcPr>
          <w:p w14:paraId="0DC6059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Режим</w:t>
            </w:r>
          </w:p>
        </w:tc>
        <w:tc>
          <w:tcPr>
            <w:tcW w:w="2880" w:type="dxa"/>
            <w:shd w:val="clear" w:color="auto" w:fill="D9E2F3"/>
          </w:tcPr>
          <w:p w14:paraId="00D1802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Вр</w:t>
            </w:r>
            <w:r w:rsidRPr="002E1349">
              <w:rPr>
                <w:rFonts w:cs="Times New Roman"/>
                <w:b/>
                <w:sz w:val="28"/>
                <w:szCs w:val="28"/>
              </w:rPr>
              <w:t>емя</w:t>
            </w:r>
          </w:p>
        </w:tc>
      </w:tr>
      <w:tr w:rsidR="002A4304" w:rsidRPr="002E1349" w14:paraId="0B88441E" w14:textId="77777777">
        <w:tc>
          <w:tcPr>
            <w:tcW w:w="2880" w:type="dxa"/>
          </w:tcPr>
          <w:p w14:paraId="7B62F118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ВВОДНО-ПОДГОТОВИТЕЛЬНАЯ ЧАСТЬ</w:t>
            </w:r>
          </w:p>
        </w:tc>
        <w:tc>
          <w:tcPr>
            <w:tcW w:w="2880" w:type="dxa"/>
          </w:tcPr>
          <w:p w14:paraId="1DC81F84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16DC76C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3481659D" w14:textId="77777777">
        <w:tc>
          <w:tcPr>
            <w:tcW w:w="2880" w:type="dxa"/>
          </w:tcPr>
          <w:p w14:paraId="05A9EA20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Построение, цель урока</w:t>
            </w:r>
          </w:p>
        </w:tc>
        <w:tc>
          <w:tcPr>
            <w:tcW w:w="2880" w:type="dxa"/>
          </w:tcPr>
          <w:p w14:paraId="62877C1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2AFFCC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  <w:tr w:rsidR="002A4304" w:rsidRPr="002E1349" w14:paraId="36787605" w14:textId="77777777">
        <w:tc>
          <w:tcPr>
            <w:tcW w:w="2880" w:type="dxa"/>
          </w:tcPr>
          <w:p w14:paraId="63241386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Ходьба с имитацией движений руками как в лыжном ходе</w:t>
            </w:r>
          </w:p>
        </w:tc>
        <w:tc>
          <w:tcPr>
            <w:tcW w:w="2880" w:type="dxa"/>
          </w:tcPr>
          <w:p w14:paraId="7A0DE43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1F887A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4657BBAE" w14:textId="77777777">
        <w:tc>
          <w:tcPr>
            <w:tcW w:w="2880" w:type="dxa"/>
          </w:tcPr>
          <w:p w14:paraId="465476AF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Бег в медленном темпе (2 круга)</w:t>
            </w:r>
          </w:p>
        </w:tc>
        <w:tc>
          <w:tcPr>
            <w:tcW w:w="2880" w:type="dxa"/>
          </w:tcPr>
          <w:p w14:paraId="3159F26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62B49F7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35E17D9B" w14:textId="77777777">
        <w:tc>
          <w:tcPr>
            <w:tcW w:w="2880" w:type="dxa"/>
          </w:tcPr>
          <w:p w14:paraId="2EC7D54F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ОРР с малыми мячами: сжимание-разжимание, вращения,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броски-ловля</w:t>
            </w:r>
          </w:p>
        </w:tc>
        <w:tc>
          <w:tcPr>
            <w:tcW w:w="2880" w:type="dxa"/>
          </w:tcPr>
          <w:p w14:paraId="434EFC0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827B1E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153A7265" w14:textId="77777777">
        <w:tc>
          <w:tcPr>
            <w:tcW w:w="2880" w:type="dxa"/>
          </w:tcPr>
          <w:p w14:paraId="269C791A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Шаговая имитация попеременного хода на месте (акцент на работу рук)</w:t>
            </w:r>
          </w:p>
        </w:tc>
        <w:tc>
          <w:tcPr>
            <w:tcW w:w="2880" w:type="dxa"/>
          </w:tcPr>
          <w:p w14:paraId="5BDEB37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997879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2316B1C1" w14:textId="77777777">
        <w:tc>
          <w:tcPr>
            <w:tcW w:w="2880" w:type="dxa"/>
          </w:tcPr>
          <w:p w14:paraId="7E4356CB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78659C3C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D27989D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052CDC49" w14:textId="77777777">
        <w:tc>
          <w:tcPr>
            <w:tcW w:w="2880" w:type="dxa"/>
          </w:tcPr>
          <w:p w14:paraId="38ADF030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2880" w:type="dxa"/>
          </w:tcPr>
          <w:p w14:paraId="03E42853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2EBA52F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39A79B1A" w14:textId="77777777">
        <w:tc>
          <w:tcPr>
            <w:tcW w:w="2880" w:type="dxa"/>
          </w:tcPr>
          <w:p w14:paraId="250B98B0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Шаговая имитация с продвижением по залу (отрезки 15 м, 3 повторения)</w:t>
            </w:r>
          </w:p>
        </w:tc>
        <w:tc>
          <w:tcPr>
            <w:tcW w:w="2880" w:type="dxa"/>
          </w:tcPr>
          <w:p w14:paraId="48ED6C4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5760DA6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4EF2C925" w14:textId="77777777">
        <w:tc>
          <w:tcPr>
            <w:tcW w:w="2880" w:type="dxa"/>
          </w:tcPr>
          <w:p w14:paraId="6DF60DAF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Имитация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одновременного хода с палками (толчок двумя, 4 повторения)</w:t>
            </w:r>
          </w:p>
        </w:tc>
        <w:tc>
          <w:tcPr>
            <w:tcW w:w="2880" w:type="dxa"/>
          </w:tcPr>
          <w:p w14:paraId="1377D93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77D55A3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61EF9F3A" w14:textId="77777777">
        <w:tc>
          <w:tcPr>
            <w:tcW w:w="2880" w:type="dxa"/>
          </w:tcPr>
          <w:p w14:paraId="531B7046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Метание малого мяча в вертикальную цель (щит) с 6 м — 5 бросков</w:t>
            </w:r>
          </w:p>
        </w:tc>
        <w:tc>
          <w:tcPr>
            <w:tcW w:w="2880" w:type="dxa"/>
          </w:tcPr>
          <w:p w14:paraId="5EAF137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D8B3EA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41E22729" w14:textId="77777777">
        <w:tc>
          <w:tcPr>
            <w:tcW w:w="2880" w:type="dxa"/>
          </w:tcPr>
          <w:p w14:paraId="40BC5900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Метание малого мяча в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lastRenderedPageBreak/>
              <w:t>горизонтальную цель (обруч на полу) с 6 м — 5 бросков</w:t>
            </w:r>
          </w:p>
        </w:tc>
        <w:tc>
          <w:tcPr>
            <w:tcW w:w="2880" w:type="dxa"/>
          </w:tcPr>
          <w:p w14:paraId="14AF222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1DBEF5A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6FFD7123" w14:textId="77777777">
        <w:tc>
          <w:tcPr>
            <w:tcW w:w="2880" w:type="dxa"/>
          </w:tcPr>
          <w:p w14:paraId="1C052B89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Эстафета: шагов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ая имитация до конуса + бросок мяча в цель + бег обратно</w:t>
            </w:r>
          </w:p>
        </w:tc>
        <w:tc>
          <w:tcPr>
            <w:tcW w:w="2880" w:type="dxa"/>
          </w:tcPr>
          <w:p w14:paraId="0D63DFD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B900AD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2FFC3E06" w14:textId="77777777">
        <w:tc>
          <w:tcPr>
            <w:tcW w:w="2880" w:type="dxa"/>
          </w:tcPr>
          <w:p w14:paraId="68EA3609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7C27EDE1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2DDBF2F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58DFDE6" w14:textId="77777777">
        <w:tc>
          <w:tcPr>
            <w:tcW w:w="2880" w:type="dxa"/>
          </w:tcPr>
          <w:p w14:paraId="7AE43EBF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2880" w:type="dxa"/>
          </w:tcPr>
          <w:p w14:paraId="21482C09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8CE187A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0740F3ED" w14:textId="77777777">
        <w:tc>
          <w:tcPr>
            <w:tcW w:w="2880" w:type="dxa"/>
          </w:tcPr>
          <w:p w14:paraId="73524AE0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Ходьба с глубоким дыханием, упражнения на восстановление</w:t>
            </w:r>
          </w:p>
        </w:tc>
        <w:tc>
          <w:tcPr>
            <w:tcW w:w="2880" w:type="dxa"/>
          </w:tcPr>
          <w:p w14:paraId="370F69EA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655EF74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21794397" w14:textId="77777777">
        <w:tc>
          <w:tcPr>
            <w:tcW w:w="2880" w:type="dxa"/>
          </w:tcPr>
          <w:p w14:paraId="61DA871D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Упражнения на расслабление рук и плечевого пояса</w:t>
            </w:r>
          </w:p>
        </w:tc>
        <w:tc>
          <w:tcPr>
            <w:tcW w:w="2880" w:type="dxa"/>
          </w:tcPr>
          <w:p w14:paraId="177E505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63DC9CD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0F66EDB4" w14:textId="77777777">
        <w:tc>
          <w:tcPr>
            <w:tcW w:w="2880" w:type="dxa"/>
          </w:tcPr>
          <w:p w14:paraId="4422B1C6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Итоги,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домашнее задание (упражнения на координацию рук)</w:t>
            </w:r>
          </w:p>
        </w:tc>
        <w:tc>
          <w:tcPr>
            <w:tcW w:w="2880" w:type="dxa"/>
          </w:tcPr>
          <w:p w14:paraId="020AE26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69D663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</w:tbl>
    <w:p w14:paraId="7AB9D2E7" w14:textId="77777777" w:rsidR="002A4304" w:rsidRPr="002E1349" w:rsidRDefault="002A4304">
      <w:pPr>
        <w:rPr>
          <w:rFonts w:cs="Times New Roman"/>
          <w:sz w:val="28"/>
          <w:szCs w:val="28"/>
        </w:rPr>
      </w:pPr>
    </w:p>
    <w:p w14:paraId="45DCD0D1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Критерии оценивания: техника метания — 4 балла; попадание в цель — 3 балла; шаговая имитация — 3 балла.</w:t>
      </w:r>
    </w:p>
    <w:p w14:paraId="4343C727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br w:type="page"/>
      </w:r>
    </w:p>
    <w:p w14:paraId="1A3C0C38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color w:val="1F4E79"/>
          <w:sz w:val="28"/>
          <w:szCs w:val="28"/>
          <w:lang w:val="ru-RU"/>
        </w:rPr>
        <w:lastRenderedPageBreak/>
        <w:t>СТАРШАЯ ШКОЛА (5–11 классы)</w:t>
      </w:r>
    </w:p>
    <w:p w14:paraId="0CAD8D26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t xml:space="preserve">Урок № 14. Имитация лыжных ходов с палками + </w:t>
      </w:r>
      <w:r w:rsidRPr="002E1349">
        <w:rPr>
          <w:rFonts w:cs="Times New Roman"/>
          <w:b/>
          <w:sz w:val="28"/>
          <w:szCs w:val="28"/>
          <w:lang w:val="ru-RU"/>
        </w:rPr>
        <w:t>спринтерский бег</w:t>
      </w:r>
    </w:p>
    <w:p w14:paraId="790CA53F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Цель: развитие скоростно-силовых качеств и выносливости через имитацию лыжных ходов и спринтерский бег.</w:t>
      </w:r>
    </w:p>
    <w:p w14:paraId="752C55CC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Инвентарь: лыжные или гимнастические палки, конусы, секундомер.</w:t>
      </w:r>
    </w:p>
    <w:p w14:paraId="40E47350" w14:textId="77777777" w:rsidR="002A4304" w:rsidRPr="002E1349" w:rsidRDefault="002E1349">
      <w:pPr>
        <w:rPr>
          <w:rFonts w:cs="Times New Roman"/>
          <w:sz w:val="28"/>
          <w:szCs w:val="28"/>
        </w:rPr>
      </w:pPr>
      <w:proofErr w:type="spellStart"/>
      <w:r w:rsidRPr="002E1349">
        <w:rPr>
          <w:rFonts w:cs="Times New Roman"/>
          <w:sz w:val="28"/>
          <w:szCs w:val="28"/>
        </w:rPr>
        <w:t>Тип</w:t>
      </w:r>
      <w:proofErr w:type="spellEnd"/>
      <w:r w:rsidRPr="002E1349">
        <w:rPr>
          <w:rFonts w:cs="Times New Roman"/>
          <w:sz w:val="28"/>
          <w:szCs w:val="28"/>
        </w:rPr>
        <w:t xml:space="preserve"> </w:t>
      </w:r>
      <w:proofErr w:type="spellStart"/>
      <w:r w:rsidRPr="002E1349">
        <w:rPr>
          <w:rFonts w:cs="Times New Roman"/>
          <w:sz w:val="28"/>
          <w:szCs w:val="28"/>
        </w:rPr>
        <w:t>урока</w:t>
      </w:r>
      <w:proofErr w:type="spellEnd"/>
      <w:r w:rsidRPr="002E1349">
        <w:rPr>
          <w:rFonts w:cs="Times New Roman"/>
          <w:sz w:val="28"/>
          <w:szCs w:val="28"/>
        </w:rPr>
        <w:t xml:space="preserve">: </w:t>
      </w:r>
      <w:proofErr w:type="spellStart"/>
      <w:r w:rsidRPr="002E1349">
        <w:rPr>
          <w:rFonts w:cs="Times New Roman"/>
          <w:sz w:val="28"/>
          <w:szCs w:val="28"/>
        </w:rPr>
        <w:t>комбинированный</w:t>
      </w:r>
      <w:proofErr w:type="spellEnd"/>
      <w:r w:rsidRPr="002E1349">
        <w:rPr>
          <w:rFonts w:cs="Times New Roman"/>
          <w:sz w:val="28"/>
          <w:szCs w:val="28"/>
        </w:rPr>
        <w:t>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39"/>
        <w:gridCol w:w="2880"/>
        <w:gridCol w:w="2880"/>
      </w:tblGrid>
      <w:tr w:rsidR="002A4304" w:rsidRPr="002E1349" w14:paraId="1A87F337" w14:textId="77777777">
        <w:tc>
          <w:tcPr>
            <w:tcW w:w="2880" w:type="dxa"/>
            <w:shd w:val="clear" w:color="auto" w:fill="D9E2F3"/>
          </w:tcPr>
          <w:p w14:paraId="172895D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Этап / содержание</w:t>
            </w:r>
          </w:p>
        </w:tc>
        <w:tc>
          <w:tcPr>
            <w:tcW w:w="2880" w:type="dxa"/>
            <w:shd w:val="clear" w:color="auto" w:fill="D9E2F3"/>
          </w:tcPr>
          <w:p w14:paraId="0B08069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Режим</w:t>
            </w:r>
          </w:p>
        </w:tc>
        <w:tc>
          <w:tcPr>
            <w:tcW w:w="2880" w:type="dxa"/>
            <w:shd w:val="clear" w:color="auto" w:fill="D9E2F3"/>
          </w:tcPr>
          <w:p w14:paraId="4DF0660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</w:tr>
      <w:tr w:rsidR="002A4304" w:rsidRPr="002E1349" w14:paraId="10E83668" w14:textId="77777777">
        <w:tc>
          <w:tcPr>
            <w:tcW w:w="2880" w:type="dxa"/>
          </w:tcPr>
          <w:p w14:paraId="6C8A4D6F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ВВОДНО-ПОДГО</w:t>
            </w:r>
            <w:r w:rsidRPr="002E1349">
              <w:rPr>
                <w:rFonts w:cs="Times New Roman"/>
                <w:b/>
                <w:sz w:val="28"/>
                <w:szCs w:val="28"/>
              </w:rPr>
              <w:t>ТОВИТЕЛЬНАЯ ЧАСТЬ</w:t>
            </w:r>
          </w:p>
        </w:tc>
        <w:tc>
          <w:tcPr>
            <w:tcW w:w="2880" w:type="dxa"/>
          </w:tcPr>
          <w:p w14:paraId="10C98DF8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F581346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0A24924A" w14:textId="77777777">
        <w:tc>
          <w:tcPr>
            <w:tcW w:w="2880" w:type="dxa"/>
          </w:tcPr>
          <w:p w14:paraId="377BDC51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Построение, задачи урока</w:t>
            </w:r>
          </w:p>
        </w:tc>
        <w:tc>
          <w:tcPr>
            <w:tcW w:w="2880" w:type="dxa"/>
          </w:tcPr>
          <w:p w14:paraId="25BFF38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FEE75A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  <w:tr w:rsidR="002A4304" w:rsidRPr="002E1349" w14:paraId="0786E50D" w14:textId="77777777">
        <w:tc>
          <w:tcPr>
            <w:tcW w:w="2880" w:type="dxa"/>
          </w:tcPr>
          <w:p w14:paraId="380CD5B5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Ходьба с переходом на спортивную, изменения темпа</w:t>
            </w:r>
          </w:p>
        </w:tc>
        <w:tc>
          <w:tcPr>
            <w:tcW w:w="2880" w:type="dxa"/>
          </w:tcPr>
          <w:p w14:paraId="5F6F5CC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E46A72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19A025A5" w14:textId="77777777">
        <w:tc>
          <w:tcPr>
            <w:tcW w:w="2880" w:type="dxa"/>
          </w:tcPr>
          <w:p w14:paraId="5D0DD673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Бег 3 круга в умеренном темпе</w:t>
            </w:r>
          </w:p>
        </w:tc>
        <w:tc>
          <w:tcPr>
            <w:tcW w:w="2880" w:type="dxa"/>
          </w:tcPr>
          <w:p w14:paraId="76E8D27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5CE00802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1DFFA7BB" w14:textId="77777777">
        <w:tc>
          <w:tcPr>
            <w:tcW w:w="2880" w:type="dxa"/>
          </w:tcPr>
          <w:p w14:paraId="2FD0FA84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СБУ: А-м</w:t>
            </w:r>
            <w:r w:rsidRPr="002E1349">
              <w:rPr>
                <w:rFonts w:cs="Times New Roman"/>
                <w:sz w:val="28"/>
                <w:szCs w:val="28"/>
              </w:rPr>
              <w:t>arch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r w:rsidRPr="002E1349">
              <w:rPr>
                <w:rFonts w:cs="Times New Roman"/>
                <w:sz w:val="28"/>
                <w:szCs w:val="28"/>
              </w:rPr>
              <w:t>B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2E1349">
              <w:rPr>
                <w:rFonts w:cs="Times New Roman"/>
                <w:sz w:val="28"/>
                <w:szCs w:val="28"/>
              </w:rPr>
              <w:t>march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r w:rsidRPr="002E1349">
              <w:rPr>
                <w:rFonts w:cs="Times New Roman"/>
                <w:sz w:val="28"/>
                <w:szCs w:val="28"/>
              </w:rPr>
              <w:t>B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-</w:t>
            </w:r>
            <w:r w:rsidRPr="002E1349">
              <w:rPr>
                <w:rFonts w:cs="Times New Roman"/>
                <w:sz w:val="28"/>
                <w:szCs w:val="28"/>
              </w:rPr>
              <w:t>skip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, семенящий бег (по 15 м)</w:t>
            </w:r>
          </w:p>
        </w:tc>
        <w:tc>
          <w:tcPr>
            <w:tcW w:w="2880" w:type="dxa"/>
          </w:tcPr>
          <w:p w14:paraId="7F27700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27024AE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072E9F39" w14:textId="77777777">
        <w:tc>
          <w:tcPr>
            <w:tcW w:w="2880" w:type="dxa"/>
          </w:tcPr>
          <w:p w14:paraId="73D26C6C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ОРР с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палками: наклоны с палкой за спиной, выпады, вращения туловища</w:t>
            </w:r>
          </w:p>
        </w:tc>
        <w:tc>
          <w:tcPr>
            <w:tcW w:w="2880" w:type="dxa"/>
          </w:tcPr>
          <w:p w14:paraId="6A9673FA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8EC2AB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74A25AB2" w14:textId="77777777">
        <w:tc>
          <w:tcPr>
            <w:tcW w:w="2880" w:type="dxa"/>
          </w:tcPr>
          <w:p w14:paraId="229EF5CC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Имитация попеременного хода на месте с палками (контроль техники)</w:t>
            </w:r>
          </w:p>
        </w:tc>
        <w:tc>
          <w:tcPr>
            <w:tcW w:w="2880" w:type="dxa"/>
          </w:tcPr>
          <w:p w14:paraId="47484D6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3BCE4E6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3DD084FE" w14:textId="77777777">
        <w:tc>
          <w:tcPr>
            <w:tcW w:w="2880" w:type="dxa"/>
          </w:tcPr>
          <w:p w14:paraId="137E4EFC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FA8D7CF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B6C1E3B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EEFB2D0" w14:textId="77777777">
        <w:tc>
          <w:tcPr>
            <w:tcW w:w="2880" w:type="dxa"/>
          </w:tcPr>
          <w:p w14:paraId="038AC9A9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2880" w:type="dxa"/>
          </w:tcPr>
          <w:p w14:paraId="7E671382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3646E7E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26A7F0C8" w14:textId="77777777">
        <w:tc>
          <w:tcPr>
            <w:tcW w:w="2880" w:type="dxa"/>
          </w:tcPr>
          <w:p w14:paraId="5CABA3A3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Имитация попеременного </w:t>
            </w:r>
            <w:proofErr w:type="spellStart"/>
            <w:r w:rsidRPr="002E1349">
              <w:rPr>
                <w:rFonts w:cs="Times New Roman"/>
                <w:sz w:val="28"/>
                <w:szCs w:val="28"/>
                <w:lang w:val="ru-RU"/>
              </w:rPr>
              <w:t>двухшажного</w:t>
            </w:r>
            <w:proofErr w:type="spellEnd"/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 хода в движении (3 отрезка по 30 м)</w:t>
            </w:r>
          </w:p>
        </w:tc>
        <w:tc>
          <w:tcPr>
            <w:tcW w:w="2880" w:type="dxa"/>
          </w:tcPr>
          <w:p w14:paraId="3FB1886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18CA5EEA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6 мин</w:t>
            </w:r>
          </w:p>
        </w:tc>
      </w:tr>
      <w:tr w:rsidR="002A4304" w:rsidRPr="002E1349" w14:paraId="19094CEE" w14:textId="77777777">
        <w:tc>
          <w:tcPr>
            <w:tcW w:w="2880" w:type="dxa"/>
          </w:tcPr>
          <w:p w14:paraId="13CCDDDC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Имитация одновременного одношажного хода (2 отрезка по 30 м)</w:t>
            </w:r>
          </w:p>
        </w:tc>
        <w:tc>
          <w:tcPr>
            <w:tcW w:w="2880" w:type="dxa"/>
          </w:tcPr>
          <w:p w14:paraId="3567F30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6FE4010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766193A0" w14:textId="77777777">
        <w:tc>
          <w:tcPr>
            <w:tcW w:w="2880" w:type="dxa"/>
          </w:tcPr>
          <w:p w14:paraId="14D90E05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lastRenderedPageBreak/>
              <w:t>Прыжковая имитация конькового хода (2 отрезка по 20 м)</w:t>
            </w:r>
          </w:p>
        </w:tc>
        <w:tc>
          <w:tcPr>
            <w:tcW w:w="2880" w:type="dxa"/>
          </w:tcPr>
          <w:p w14:paraId="65FB9B3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007DD50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45E8E28A" w14:textId="77777777">
        <w:tc>
          <w:tcPr>
            <w:tcW w:w="2880" w:type="dxa"/>
          </w:tcPr>
          <w:p w14:paraId="18696288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Спринт: ускорения 30 м с места (3 повторения, с отдыхом 60 сек)</w:t>
            </w:r>
          </w:p>
        </w:tc>
        <w:tc>
          <w:tcPr>
            <w:tcW w:w="2880" w:type="dxa"/>
          </w:tcPr>
          <w:p w14:paraId="1DF5AEB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53D260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37758C36" w14:textId="77777777">
        <w:tc>
          <w:tcPr>
            <w:tcW w:w="2880" w:type="dxa"/>
          </w:tcPr>
          <w:p w14:paraId="124795B0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Спринт: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ускорения 60 м с ходу (2 повторения)</w:t>
            </w:r>
          </w:p>
        </w:tc>
        <w:tc>
          <w:tcPr>
            <w:tcW w:w="2880" w:type="dxa"/>
          </w:tcPr>
          <w:p w14:paraId="5F46345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2352B85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3C418671" w14:textId="77777777">
        <w:tc>
          <w:tcPr>
            <w:tcW w:w="2880" w:type="dxa"/>
          </w:tcPr>
          <w:p w14:paraId="3390C178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Эстафета 4×40 м (имитация хода + бег)</w:t>
            </w:r>
          </w:p>
        </w:tc>
        <w:tc>
          <w:tcPr>
            <w:tcW w:w="2880" w:type="dxa"/>
          </w:tcPr>
          <w:p w14:paraId="535AE7D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617E103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51EC0F4E" w14:textId="77777777">
        <w:tc>
          <w:tcPr>
            <w:tcW w:w="2880" w:type="dxa"/>
          </w:tcPr>
          <w:p w14:paraId="38CF832E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BE8454B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8B70FF5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14B01180" w14:textId="77777777">
        <w:tc>
          <w:tcPr>
            <w:tcW w:w="2880" w:type="dxa"/>
          </w:tcPr>
          <w:p w14:paraId="6814135A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2880" w:type="dxa"/>
          </w:tcPr>
          <w:p w14:paraId="653752BD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66DFDD8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2454C656" w14:textId="77777777">
        <w:tc>
          <w:tcPr>
            <w:tcW w:w="2880" w:type="dxa"/>
          </w:tcPr>
          <w:p w14:paraId="419C20A9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Медленный бег 1 круг + ходьба</w:t>
            </w:r>
          </w:p>
        </w:tc>
        <w:tc>
          <w:tcPr>
            <w:tcW w:w="2880" w:type="dxa"/>
          </w:tcPr>
          <w:p w14:paraId="1D9DBFF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7DA7F5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1DCFF7C5" w14:textId="77777777">
        <w:tc>
          <w:tcPr>
            <w:tcW w:w="2880" w:type="dxa"/>
          </w:tcPr>
          <w:p w14:paraId="6349A9E1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Растяжка: квадрицепсы, икры, бицепс бедра</w:t>
            </w:r>
          </w:p>
        </w:tc>
        <w:tc>
          <w:tcPr>
            <w:tcW w:w="2880" w:type="dxa"/>
          </w:tcPr>
          <w:p w14:paraId="1C07185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573EC31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714BE26E" w14:textId="77777777">
        <w:tc>
          <w:tcPr>
            <w:tcW w:w="2880" w:type="dxa"/>
          </w:tcPr>
          <w:p w14:paraId="4E60F7F0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 xml:space="preserve">Итоги, запись </w:t>
            </w:r>
            <w:r w:rsidRPr="002E1349">
              <w:rPr>
                <w:rFonts w:cs="Times New Roman"/>
                <w:sz w:val="28"/>
                <w:szCs w:val="28"/>
              </w:rPr>
              <w:t>результатов спринта</w:t>
            </w:r>
          </w:p>
        </w:tc>
        <w:tc>
          <w:tcPr>
            <w:tcW w:w="2880" w:type="dxa"/>
          </w:tcPr>
          <w:p w14:paraId="791494F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5A2CAD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</w:tbl>
    <w:p w14:paraId="073A97BE" w14:textId="77777777" w:rsidR="002A4304" w:rsidRPr="002E1349" w:rsidRDefault="002A4304">
      <w:pPr>
        <w:rPr>
          <w:rFonts w:cs="Times New Roman"/>
          <w:sz w:val="28"/>
          <w:szCs w:val="28"/>
        </w:rPr>
      </w:pPr>
    </w:p>
    <w:p w14:paraId="6DDBF836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Критерии оценивания: техника имитации — 4 балла; результат спринта 30 м — 3 балла; эстафета — 3 балла.</w:t>
      </w:r>
    </w:p>
    <w:p w14:paraId="2ACE258E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br w:type="page"/>
      </w:r>
    </w:p>
    <w:p w14:paraId="41838ED4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lastRenderedPageBreak/>
        <w:t>Урок № 15. Круговая тренировка: лыжная имитация + прыжки в длину с разбега</w:t>
      </w:r>
    </w:p>
    <w:p w14:paraId="6F0B3779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 xml:space="preserve">Цель: комплексное развитие </w:t>
      </w:r>
      <w:r w:rsidRPr="002E1349">
        <w:rPr>
          <w:rFonts w:cs="Times New Roman"/>
          <w:sz w:val="28"/>
          <w:szCs w:val="28"/>
          <w:lang w:val="ru-RU"/>
        </w:rPr>
        <w:t>физических качеств через станции круговой тренировки и прыжки в длину.</w:t>
      </w:r>
    </w:p>
    <w:p w14:paraId="1C5C22B5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Инвентарь: палки, конусы, маты, рулетка, набивные мячи.</w:t>
      </w:r>
    </w:p>
    <w:p w14:paraId="15AC3613" w14:textId="77777777" w:rsidR="002A4304" w:rsidRPr="002E1349" w:rsidRDefault="002E1349">
      <w:pPr>
        <w:rPr>
          <w:rFonts w:cs="Times New Roman"/>
          <w:sz w:val="28"/>
          <w:szCs w:val="28"/>
        </w:rPr>
      </w:pPr>
      <w:proofErr w:type="spellStart"/>
      <w:r w:rsidRPr="002E1349">
        <w:rPr>
          <w:rFonts w:cs="Times New Roman"/>
          <w:sz w:val="28"/>
          <w:szCs w:val="28"/>
        </w:rPr>
        <w:t>Тип</w:t>
      </w:r>
      <w:proofErr w:type="spellEnd"/>
      <w:r w:rsidRPr="002E1349">
        <w:rPr>
          <w:rFonts w:cs="Times New Roman"/>
          <w:sz w:val="28"/>
          <w:szCs w:val="28"/>
        </w:rPr>
        <w:t xml:space="preserve"> </w:t>
      </w:r>
      <w:proofErr w:type="spellStart"/>
      <w:r w:rsidRPr="002E1349">
        <w:rPr>
          <w:rFonts w:cs="Times New Roman"/>
          <w:sz w:val="28"/>
          <w:szCs w:val="28"/>
        </w:rPr>
        <w:t>урока</w:t>
      </w:r>
      <w:proofErr w:type="spellEnd"/>
      <w:r w:rsidRPr="002E1349">
        <w:rPr>
          <w:rFonts w:cs="Times New Roman"/>
          <w:sz w:val="28"/>
          <w:szCs w:val="28"/>
        </w:rPr>
        <w:t xml:space="preserve">: </w:t>
      </w:r>
      <w:proofErr w:type="spellStart"/>
      <w:r w:rsidRPr="002E1349">
        <w:rPr>
          <w:rFonts w:cs="Times New Roman"/>
          <w:sz w:val="28"/>
          <w:szCs w:val="28"/>
        </w:rPr>
        <w:t>комбинированный</w:t>
      </w:r>
      <w:proofErr w:type="spellEnd"/>
      <w:r w:rsidRPr="002E1349">
        <w:rPr>
          <w:rFonts w:cs="Times New Roman"/>
          <w:sz w:val="28"/>
          <w:szCs w:val="28"/>
        </w:rPr>
        <w:t>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39"/>
        <w:gridCol w:w="2880"/>
        <w:gridCol w:w="2880"/>
      </w:tblGrid>
      <w:tr w:rsidR="002A4304" w:rsidRPr="002E1349" w14:paraId="731B3E68" w14:textId="77777777">
        <w:tc>
          <w:tcPr>
            <w:tcW w:w="2880" w:type="dxa"/>
            <w:shd w:val="clear" w:color="auto" w:fill="D9E2F3"/>
          </w:tcPr>
          <w:p w14:paraId="0AA332D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Этап / содержание</w:t>
            </w:r>
          </w:p>
        </w:tc>
        <w:tc>
          <w:tcPr>
            <w:tcW w:w="2880" w:type="dxa"/>
            <w:shd w:val="clear" w:color="auto" w:fill="D9E2F3"/>
          </w:tcPr>
          <w:p w14:paraId="31E26E4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Режим</w:t>
            </w:r>
          </w:p>
        </w:tc>
        <w:tc>
          <w:tcPr>
            <w:tcW w:w="2880" w:type="dxa"/>
            <w:shd w:val="clear" w:color="auto" w:fill="D9E2F3"/>
          </w:tcPr>
          <w:p w14:paraId="56AE2DA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</w:tr>
      <w:tr w:rsidR="002A4304" w:rsidRPr="002E1349" w14:paraId="6ED4CA9E" w14:textId="77777777">
        <w:tc>
          <w:tcPr>
            <w:tcW w:w="2880" w:type="dxa"/>
          </w:tcPr>
          <w:p w14:paraId="7735FF95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ВВОДНО-ПОДГОТОВИТЕЛЬНАЯ ЧАСТЬ</w:t>
            </w:r>
          </w:p>
        </w:tc>
        <w:tc>
          <w:tcPr>
            <w:tcW w:w="2880" w:type="dxa"/>
          </w:tcPr>
          <w:p w14:paraId="6D9AF53B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6CBECD3F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E6AEF76" w14:textId="77777777">
        <w:tc>
          <w:tcPr>
            <w:tcW w:w="2880" w:type="dxa"/>
          </w:tcPr>
          <w:p w14:paraId="746DFC6B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Построение, задачи урока</w:t>
            </w:r>
          </w:p>
        </w:tc>
        <w:tc>
          <w:tcPr>
            <w:tcW w:w="2880" w:type="dxa"/>
          </w:tcPr>
          <w:p w14:paraId="3A7979C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61427AB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 xml:space="preserve">1 </w:t>
            </w:r>
            <w:r w:rsidRPr="002E1349">
              <w:rPr>
                <w:rFonts w:cs="Times New Roman"/>
                <w:sz w:val="28"/>
                <w:szCs w:val="28"/>
              </w:rPr>
              <w:t>мин</w:t>
            </w:r>
          </w:p>
        </w:tc>
      </w:tr>
      <w:tr w:rsidR="002A4304" w:rsidRPr="002E1349" w14:paraId="089611CA" w14:textId="77777777">
        <w:tc>
          <w:tcPr>
            <w:tcW w:w="2880" w:type="dxa"/>
          </w:tcPr>
          <w:p w14:paraId="77715D0D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Бег 3 круга с изменением скорости по сигналу</w:t>
            </w:r>
          </w:p>
        </w:tc>
        <w:tc>
          <w:tcPr>
            <w:tcW w:w="2880" w:type="dxa"/>
          </w:tcPr>
          <w:p w14:paraId="530BBE1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488A10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4023C53D" w14:textId="77777777">
        <w:tc>
          <w:tcPr>
            <w:tcW w:w="2880" w:type="dxa"/>
          </w:tcPr>
          <w:p w14:paraId="0035251D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СБУ: прыжки в шаге, </w:t>
            </w:r>
            <w:proofErr w:type="spellStart"/>
            <w:r w:rsidRPr="002E1349">
              <w:rPr>
                <w:rFonts w:cs="Times New Roman"/>
                <w:sz w:val="28"/>
                <w:szCs w:val="28"/>
                <w:lang w:val="ru-RU"/>
              </w:rPr>
              <w:t>многоскоки</w:t>
            </w:r>
            <w:proofErr w:type="spellEnd"/>
            <w:r w:rsidRPr="002E1349">
              <w:rPr>
                <w:rFonts w:cs="Times New Roman"/>
                <w:sz w:val="28"/>
                <w:szCs w:val="28"/>
                <w:lang w:val="ru-RU"/>
              </w:rPr>
              <w:t>, бег с ускорением (по 20 м)</w:t>
            </w:r>
          </w:p>
        </w:tc>
        <w:tc>
          <w:tcPr>
            <w:tcW w:w="2880" w:type="dxa"/>
          </w:tcPr>
          <w:p w14:paraId="11DD7BE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78E68FB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5B77208E" w14:textId="77777777">
        <w:tc>
          <w:tcPr>
            <w:tcW w:w="2880" w:type="dxa"/>
          </w:tcPr>
          <w:p w14:paraId="375280EA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ОРР с палками + имитация хода на месте (разогрев)</w:t>
            </w:r>
          </w:p>
        </w:tc>
        <w:tc>
          <w:tcPr>
            <w:tcW w:w="2880" w:type="dxa"/>
          </w:tcPr>
          <w:p w14:paraId="73285CF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6E84106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4841126F" w14:textId="77777777">
        <w:tc>
          <w:tcPr>
            <w:tcW w:w="2880" w:type="dxa"/>
          </w:tcPr>
          <w:p w14:paraId="0428C447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AFE7F5B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0689C4E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99BC46F" w14:textId="77777777">
        <w:tc>
          <w:tcPr>
            <w:tcW w:w="2880" w:type="dxa"/>
          </w:tcPr>
          <w:p w14:paraId="036D0BB7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2880" w:type="dxa"/>
          </w:tcPr>
          <w:p w14:paraId="09670FC0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51D3E8EE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17E0BED2" w14:textId="77777777">
        <w:tc>
          <w:tcPr>
            <w:tcW w:w="2880" w:type="dxa"/>
          </w:tcPr>
          <w:p w14:paraId="77CBA538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Прыжок в длину с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разбега: техника отталкивания и приземления (объяснение)</w:t>
            </w:r>
          </w:p>
        </w:tc>
        <w:tc>
          <w:tcPr>
            <w:tcW w:w="2880" w:type="dxa"/>
          </w:tcPr>
          <w:p w14:paraId="5A8E5FC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2FE7BD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0911F828" w14:textId="77777777">
        <w:tc>
          <w:tcPr>
            <w:tcW w:w="2880" w:type="dxa"/>
          </w:tcPr>
          <w:p w14:paraId="2405331E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Прыжки в длину с 5-7 шагов разбега — 3 попытки с замером</w:t>
            </w:r>
          </w:p>
        </w:tc>
        <w:tc>
          <w:tcPr>
            <w:tcW w:w="2880" w:type="dxa"/>
          </w:tcPr>
          <w:p w14:paraId="7686BB8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9D5C5C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6 мин</w:t>
            </w:r>
          </w:p>
        </w:tc>
      </w:tr>
      <w:tr w:rsidR="002A4304" w:rsidRPr="002E1349" w14:paraId="7C73BE77" w14:textId="77777777">
        <w:tc>
          <w:tcPr>
            <w:tcW w:w="2880" w:type="dxa"/>
          </w:tcPr>
          <w:p w14:paraId="1169D03B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КРУГОВАЯ ТРЕНИРОВКА (4 станции, 2 круга):</w:t>
            </w:r>
          </w:p>
        </w:tc>
        <w:tc>
          <w:tcPr>
            <w:tcW w:w="2880" w:type="dxa"/>
          </w:tcPr>
          <w:p w14:paraId="236615AB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E59F75F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729921E9" w14:textId="77777777">
        <w:tc>
          <w:tcPr>
            <w:tcW w:w="2880" w:type="dxa"/>
          </w:tcPr>
          <w:p w14:paraId="7F5EDBF4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Станция 1: имитация попеременного хода с палками (40 сек)</w:t>
            </w:r>
          </w:p>
        </w:tc>
        <w:tc>
          <w:tcPr>
            <w:tcW w:w="2880" w:type="dxa"/>
          </w:tcPr>
          <w:p w14:paraId="7529223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46136F1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</w:t>
            </w:r>
            <w:r w:rsidRPr="002E1349">
              <w:rPr>
                <w:rFonts w:cs="Times New Roman"/>
                <w:sz w:val="28"/>
                <w:szCs w:val="28"/>
              </w:rPr>
              <w:t xml:space="preserve"> мин</w:t>
            </w:r>
          </w:p>
        </w:tc>
      </w:tr>
      <w:tr w:rsidR="002A4304" w:rsidRPr="002E1349" w14:paraId="401D7736" w14:textId="77777777">
        <w:tc>
          <w:tcPr>
            <w:tcW w:w="2880" w:type="dxa"/>
          </w:tcPr>
          <w:p w14:paraId="77B6EB11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Станция 2: прыжковая имитация конькового хода (40 сек)</w:t>
            </w:r>
          </w:p>
        </w:tc>
        <w:tc>
          <w:tcPr>
            <w:tcW w:w="2880" w:type="dxa"/>
          </w:tcPr>
          <w:p w14:paraId="3F64DC1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1B5C545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252EF831" w14:textId="77777777">
        <w:tc>
          <w:tcPr>
            <w:tcW w:w="2880" w:type="dxa"/>
          </w:tcPr>
          <w:p w14:paraId="45731D05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Станция 3: приседания с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lastRenderedPageBreak/>
              <w:t>набивным мячом (40 сек)</w:t>
            </w:r>
          </w:p>
        </w:tc>
        <w:tc>
          <w:tcPr>
            <w:tcW w:w="2880" w:type="dxa"/>
          </w:tcPr>
          <w:p w14:paraId="6C2D30D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lastRenderedPageBreak/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1CB6A04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2E9E9F37" w14:textId="77777777">
        <w:tc>
          <w:tcPr>
            <w:tcW w:w="2880" w:type="dxa"/>
          </w:tcPr>
          <w:p w14:paraId="15F43F14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Станция 4: челночный бег 3×10 м (40 сек)</w:t>
            </w:r>
          </w:p>
        </w:tc>
        <w:tc>
          <w:tcPr>
            <w:tcW w:w="2880" w:type="dxa"/>
          </w:tcPr>
          <w:p w14:paraId="56249C7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5594200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481195B4" w14:textId="77777777">
        <w:tc>
          <w:tcPr>
            <w:tcW w:w="2880" w:type="dxa"/>
          </w:tcPr>
          <w:p w14:paraId="164ECA90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Повтор круга (станции 1–4)</w:t>
            </w:r>
          </w:p>
        </w:tc>
        <w:tc>
          <w:tcPr>
            <w:tcW w:w="2880" w:type="dxa"/>
          </w:tcPr>
          <w:p w14:paraId="67BDB80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7449A37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71F1AA85" w14:textId="77777777">
        <w:tc>
          <w:tcPr>
            <w:tcW w:w="2880" w:type="dxa"/>
          </w:tcPr>
          <w:p w14:paraId="65A8E325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 xml:space="preserve">Челночный бег 3×10 м </w:t>
            </w:r>
            <w:r w:rsidRPr="002E1349">
              <w:rPr>
                <w:rFonts w:cs="Times New Roman"/>
                <w:sz w:val="28"/>
                <w:szCs w:val="28"/>
              </w:rPr>
              <w:t>(зачёт)</w:t>
            </w:r>
          </w:p>
        </w:tc>
        <w:tc>
          <w:tcPr>
            <w:tcW w:w="2880" w:type="dxa"/>
          </w:tcPr>
          <w:p w14:paraId="1B1EEA9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C1A8F2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78FAD2AA" w14:textId="77777777">
        <w:tc>
          <w:tcPr>
            <w:tcW w:w="2880" w:type="dxa"/>
          </w:tcPr>
          <w:p w14:paraId="5F279FBC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E27CD09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7F18EAA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48824B2" w14:textId="77777777">
        <w:tc>
          <w:tcPr>
            <w:tcW w:w="2880" w:type="dxa"/>
          </w:tcPr>
          <w:p w14:paraId="4970CBD4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2880" w:type="dxa"/>
          </w:tcPr>
          <w:p w14:paraId="07485877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7D76758A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5A6367B6" w14:textId="77777777">
        <w:tc>
          <w:tcPr>
            <w:tcW w:w="2880" w:type="dxa"/>
          </w:tcPr>
          <w:p w14:paraId="35F49A5B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Медленный бег 1 круг + ходьба</w:t>
            </w:r>
          </w:p>
        </w:tc>
        <w:tc>
          <w:tcPr>
            <w:tcW w:w="2880" w:type="dxa"/>
          </w:tcPr>
          <w:p w14:paraId="03D258C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37A5456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160F4F25" w14:textId="77777777">
        <w:tc>
          <w:tcPr>
            <w:tcW w:w="2880" w:type="dxa"/>
          </w:tcPr>
          <w:p w14:paraId="328EAA47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Растяжка: выпады, наклоны, растяжка голеностопа</w:t>
            </w:r>
          </w:p>
        </w:tc>
        <w:tc>
          <w:tcPr>
            <w:tcW w:w="2880" w:type="dxa"/>
          </w:tcPr>
          <w:p w14:paraId="2627349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491A6E8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439B885C" w14:textId="77777777">
        <w:tc>
          <w:tcPr>
            <w:tcW w:w="2880" w:type="dxa"/>
          </w:tcPr>
          <w:p w14:paraId="645BFBF5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Итоги, запись результатов</w:t>
            </w:r>
          </w:p>
        </w:tc>
        <w:tc>
          <w:tcPr>
            <w:tcW w:w="2880" w:type="dxa"/>
          </w:tcPr>
          <w:p w14:paraId="37DDC4B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51D06AB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</w:tbl>
    <w:p w14:paraId="40CB1800" w14:textId="77777777" w:rsidR="002A4304" w:rsidRPr="002E1349" w:rsidRDefault="002A4304">
      <w:pPr>
        <w:rPr>
          <w:rFonts w:cs="Times New Roman"/>
          <w:sz w:val="28"/>
          <w:szCs w:val="28"/>
        </w:rPr>
      </w:pPr>
    </w:p>
    <w:p w14:paraId="4A648507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 xml:space="preserve">Критерии оценивания: прыжок в длину </w:t>
      </w:r>
      <w:r w:rsidRPr="002E1349">
        <w:rPr>
          <w:rFonts w:cs="Times New Roman"/>
          <w:sz w:val="28"/>
          <w:szCs w:val="28"/>
          <w:lang w:val="ru-RU"/>
        </w:rPr>
        <w:t>(результат) — 4 балла; круговая тренировка (интенсивность) — 3 балла; техника отталкивания — 3 балла.</w:t>
      </w:r>
    </w:p>
    <w:p w14:paraId="0D502CE5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br w:type="page"/>
      </w:r>
    </w:p>
    <w:p w14:paraId="57D70E61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b/>
          <w:sz w:val="28"/>
          <w:szCs w:val="28"/>
          <w:lang w:val="ru-RU"/>
        </w:rPr>
        <w:lastRenderedPageBreak/>
        <w:t>Урок № 16. Контрольный: имитация лыжного хода на выносливость + нормативы лёгкой атлетики</w:t>
      </w:r>
    </w:p>
    <w:p w14:paraId="704F7A20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Цель: контроль уровня развития выносливости, скорости и силовы</w:t>
      </w:r>
      <w:r w:rsidRPr="002E1349">
        <w:rPr>
          <w:rFonts w:cs="Times New Roman"/>
          <w:sz w:val="28"/>
          <w:szCs w:val="28"/>
          <w:lang w:val="ru-RU"/>
        </w:rPr>
        <w:t>х качеств по итогам модуля.</w:t>
      </w:r>
    </w:p>
    <w:p w14:paraId="340D0421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Инвентарь: палки, конусы, секундомер, набивные мячи, рулетка.</w:t>
      </w:r>
    </w:p>
    <w:p w14:paraId="72642C0B" w14:textId="77777777" w:rsidR="002A4304" w:rsidRPr="002E1349" w:rsidRDefault="002E1349">
      <w:pPr>
        <w:rPr>
          <w:rFonts w:cs="Times New Roman"/>
          <w:sz w:val="28"/>
          <w:szCs w:val="28"/>
        </w:rPr>
      </w:pPr>
      <w:proofErr w:type="spellStart"/>
      <w:r w:rsidRPr="002E1349">
        <w:rPr>
          <w:rFonts w:cs="Times New Roman"/>
          <w:sz w:val="28"/>
          <w:szCs w:val="28"/>
        </w:rPr>
        <w:t>Тип</w:t>
      </w:r>
      <w:proofErr w:type="spellEnd"/>
      <w:r w:rsidRPr="002E1349">
        <w:rPr>
          <w:rFonts w:cs="Times New Roman"/>
          <w:sz w:val="28"/>
          <w:szCs w:val="28"/>
        </w:rPr>
        <w:t xml:space="preserve"> </w:t>
      </w:r>
      <w:proofErr w:type="spellStart"/>
      <w:r w:rsidRPr="002E1349">
        <w:rPr>
          <w:rFonts w:cs="Times New Roman"/>
          <w:sz w:val="28"/>
          <w:szCs w:val="28"/>
        </w:rPr>
        <w:t>урока</w:t>
      </w:r>
      <w:proofErr w:type="spellEnd"/>
      <w:r w:rsidRPr="002E1349">
        <w:rPr>
          <w:rFonts w:cs="Times New Roman"/>
          <w:sz w:val="28"/>
          <w:szCs w:val="28"/>
        </w:rPr>
        <w:t xml:space="preserve">: </w:t>
      </w:r>
      <w:proofErr w:type="spellStart"/>
      <w:r w:rsidRPr="002E1349">
        <w:rPr>
          <w:rFonts w:cs="Times New Roman"/>
          <w:sz w:val="28"/>
          <w:szCs w:val="28"/>
        </w:rPr>
        <w:t>контрольный</w:t>
      </w:r>
      <w:proofErr w:type="spellEnd"/>
      <w:r w:rsidRPr="002E1349">
        <w:rPr>
          <w:rFonts w:cs="Times New Roman"/>
          <w:sz w:val="28"/>
          <w:szCs w:val="28"/>
        </w:rPr>
        <w:t>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439"/>
        <w:gridCol w:w="2880"/>
        <w:gridCol w:w="2880"/>
      </w:tblGrid>
      <w:tr w:rsidR="002A4304" w:rsidRPr="002E1349" w14:paraId="25097125" w14:textId="77777777">
        <w:tc>
          <w:tcPr>
            <w:tcW w:w="2880" w:type="dxa"/>
            <w:shd w:val="clear" w:color="auto" w:fill="D9E2F3"/>
          </w:tcPr>
          <w:p w14:paraId="07FA9BD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Этап / содержание</w:t>
            </w:r>
          </w:p>
        </w:tc>
        <w:tc>
          <w:tcPr>
            <w:tcW w:w="2880" w:type="dxa"/>
            <w:shd w:val="clear" w:color="auto" w:fill="D9E2F3"/>
          </w:tcPr>
          <w:p w14:paraId="3438FB5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Режим</w:t>
            </w:r>
          </w:p>
        </w:tc>
        <w:tc>
          <w:tcPr>
            <w:tcW w:w="2880" w:type="dxa"/>
            <w:shd w:val="clear" w:color="auto" w:fill="D9E2F3"/>
          </w:tcPr>
          <w:p w14:paraId="090F24F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</w:tr>
      <w:tr w:rsidR="002A4304" w:rsidRPr="002E1349" w14:paraId="28052E4F" w14:textId="77777777">
        <w:tc>
          <w:tcPr>
            <w:tcW w:w="2880" w:type="dxa"/>
          </w:tcPr>
          <w:p w14:paraId="76465D5F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ВВОДНО-ПОДГОТОВИТЕЛЬНАЯ ЧАСТЬ</w:t>
            </w:r>
          </w:p>
        </w:tc>
        <w:tc>
          <w:tcPr>
            <w:tcW w:w="2880" w:type="dxa"/>
          </w:tcPr>
          <w:p w14:paraId="047909EA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27E07FC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714C92AC" w14:textId="77777777">
        <w:tc>
          <w:tcPr>
            <w:tcW w:w="2880" w:type="dxa"/>
          </w:tcPr>
          <w:p w14:paraId="69CE456B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Построение, задачи контрольного урока</w:t>
            </w:r>
          </w:p>
        </w:tc>
        <w:tc>
          <w:tcPr>
            <w:tcW w:w="2880" w:type="dxa"/>
          </w:tcPr>
          <w:p w14:paraId="294A06F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17FA1D8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 мин</w:t>
            </w:r>
          </w:p>
        </w:tc>
      </w:tr>
      <w:tr w:rsidR="002A4304" w:rsidRPr="002E1349" w14:paraId="6DB9069A" w14:textId="77777777">
        <w:tc>
          <w:tcPr>
            <w:tcW w:w="2880" w:type="dxa"/>
          </w:tcPr>
          <w:p w14:paraId="21A3B245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Бег 3 круга в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умеренном темпе</w:t>
            </w:r>
          </w:p>
        </w:tc>
        <w:tc>
          <w:tcPr>
            <w:tcW w:w="2880" w:type="dxa"/>
          </w:tcPr>
          <w:p w14:paraId="1FFAB63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702C4752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3 мин</w:t>
            </w:r>
          </w:p>
        </w:tc>
      </w:tr>
      <w:tr w:rsidR="002A4304" w:rsidRPr="002E1349" w14:paraId="1394B72F" w14:textId="77777777">
        <w:tc>
          <w:tcPr>
            <w:tcW w:w="2880" w:type="dxa"/>
          </w:tcPr>
          <w:p w14:paraId="6E3F3ED9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СБУ + ОРР с палками (комплексная разминка)</w:t>
            </w:r>
          </w:p>
        </w:tc>
        <w:tc>
          <w:tcPr>
            <w:tcW w:w="2880" w:type="dxa"/>
          </w:tcPr>
          <w:p w14:paraId="0B5B033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3D98377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70539EF7" w14:textId="77777777">
        <w:tc>
          <w:tcPr>
            <w:tcW w:w="2880" w:type="dxa"/>
          </w:tcPr>
          <w:p w14:paraId="4B444F94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Имитация попеременного хода на месте (контроль готовности)</w:t>
            </w:r>
          </w:p>
        </w:tc>
        <w:tc>
          <w:tcPr>
            <w:tcW w:w="2880" w:type="dxa"/>
          </w:tcPr>
          <w:p w14:paraId="16ADC1E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22F3717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12126A42" w14:textId="77777777">
        <w:tc>
          <w:tcPr>
            <w:tcW w:w="2880" w:type="dxa"/>
          </w:tcPr>
          <w:p w14:paraId="53065C4C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60F9F1C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1057C44D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00976F2A" w14:textId="77777777">
        <w:tc>
          <w:tcPr>
            <w:tcW w:w="2880" w:type="dxa"/>
          </w:tcPr>
          <w:p w14:paraId="678326DD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ОСНОВНАЯ ЧАСТЬ — КОНТРОЛЬ</w:t>
            </w:r>
          </w:p>
        </w:tc>
        <w:tc>
          <w:tcPr>
            <w:tcW w:w="2880" w:type="dxa"/>
          </w:tcPr>
          <w:p w14:paraId="2D76D1AA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42563761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1839C55F" w14:textId="77777777">
        <w:tc>
          <w:tcPr>
            <w:tcW w:w="2880" w:type="dxa"/>
          </w:tcPr>
          <w:p w14:paraId="4C905973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Норматив 1: имитация лыжного хода в движении (6 мин,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контроль дистанции)</w:t>
            </w:r>
          </w:p>
        </w:tc>
        <w:tc>
          <w:tcPr>
            <w:tcW w:w="2880" w:type="dxa"/>
          </w:tcPr>
          <w:p w14:paraId="58C47DA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5152BB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7 мин</w:t>
            </w:r>
          </w:p>
        </w:tc>
      </w:tr>
      <w:tr w:rsidR="002A4304" w:rsidRPr="002E1349" w14:paraId="1D723556" w14:textId="77777777">
        <w:tc>
          <w:tcPr>
            <w:tcW w:w="2880" w:type="dxa"/>
          </w:tcPr>
          <w:p w14:paraId="7B559D75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Норматив 2: бег 30 м на время (2 попытки, </w:t>
            </w:r>
            <w:proofErr w:type="spellStart"/>
            <w:r w:rsidRPr="002E1349">
              <w:rPr>
                <w:rFonts w:cs="Times New Roman"/>
                <w:sz w:val="28"/>
                <w:szCs w:val="28"/>
                <w:lang w:val="ru-RU"/>
              </w:rPr>
              <w:t>засчёт</w:t>
            </w:r>
            <w:proofErr w:type="spellEnd"/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 лучшая)</w:t>
            </w:r>
          </w:p>
        </w:tc>
        <w:tc>
          <w:tcPr>
            <w:tcW w:w="2880" w:type="dxa"/>
          </w:tcPr>
          <w:p w14:paraId="1E868A7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2A79CB1F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5A5309C0" w14:textId="77777777">
        <w:tc>
          <w:tcPr>
            <w:tcW w:w="2880" w:type="dxa"/>
          </w:tcPr>
          <w:p w14:paraId="4174EC40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Норматив 3: прыжок в длину с места (2 попытки)</w:t>
            </w:r>
          </w:p>
        </w:tc>
        <w:tc>
          <w:tcPr>
            <w:tcW w:w="2880" w:type="dxa"/>
          </w:tcPr>
          <w:p w14:paraId="3D981C1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F7A1A6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71DEBC6D" w14:textId="77777777">
        <w:tc>
          <w:tcPr>
            <w:tcW w:w="2880" w:type="dxa"/>
          </w:tcPr>
          <w:p w14:paraId="3EA9F706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Норматив 4: челночный бег 3×10 м на время</w:t>
            </w:r>
          </w:p>
        </w:tc>
        <w:tc>
          <w:tcPr>
            <w:tcW w:w="2880" w:type="dxa"/>
          </w:tcPr>
          <w:p w14:paraId="197666B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6E4F438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7BD9BC52" w14:textId="77777777">
        <w:tc>
          <w:tcPr>
            <w:tcW w:w="2880" w:type="dxa"/>
          </w:tcPr>
          <w:p w14:paraId="08EFA3E7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 xml:space="preserve">Норматив 5: метание </w:t>
            </w:r>
            <w:r w:rsidRPr="002E1349">
              <w:rPr>
                <w:rFonts w:cs="Times New Roman"/>
                <w:sz w:val="28"/>
                <w:szCs w:val="28"/>
                <w:lang w:val="ru-RU"/>
              </w:rPr>
              <w:t>набивного мяча (1 кг) из-за головы (2 попытки)</w:t>
            </w:r>
          </w:p>
        </w:tc>
        <w:tc>
          <w:tcPr>
            <w:tcW w:w="2880" w:type="dxa"/>
          </w:tcPr>
          <w:p w14:paraId="6C6F839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0D1864A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 мин</w:t>
            </w:r>
          </w:p>
        </w:tc>
      </w:tr>
      <w:tr w:rsidR="002A4304" w:rsidRPr="002E1349" w14:paraId="5EA3C2B0" w14:textId="77777777">
        <w:tc>
          <w:tcPr>
            <w:tcW w:w="2880" w:type="dxa"/>
          </w:tcPr>
          <w:p w14:paraId="6B1A8056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lastRenderedPageBreak/>
              <w:t>Игра «Салки» (для снятия напряжения после нормативов)</w:t>
            </w:r>
          </w:p>
        </w:tc>
        <w:tc>
          <w:tcPr>
            <w:tcW w:w="2880" w:type="dxa"/>
          </w:tcPr>
          <w:p w14:paraId="72BA4878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6F7B0CB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 мин</w:t>
            </w:r>
          </w:p>
        </w:tc>
      </w:tr>
      <w:tr w:rsidR="002A4304" w:rsidRPr="002E1349" w14:paraId="10329141" w14:textId="77777777">
        <w:tc>
          <w:tcPr>
            <w:tcW w:w="2880" w:type="dxa"/>
          </w:tcPr>
          <w:p w14:paraId="4B70BDAB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3F2919E5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26D338B0" w14:textId="77777777" w:rsidR="002A4304" w:rsidRPr="002E1349" w:rsidRDefault="002A4304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48443F52" w14:textId="77777777">
        <w:tc>
          <w:tcPr>
            <w:tcW w:w="2880" w:type="dxa"/>
          </w:tcPr>
          <w:p w14:paraId="7EFB31DE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ЗАКЛЮЧИТЕЛЬНАЯ ЧАСТЬ</w:t>
            </w:r>
          </w:p>
        </w:tc>
        <w:tc>
          <w:tcPr>
            <w:tcW w:w="2880" w:type="dxa"/>
          </w:tcPr>
          <w:p w14:paraId="05B507E4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80" w:type="dxa"/>
          </w:tcPr>
          <w:p w14:paraId="0CFC5B39" w14:textId="77777777" w:rsidR="002A4304" w:rsidRPr="002E1349" w:rsidRDefault="002A4304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2A4304" w:rsidRPr="002E1349" w14:paraId="764997CD" w14:textId="77777777">
        <w:tc>
          <w:tcPr>
            <w:tcW w:w="2880" w:type="dxa"/>
          </w:tcPr>
          <w:p w14:paraId="7D3E0DAB" w14:textId="77777777" w:rsidR="002A4304" w:rsidRPr="002E1349" w:rsidRDefault="002E1349">
            <w:pPr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Ходьба с дыхательными упражнениями</w:t>
            </w:r>
          </w:p>
        </w:tc>
        <w:tc>
          <w:tcPr>
            <w:tcW w:w="2880" w:type="dxa"/>
          </w:tcPr>
          <w:p w14:paraId="509F540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0B668003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  <w:tr w:rsidR="002A4304" w:rsidRPr="002E1349" w14:paraId="5B9A5EA9" w14:textId="77777777">
        <w:tc>
          <w:tcPr>
            <w:tcW w:w="2880" w:type="dxa"/>
          </w:tcPr>
          <w:p w14:paraId="005193D4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Растяжка: комплекс на все группы мышц</w:t>
            </w:r>
          </w:p>
        </w:tc>
        <w:tc>
          <w:tcPr>
            <w:tcW w:w="2880" w:type="dxa"/>
          </w:tcPr>
          <w:p w14:paraId="54A0E55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880" w:type="dxa"/>
          </w:tcPr>
          <w:p w14:paraId="3B8AEC5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 xml:space="preserve">3 </w:t>
            </w:r>
            <w:r w:rsidRPr="002E1349">
              <w:rPr>
                <w:rFonts w:cs="Times New Roman"/>
                <w:sz w:val="28"/>
                <w:szCs w:val="28"/>
              </w:rPr>
              <w:t>мин</w:t>
            </w:r>
          </w:p>
        </w:tc>
      </w:tr>
      <w:tr w:rsidR="002A4304" w:rsidRPr="002E1349" w14:paraId="22894E72" w14:textId="77777777">
        <w:tc>
          <w:tcPr>
            <w:tcW w:w="2880" w:type="dxa"/>
          </w:tcPr>
          <w:p w14:paraId="4C2E600C" w14:textId="77777777" w:rsidR="002A4304" w:rsidRPr="002E1349" w:rsidRDefault="002E1349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Итоги модуля, анализ результатов, домашнее задание</w:t>
            </w:r>
          </w:p>
        </w:tc>
        <w:tc>
          <w:tcPr>
            <w:tcW w:w="2880" w:type="dxa"/>
          </w:tcPr>
          <w:p w14:paraId="2A27805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gramStart"/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 xml:space="preserve"> 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proofErr w:type="gramEnd"/>
            <w:r w:rsidRPr="002E1349">
              <w:rPr>
                <w:rFonts w:cs="Times New Roman"/>
                <w:sz w:val="28"/>
                <w:szCs w:val="28"/>
              </w:rPr>
              <w:t xml:space="preserve">С </w:t>
            </w:r>
            <w:r w:rsidRPr="002E1349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2E1349">
              <w:rPr>
                <w:rFonts w:cs="Times New Roman"/>
                <w:sz w:val="28"/>
                <w:szCs w:val="28"/>
              </w:rPr>
              <w:t>А</w:t>
            </w:r>
          </w:p>
        </w:tc>
        <w:tc>
          <w:tcPr>
            <w:tcW w:w="2880" w:type="dxa"/>
          </w:tcPr>
          <w:p w14:paraId="4873EE4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 мин</w:t>
            </w:r>
          </w:p>
        </w:tc>
      </w:tr>
    </w:tbl>
    <w:p w14:paraId="089342C9" w14:textId="77777777" w:rsidR="002A4304" w:rsidRPr="002E1349" w:rsidRDefault="002A4304">
      <w:pPr>
        <w:rPr>
          <w:rFonts w:cs="Times New Roman"/>
          <w:sz w:val="28"/>
          <w:szCs w:val="28"/>
        </w:rPr>
      </w:pPr>
    </w:p>
    <w:p w14:paraId="1475C48E" w14:textId="77777777" w:rsidR="002A4304" w:rsidRPr="002E1349" w:rsidRDefault="002E1349">
      <w:pPr>
        <w:rPr>
          <w:rFonts w:cs="Times New Roman"/>
          <w:sz w:val="28"/>
          <w:szCs w:val="28"/>
        </w:rPr>
      </w:pPr>
      <w:r w:rsidRPr="002E1349">
        <w:rPr>
          <w:rFonts w:cs="Times New Roman"/>
          <w:sz w:val="28"/>
          <w:szCs w:val="28"/>
          <w:lang w:val="ru-RU"/>
        </w:rPr>
        <w:t xml:space="preserve">Критерии оценивания: каждый норматив — 2 балла (по нормативам ФГОП). </w:t>
      </w:r>
      <w:proofErr w:type="spellStart"/>
      <w:r w:rsidRPr="002E1349">
        <w:rPr>
          <w:rFonts w:cs="Times New Roman"/>
          <w:sz w:val="28"/>
          <w:szCs w:val="28"/>
        </w:rPr>
        <w:t>Максимум</w:t>
      </w:r>
      <w:proofErr w:type="spellEnd"/>
      <w:r w:rsidRPr="002E1349">
        <w:rPr>
          <w:rFonts w:cs="Times New Roman"/>
          <w:sz w:val="28"/>
          <w:szCs w:val="28"/>
        </w:rPr>
        <w:t xml:space="preserve"> — 10 </w:t>
      </w:r>
      <w:proofErr w:type="spellStart"/>
      <w:r w:rsidRPr="002E1349">
        <w:rPr>
          <w:rFonts w:cs="Times New Roman"/>
          <w:sz w:val="28"/>
          <w:szCs w:val="28"/>
        </w:rPr>
        <w:t>баллов</w:t>
      </w:r>
      <w:proofErr w:type="spellEnd"/>
      <w:r w:rsidRPr="002E1349">
        <w:rPr>
          <w:rFonts w:cs="Times New Roman"/>
          <w:sz w:val="28"/>
          <w:szCs w:val="28"/>
        </w:rPr>
        <w:t>.</w:t>
      </w:r>
    </w:p>
    <w:p w14:paraId="05024385" w14:textId="77777777" w:rsidR="002A4304" w:rsidRPr="002E1349" w:rsidRDefault="002E1349">
      <w:pPr>
        <w:rPr>
          <w:rFonts w:cs="Times New Roman"/>
          <w:sz w:val="28"/>
          <w:szCs w:val="28"/>
        </w:rPr>
      </w:pPr>
      <w:r w:rsidRPr="002E1349">
        <w:rPr>
          <w:rFonts w:cs="Times New Roman"/>
          <w:sz w:val="28"/>
          <w:szCs w:val="28"/>
        </w:rPr>
        <w:br w:type="page"/>
      </w:r>
    </w:p>
    <w:p w14:paraId="42E5072E" w14:textId="77777777" w:rsidR="002A4304" w:rsidRPr="002E1349" w:rsidRDefault="002E1349">
      <w:pPr>
        <w:rPr>
          <w:rFonts w:cs="Times New Roman"/>
          <w:sz w:val="28"/>
          <w:szCs w:val="28"/>
        </w:rPr>
      </w:pPr>
      <w:r w:rsidRPr="002E1349">
        <w:rPr>
          <w:rFonts w:cs="Times New Roman"/>
          <w:b/>
          <w:sz w:val="28"/>
          <w:szCs w:val="28"/>
        </w:rPr>
        <w:lastRenderedPageBreak/>
        <w:t>СВОДНАЯ ТАБЛИЦА КОНТРОЛЬНЫХ НОРМАТИВОВ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842"/>
        <w:gridCol w:w="1728"/>
        <w:gridCol w:w="1728"/>
        <w:gridCol w:w="1728"/>
      </w:tblGrid>
      <w:tr w:rsidR="002A4304" w:rsidRPr="002E1349" w14:paraId="135B61BB" w14:textId="77777777">
        <w:trPr>
          <w:jc w:val="center"/>
        </w:trPr>
        <w:tc>
          <w:tcPr>
            <w:tcW w:w="1728" w:type="dxa"/>
            <w:shd w:val="clear" w:color="auto" w:fill="D9E2F3"/>
          </w:tcPr>
          <w:p w14:paraId="67513C9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Норматив</w:t>
            </w:r>
          </w:p>
        </w:tc>
        <w:tc>
          <w:tcPr>
            <w:tcW w:w="1728" w:type="dxa"/>
            <w:shd w:val="clear" w:color="auto" w:fill="D9E2F3"/>
          </w:tcPr>
          <w:p w14:paraId="328E2E4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2 кл.</w:t>
            </w:r>
          </w:p>
        </w:tc>
        <w:tc>
          <w:tcPr>
            <w:tcW w:w="1728" w:type="dxa"/>
            <w:shd w:val="clear" w:color="auto" w:fill="D9E2F3"/>
          </w:tcPr>
          <w:p w14:paraId="1391D680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4 кл.</w:t>
            </w:r>
          </w:p>
        </w:tc>
        <w:tc>
          <w:tcPr>
            <w:tcW w:w="1728" w:type="dxa"/>
            <w:shd w:val="clear" w:color="auto" w:fill="D9E2F3"/>
          </w:tcPr>
          <w:p w14:paraId="5CDEA04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8 кл.</w:t>
            </w:r>
          </w:p>
        </w:tc>
        <w:tc>
          <w:tcPr>
            <w:tcW w:w="1728" w:type="dxa"/>
            <w:shd w:val="clear" w:color="auto" w:fill="D9E2F3"/>
          </w:tcPr>
          <w:p w14:paraId="63B78AF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b/>
                <w:sz w:val="28"/>
                <w:szCs w:val="28"/>
              </w:rPr>
              <w:t>11 кл.</w:t>
            </w:r>
          </w:p>
        </w:tc>
      </w:tr>
      <w:tr w:rsidR="002A4304" w:rsidRPr="002E1349" w14:paraId="7265E7D7" w14:textId="77777777">
        <w:trPr>
          <w:jc w:val="center"/>
        </w:trPr>
        <w:tc>
          <w:tcPr>
            <w:tcW w:w="1728" w:type="dxa"/>
          </w:tcPr>
          <w:p w14:paraId="33C0EC4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 xml:space="preserve">Бег 30 м </w:t>
            </w:r>
            <w:r w:rsidRPr="002E1349">
              <w:rPr>
                <w:rFonts w:cs="Times New Roman"/>
                <w:sz w:val="28"/>
                <w:szCs w:val="28"/>
              </w:rPr>
              <w:t>(сек)</w:t>
            </w:r>
          </w:p>
        </w:tc>
        <w:tc>
          <w:tcPr>
            <w:tcW w:w="1728" w:type="dxa"/>
          </w:tcPr>
          <w:p w14:paraId="0B35DD4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7.0 / 7.5 / 8.0</w:t>
            </w:r>
          </w:p>
        </w:tc>
        <w:tc>
          <w:tcPr>
            <w:tcW w:w="1728" w:type="dxa"/>
          </w:tcPr>
          <w:p w14:paraId="2C76B31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6.0 / 6.5 / 7.0</w:t>
            </w:r>
          </w:p>
        </w:tc>
        <w:tc>
          <w:tcPr>
            <w:tcW w:w="1728" w:type="dxa"/>
          </w:tcPr>
          <w:p w14:paraId="60C0C84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5.0 / 5.3 / 5.6</w:t>
            </w:r>
          </w:p>
        </w:tc>
        <w:tc>
          <w:tcPr>
            <w:tcW w:w="1728" w:type="dxa"/>
          </w:tcPr>
          <w:p w14:paraId="5ED0269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4.5 / 4.8 / 5.2</w:t>
            </w:r>
          </w:p>
        </w:tc>
      </w:tr>
      <w:tr w:rsidR="002A4304" w:rsidRPr="002E1349" w14:paraId="7CADB86E" w14:textId="77777777">
        <w:trPr>
          <w:jc w:val="center"/>
        </w:trPr>
        <w:tc>
          <w:tcPr>
            <w:tcW w:w="1728" w:type="dxa"/>
          </w:tcPr>
          <w:p w14:paraId="4A7C13A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2E1349">
              <w:rPr>
                <w:rFonts w:cs="Times New Roman"/>
                <w:sz w:val="28"/>
                <w:szCs w:val="28"/>
                <w:lang w:val="ru-RU"/>
              </w:rPr>
              <w:t>Прыжок в длину с места (см)</w:t>
            </w:r>
          </w:p>
        </w:tc>
        <w:tc>
          <w:tcPr>
            <w:tcW w:w="1728" w:type="dxa"/>
          </w:tcPr>
          <w:p w14:paraId="150A9A8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120/110/100</w:t>
            </w:r>
          </w:p>
        </w:tc>
        <w:tc>
          <w:tcPr>
            <w:tcW w:w="1728" w:type="dxa"/>
          </w:tcPr>
          <w:p w14:paraId="52D7E57E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160/140/120</w:t>
            </w:r>
          </w:p>
        </w:tc>
        <w:tc>
          <w:tcPr>
            <w:tcW w:w="1728" w:type="dxa"/>
          </w:tcPr>
          <w:p w14:paraId="3F8BFD8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200/180/160</w:t>
            </w:r>
          </w:p>
        </w:tc>
        <w:tc>
          <w:tcPr>
            <w:tcW w:w="1728" w:type="dxa"/>
          </w:tcPr>
          <w:p w14:paraId="788AB77A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240/220/200</w:t>
            </w:r>
          </w:p>
        </w:tc>
      </w:tr>
      <w:tr w:rsidR="002A4304" w:rsidRPr="002E1349" w14:paraId="0B50E39F" w14:textId="77777777">
        <w:trPr>
          <w:jc w:val="center"/>
        </w:trPr>
        <w:tc>
          <w:tcPr>
            <w:tcW w:w="1728" w:type="dxa"/>
          </w:tcPr>
          <w:p w14:paraId="2F895091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Челночный бег 3×10 (сек)</w:t>
            </w:r>
          </w:p>
        </w:tc>
        <w:tc>
          <w:tcPr>
            <w:tcW w:w="1728" w:type="dxa"/>
          </w:tcPr>
          <w:p w14:paraId="41E4A73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11.0/11.5/12.0</w:t>
            </w:r>
          </w:p>
        </w:tc>
        <w:tc>
          <w:tcPr>
            <w:tcW w:w="1728" w:type="dxa"/>
          </w:tcPr>
          <w:p w14:paraId="7BEFA8F7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9.5/10.0/10.5</w:t>
            </w:r>
          </w:p>
        </w:tc>
        <w:tc>
          <w:tcPr>
            <w:tcW w:w="1728" w:type="dxa"/>
          </w:tcPr>
          <w:p w14:paraId="34321094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8.5/9.0/9.5</w:t>
            </w:r>
          </w:p>
        </w:tc>
        <w:tc>
          <w:tcPr>
            <w:tcW w:w="1728" w:type="dxa"/>
          </w:tcPr>
          <w:p w14:paraId="7FB2D98D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7.8/8.2/8.8</w:t>
            </w:r>
          </w:p>
        </w:tc>
      </w:tr>
      <w:tr w:rsidR="002A4304" w:rsidRPr="002E1349" w14:paraId="443C421F" w14:textId="77777777">
        <w:trPr>
          <w:jc w:val="center"/>
        </w:trPr>
        <w:tc>
          <w:tcPr>
            <w:tcW w:w="1728" w:type="dxa"/>
          </w:tcPr>
          <w:p w14:paraId="393905B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 xml:space="preserve">Имитация хода 6 мин </w:t>
            </w:r>
            <w:r w:rsidRPr="002E1349">
              <w:rPr>
                <w:rFonts w:cs="Times New Roman"/>
                <w:sz w:val="28"/>
                <w:szCs w:val="28"/>
              </w:rPr>
              <w:t>(кругов)</w:t>
            </w:r>
          </w:p>
        </w:tc>
        <w:tc>
          <w:tcPr>
            <w:tcW w:w="1728" w:type="dxa"/>
          </w:tcPr>
          <w:p w14:paraId="5B9DAEE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6/5/4</w:t>
            </w:r>
          </w:p>
        </w:tc>
        <w:tc>
          <w:tcPr>
            <w:tcW w:w="1728" w:type="dxa"/>
          </w:tcPr>
          <w:p w14:paraId="4B4B90D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8/7/6</w:t>
            </w:r>
          </w:p>
        </w:tc>
        <w:tc>
          <w:tcPr>
            <w:tcW w:w="1728" w:type="dxa"/>
          </w:tcPr>
          <w:p w14:paraId="2D002F12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10/9/8</w:t>
            </w:r>
          </w:p>
        </w:tc>
        <w:tc>
          <w:tcPr>
            <w:tcW w:w="1728" w:type="dxa"/>
          </w:tcPr>
          <w:p w14:paraId="7B1A8A6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12/11/10</w:t>
            </w:r>
          </w:p>
        </w:tc>
      </w:tr>
      <w:tr w:rsidR="002A4304" w:rsidRPr="002E1349" w14:paraId="5B7592B5" w14:textId="77777777">
        <w:trPr>
          <w:jc w:val="center"/>
        </w:trPr>
        <w:tc>
          <w:tcPr>
            <w:tcW w:w="1728" w:type="dxa"/>
          </w:tcPr>
          <w:p w14:paraId="56C17BCC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Метание набивного мяча (м)</w:t>
            </w:r>
          </w:p>
        </w:tc>
        <w:tc>
          <w:tcPr>
            <w:tcW w:w="1728" w:type="dxa"/>
          </w:tcPr>
          <w:p w14:paraId="57B72776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2.5/2.0/1.5</w:t>
            </w:r>
          </w:p>
        </w:tc>
        <w:tc>
          <w:tcPr>
            <w:tcW w:w="1728" w:type="dxa"/>
          </w:tcPr>
          <w:p w14:paraId="2871B85B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4.0/3.5/3.0</w:t>
            </w:r>
          </w:p>
        </w:tc>
        <w:tc>
          <w:tcPr>
            <w:tcW w:w="1728" w:type="dxa"/>
          </w:tcPr>
          <w:p w14:paraId="2DBA3069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7.0/6.0/5.0</w:t>
            </w:r>
          </w:p>
        </w:tc>
        <w:tc>
          <w:tcPr>
            <w:tcW w:w="1728" w:type="dxa"/>
          </w:tcPr>
          <w:p w14:paraId="5ADFEC35" w14:textId="77777777" w:rsidR="002A4304" w:rsidRPr="002E1349" w:rsidRDefault="002E134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2E1349">
              <w:rPr>
                <w:rFonts w:cs="Times New Roman"/>
                <w:sz w:val="28"/>
                <w:szCs w:val="28"/>
              </w:rPr>
              <w:t>10/9/8</w:t>
            </w:r>
          </w:p>
        </w:tc>
      </w:tr>
    </w:tbl>
    <w:p w14:paraId="488A0158" w14:textId="77777777" w:rsidR="002A4304" w:rsidRPr="002E1349" w:rsidRDefault="002A4304">
      <w:pPr>
        <w:rPr>
          <w:rFonts w:cs="Times New Roman"/>
          <w:sz w:val="28"/>
          <w:szCs w:val="28"/>
        </w:rPr>
      </w:pPr>
    </w:p>
    <w:p w14:paraId="716273C5" w14:textId="77777777" w:rsidR="002A4304" w:rsidRPr="002E1349" w:rsidRDefault="002E1349">
      <w:pPr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Формат записи: отлично / хорошо / удовлетворительно. Норматив «имитация хода 6 мин» — количество полных кругов по залу за 6 минут в темпе попереме</w:t>
      </w:r>
      <w:r w:rsidRPr="002E1349">
        <w:rPr>
          <w:rFonts w:cs="Times New Roman"/>
          <w:sz w:val="28"/>
          <w:szCs w:val="28"/>
          <w:lang w:val="ru-RU"/>
        </w:rPr>
        <w:t xml:space="preserve">нного </w:t>
      </w:r>
      <w:proofErr w:type="spellStart"/>
      <w:r w:rsidRPr="002E1349">
        <w:rPr>
          <w:rFonts w:cs="Times New Roman"/>
          <w:sz w:val="28"/>
          <w:szCs w:val="28"/>
          <w:lang w:val="ru-RU"/>
        </w:rPr>
        <w:t>двухшажного</w:t>
      </w:r>
      <w:proofErr w:type="spellEnd"/>
      <w:r w:rsidRPr="002E1349">
        <w:rPr>
          <w:rFonts w:cs="Times New Roman"/>
          <w:sz w:val="28"/>
          <w:szCs w:val="28"/>
          <w:lang w:val="ru-RU"/>
        </w:rPr>
        <w:t xml:space="preserve"> хода.</w:t>
      </w:r>
    </w:p>
    <w:p w14:paraId="69002E7F" w14:textId="77777777" w:rsidR="002A4304" w:rsidRPr="002E1349" w:rsidRDefault="002A4304">
      <w:pPr>
        <w:rPr>
          <w:rFonts w:cs="Times New Roman"/>
          <w:sz w:val="28"/>
          <w:szCs w:val="28"/>
          <w:lang w:val="ru-RU"/>
        </w:rPr>
      </w:pPr>
    </w:p>
    <w:p w14:paraId="4704A790" w14:textId="77777777" w:rsidR="002A4304" w:rsidRPr="002E1349" w:rsidRDefault="002E1349">
      <w:pPr>
        <w:rPr>
          <w:rFonts w:cs="Times New Roman"/>
          <w:sz w:val="28"/>
          <w:szCs w:val="28"/>
        </w:rPr>
      </w:pPr>
      <w:r w:rsidRPr="002E1349">
        <w:rPr>
          <w:rFonts w:cs="Times New Roman"/>
          <w:b/>
          <w:sz w:val="28"/>
          <w:szCs w:val="28"/>
        </w:rPr>
        <w:t>ТРЕБОВАНИЯ БЕЗОПАСНОСТИ</w:t>
      </w:r>
    </w:p>
    <w:p w14:paraId="189D0898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Температура воздуха в зале — 18–24 °</w:t>
      </w:r>
      <w:r w:rsidRPr="002E1349">
        <w:rPr>
          <w:rFonts w:cs="Times New Roman"/>
          <w:sz w:val="28"/>
          <w:szCs w:val="28"/>
        </w:rPr>
        <w:t>C</w:t>
      </w:r>
      <w:r w:rsidRPr="002E1349">
        <w:rPr>
          <w:rFonts w:cs="Times New Roman"/>
          <w:sz w:val="28"/>
          <w:szCs w:val="28"/>
          <w:lang w:val="ru-RU"/>
        </w:rPr>
        <w:t>, влажность 40–60% (СанПиН 1.2.3685-21).</w:t>
      </w:r>
    </w:p>
    <w:p w14:paraId="5B5F7B6B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Пол зала — чистый, сухой, без посторонних предметов.</w:t>
      </w:r>
    </w:p>
    <w:p w14:paraId="790EADA8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 xml:space="preserve">Гимнастические/лыжные палки — проверены на целостность, </w:t>
      </w:r>
      <w:r w:rsidRPr="002E1349">
        <w:rPr>
          <w:rFonts w:cs="Times New Roman"/>
          <w:sz w:val="28"/>
          <w:szCs w:val="28"/>
          <w:lang w:val="ru-RU"/>
        </w:rPr>
        <w:t>наконечники безопасны.</w:t>
      </w:r>
    </w:p>
    <w:p w14:paraId="4328F48D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Расстояние между занимающимися при имитации — не менее 2 м.</w:t>
      </w:r>
    </w:p>
    <w:p w14:paraId="153A9C11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При прыжках — приземление на обе ноги, маты в зоне приземления.</w:t>
      </w:r>
    </w:p>
    <w:p w14:paraId="0481FFA9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 xml:space="preserve">При метании — очерченная зона бросков, </w:t>
      </w:r>
      <w:r w:rsidRPr="002E1349">
        <w:rPr>
          <w:rFonts w:cs="Times New Roman"/>
          <w:sz w:val="28"/>
          <w:szCs w:val="28"/>
        </w:rPr>
        <w:t>nobody</w:t>
      </w:r>
      <w:r w:rsidRPr="002E1349">
        <w:rPr>
          <w:rFonts w:cs="Times New Roman"/>
          <w:sz w:val="28"/>
          <w:szCs w:val="28"/>
          <w:lang w:val="ru-RU"/>
        </w:rPr>
        <w:t xml:space="preserve"> за линией метания.</w:t>
      </w:r>
    </w:p>
    <w:p w14:paraId="0A39B4D0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 xml:space="preserve">Учитель контролирует ЧСС после </w:t>
      </w:r>
      <w:r w:rsidRPr="002E1349">
        <w:rPr>
          <w:rFonts w:cs="Times New Roman"/>
          <w:sz w:val="28"/>
          <w:szCs w:val="28"/>
          <w:lang w:val="ru-RU"/>
        </w:rPr>
        <w:t>имитации на выносливость (не более 180 уд/мин).</w:t>
      </w:r>
    </w:p>
    <w:p w14:paraId="62DA4ECD" w14:textId="77777777" w:rsidR="002A4304" w:rsidRPr="002E1349" w:rsidRDefault="002E1349">
      <w:pPr>
        <w:pStyle w:val="a0"/>
        <w:rPr>
          <w:rFonts w:cs="Times New Roman"/>
          <w:sz w:val="28"/>
          <w:szCs w:val="28"/>
          <w:lang w:val="ru-RU"/>
        </w:rPr>
      </w:pPr>
      <w:r w:rsidRPr="002E1349">
        <w:rPr>
          <w:rFonts w:cs="Times New Roman"/>
          <w:sz w:val="28"/>
          <w:szCs w:val="28"/>
          <w:lang w:val="ru-RU"/>
        </w:rPr>
        <w:t>Моторная плотность урока — не менее 70%.</w:t>
      </w:r>
    </w:p>
    <w:sectPr w:rsidR="002A4304" w:rsidRPr="002E1349" w:rsidSect="002E1349">
      <w:pgSz w:w="12240" w:h="15840"/>
      <w:pgMar w:top="1440" w:right="758" w:bottom="14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4304"/>
    <w:rsid w:val="002E1349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56828F"/>
  <w14:defaultImageDpi w14:val="300"/>
  <w15:docId w15:val="{ACEAD1F1-8997-46F4-B139-374AADCA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27E848-D92B-45FC-956C-6C5EAB14B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cnppm20</cp:lastModifiedBy>
  <cp:revision>2</cp:revision>
  <dcterms:created xsi:type="dcterms:W3CDTF">2013-12-23T23:15:00Z</dcterms:created>
  <dcterms:modified xsi:type="dcterms:W3CDTF">2026-10-01T07:42:00Z</dcterms:modified>
  <cp:category/>
</cp:coreProperties>
</file>