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B203E" w14:textId="77777777" w:rsidR="00BE3415" w:rsidRPr="005023D2" w:rsidRDefault="005023D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Модуль: Лёгкая атлетика с использованием элементов лыжной подготовки</w:t>
      </w:r>
    </w:p>
    <w:p w14:paraId="0780D107" w14:textId="77777777" w:rsidR="00BE3415" w:rsidRPr="005023D2" w:rsidRDefault="005023D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Уроки 11–16 | 10–11 классы | Спортивный зал</w:t>
      </w:r>
    </w:p>
    <w:p w14:paraId="73DFBF99" w14:textId="77777777" w:rsidR="00BE3415" w:rsidRPr="005023D2" w:rsidRDefault="005023D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Чек-листы для учителя и ученика</w:t>
      </w:r>
    </w:p>
    <w:p w14:paraId="69C64A6A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721ABD5" w14:textId="77777777" w:rsidR="00BE3415" w:rsidRPr="005023D2" w:rsidRDefault="005023D2">
      <w:pPr>
        <w:pStyle w:val="21"/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Условные обозначения</w:t>
      </w:r>
    </w:p>
    <w:p w14:paraId="61C9F6B9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— полный режим (40–45 мин)</w:t>
      </w:r>
    </w:p>
    <w:p w14:paraId="1C0B0A39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 — сокращённый режим (25–30 мин): уменьшено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количество повторений, структура сохранена</w:t>
      </w:r>
    </w:p>
    <w:p w14:paraId="6E93FF93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 — аварийный режим (15–20 мин): минимальный набор упражнений при отмене части урока, замене учителя, отсутствии инвентаря</w:t>
      </w:r>
    </w:p>
    <w:p w14:paraId="3EC0A68F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ЧСС — частота сердечных сокращений. Норма для 10–11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кл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>.: 130–170 уд/мин в основной части,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110–130 — в разминке, 90–110 — в заминке</w:t>
      </w:r>
    </w:p>
    <w:p w14:paraId="7FC29509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Моторная плотность — не менее 70%</w:t>
      </w:r>
    </w:p>
    <w:p w14:paraId="66DC7959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3282792" w14:textId="77777777" w:rsidR="00BE3415" w:rsidRPr="005023D2" w:rsidRDefault="005023D2">
      <w:pPr>
        <w:pStyle w:val="1"/>
        <w:rPr>
          <w:rFonts w:ascii="Times New Roman" w:hAnsi="Times New Roman" w:cs="Times New Roman"/>
          <w:lang w:val="ru-RU"/>
        </w:rPr>
      </w:pPr>
      <w:r w:rsidRPr="005023D2">
        <w:rPr>
          <w:rFonts w:ascii="Times New Roman" w:hAnsi="Times New Roman" w:cs="Times New Roman"/>
          <w:lang w:val="ru-RU"/>
        </w:rPr>
        <w:t>Урок № 11. Имитация лыжных ходов + спринтерский бег (10–11 классы)</w:t>
      </w:r>
    </w:p>
    <w:p w14:paraId="2682D685" w14:textId="77777777" w:rsidR="00BE3415" w:rsidRPr="005023D2" w:rsidRDefault="005023D2">
      <w:pPr>
        <w:pStyle w:val="21"/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Чек-лист учителя</w:t>
      </w:r>
    </w:p>
    <w:p w14:paraId="046C74ED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Цель: совершенствование техники попеременного </w:t>
      </w:r>
      <w:proofErr w:type="spellStart"/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двухшажного</w:t>
      </w:r>
      <w:proofErr w:type="spellEnd"/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и одновременного лыжных ходов в имита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ции + развитие спринтерских качеств</w:t>
      </w:r>
    </w:p>
    <w:p w14:paraId="4FCE5BF3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Инвентарь: лыжные палки (на пару учащихся), конусы, секундомер, свисток, скакалки</w:t>
      </w:r>
    </w:p>
    <w:p w14:paraId="3AAA476E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Тип урока: образовательно-тренировочной направленности</w:t>
      </w:r>
    </w:p>
    <w:p w14:paraId="31830BBF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Выбор </w:t>
      </w:r>
      <w:proofErr w:type="gramStart"/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режима: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Полный  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 Сокращённый  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А Аварийный</w:t>
      </w:r>
    </w:p>
    <w:p w14:paraId="0B666E7D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3A96B8D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Вводно-подготовительная 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часть</w:t>
      </w:r>
    </w:p>
    <w:p w14:paraId="458FFEA0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Построение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>, рапорт, задача урока — 2 мин</w:t>
      </w:r>
    </w:p>
    <w:p w14:paraId="40282A73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Проверка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ЧСС (исходный) — 1 мин</w:t>
      </w:r>
    </w:p>
    <w:p w14:paraId="5FF14DF3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Ходьба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 заданиями: на носках, пятках, внешнем/внутреннем своде стопы — 3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С: 2 мин)</w:t>
      </w:r>
    </w:p>
    <w:p w14:paraId="47484AC1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Бег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 медленном темпе с переходом на спортивную ходьбу — 3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мин,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мин)</w:t>
      </w:r>
    </w:p>
    <w:p w14:paraId="3B68A209" w14:textId="5BDCDA85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Специальные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беговые упражнения (СБУ): высокий подъ</w:t>
      </w:r>
      <w:r>
        <w:rPr>
          <w:rFonts w:ascii="Times New Roman" w:hAnsi="Times New Roman" w:cs="Times New Roman"/>
          <w:sz w:val="28"/>
          <w:szCs w:val="28"/>
          <w:lang w:val="ru-RU"/>
        </w:rPr>
        <w:t>ём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бедра,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захлёст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голени, прыжки шагом — 4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мин,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мин)</w:t>
      </w:r>
    </w:p>
    <w:p w14:paraId="381CF788" w14:textId="50CE079F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ОР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 лыжными палками</w:t>
      </w:r>
      <w:r>
        <w:rPr>
          <w:rFonts w:ascii="Times New Roman" w:hAnsi="Times New Roman" w:cs="Times New Roman"/>
          <w:sz w:val="28"/>
          <w:szCs w:val="28"/>
          <w:lang w:val="ru-RU"/>
        </w:rPr>
        <w:t>( гимнастические палки)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: наклоны, повороты туловища, выпады, имитация отталкивания руками стоя на месте — 4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С: 2 ми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н,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мин)</w:t>
      </w:r>
    </w:p>
    <w:p w14:paraId="4A50E217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1BFE635A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Имитация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попеременного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двухшажного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хода на месте с палками — 3×20 шагов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2×15,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1×15)</w:t>
      </w:r>
    </w:p>
    <w:p w14:paraId="093622C1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Имитация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одновременного хода в движении (проходка 20 м) — 4 раза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3 раза,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2 раза)</w:t>
      </w:r>
    </w:p>
    <w:p w14:paraId="7CDFFC48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Прыжковая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имитация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(коньковый ход) на месте — 3×15 прыжков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С: 2×10)</w:t>
      </w:r>
    </w:p>
    <w:p w14:paraId="37DE62DF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Спринтерский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бег 30 м с низкого старта — 3 раза на время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раза,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раз)</w:t>
      </w:r>
    </w:p>
    <w:p w14:paraId="03C11A98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Эстафета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4×30 м с палочкой (2 команды) — 2 круга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С: 1 кру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г)</w:t>
      </w:r>
    </w:p>
    <w:p w14:paraId="2225F10B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Контроль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ЧСС после эстафеты — 1 мин</w:t>
      </w:r>
    </w:p>
    <w:p w14:paraId="249CF2D6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341CCC4B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Медленный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бег / ходьба с восстановлением дыхания — 2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мин)</w:t>
      </w:r>
    </w:p>
    <w:p w14:paraId="4FD616D6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Упражнения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на гибкость сидя — 2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пропускается)</w:t>
      </w:r>
    </w:p>
    <w:p w14:paraId="6336F56B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Подведение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итогов, домашнее задание — 1 мин</w:t>
      </w:r>
    </w:p>
    <w:p w14:paraId="05054E97" w14:textId="0AE48116" w:rsidR="00BE3415" w:rsidRPr="005023D2" w:rsidRDefault="005023D2" w:rsidP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Контроль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ЧСС (итоговый) — 1 мин</w:t>
      </w:r>
    </w:p>
    <w:p w14:paraId="37A4B38C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Критерии оценивания:</w:t>
      </w:r>
    </w:p>
    <w:p w14:paraId="4488E0A5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• Техника имитации лыжного хода (попеременный/одновременный) — 4 балла</w:t>
      </w:r>
    </w:p>
    <w:p w14:paraId="521EEB2A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• Результат спринта 30 м — 3 балла</w:t>
      </w:r>
    </w:p>
    <w:p w14:paraId="07308034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• Работа в эстафете — 2 балла</w:t>
      </w:r>
    </w:p>
    <w:p w14:paraId="6AB30B7A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• Дисциплина и ТБ — 1 балл</w:t>
      </w:r>
    </w:p>
    <w:p w14:paraId="71CC372F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Итого: 10 баллов. Зачёт: 6 и выше.</w:t>
      </w:r>
    </w:p>
    <w:p w14:paraId="426E0D8B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30A76EC" w14:textId="77777777" w:rsidR="00BE3415" w:rsidRPr="005023D2" w:rsidRDefault="005023D2">
      <w:pPr>
        <w:pStyle w:val="21"/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Чек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-лист ученика</w:t>
      </w:r>
    </w:p>
    <w:p w14:paraId="13810504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Ф.И.: _________________________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>: ______  Дата: _________</w:t>
      </w:r>
    </w:p>
    <w:p w14:paraId="57AA36A7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Тема: Имитация лыжных ходов + спринтерский бег</w:t>
      </w:r>
    </w:p>
    <w:p w14:paraId="37FF9A75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3D542A8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076B242A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переоделся в спортивную форму (футболка, шорты/треники, кроссовки с нескользящей подошвой)</w:t>
      </w:r>
    </w:p>
    <w:p w14:paraId="34571FC6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снял часы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, украшения, телефон убрал в рюкзак</w:t>
      </w:r>
    </w:p>
    <w:p w14:paraId="0D6AB178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проверил своё самочувствие — нет боли, недомогания</w:t>
      </w:r>
    </w:p>
    <w:p w14:paraId="51270775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6155FC8D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ходьбу с заданиями (на носках, пятках)</w:t>
      </w:r>
    </w:p>
    <w:p w14:paraId="3AC6A063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пробежал в медленном темпе</w:t>
      </w:r>
    </w:p>
    <w:p w14:paraId="7103D6C5" w14:textId="0B073ED3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С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У (высокий под</w:t>
      </w:r>
      <w:r>
        <w:rPr>
          <w:rFonts w:ascii="Times New Roman" w:hAnsi="Times New Roman" w:cs="Times New Roman"/>
          <w:sz w:val="28"/>
          <w:szCs w:val="28"/>
          <w:lang w:val="ru-RU"/>
        </w:rPr>
        <w:t>ъём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бедра,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захлёст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>, прыжки шагом)</w:t>
      </w:r>
    </w:p>
    <w:p w14:paraId="3B53377B" w14:textId="6C7BF451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взял лыжные палки и выполнил ОР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гимнастическими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палками</w:t>
      </w:r>
    </w:p>
    <w:p w14:paraId="02844387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271F3D5A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имитацию попеременного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двухшажного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хода на месте с палками</w:t>
      </w:r>
    </w:p>
    <w:p w14:paraId="74817F16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имитацию одновременного хода в движении (проходка 20 м)</w:t>
      </w:r>
    </w:p>
    <w:p w14:paraId="26F55439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прыжковую имитацию (коньковый ход)</w:t>
      </w:r>
    </w:p>
    <w:p w14:paraId="2CACD178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робежал спринт 30 м с низкого старта</w:t>
      </w:r>
    </w:p>
    <w:p w14:paraId="21031879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участвовал в эстафете 4×30 м</w:t>
      </w:r>
    </w:p>
    <w:p w14:paraId="0ECEA7F6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Заминка и итоги</w:t>
      </w:r>
    </w:p>
    <w:p w14:paraId="290E3F37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заминку (медленный бег / ходьба)</w:t>
      </w:r>
    </w:p>
    <w:p w14:paraId="229BF953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упражнения на растяжку</w:t>
      </w:r>
    </w:p>
    <w:p w14:paraId="54B89E8C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услышал оценку за урок и домашнее задание</w:t>
      </w:r>
    </w:p>
    <w:p w14:paraId="49A73FF1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04CEDA6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Самооцен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ка:</w:t>
      </w:r>
    </w:p>
    <w:p w14:paraId="1245BEC4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Техника имитации: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отлично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хорошо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.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нужно повторить</w:t>
      </w:r>
    </w:p>
    <w:p w14:paraId="18B4274B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Спринт 30 м — мой результат: _____ сек</w:t>
      </w:r>
    </w:p>
    <w:p w14:paraId="525423AA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Эстафета — моя команда: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1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место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2 место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3 место</w:t>
      </w:r>
    </w:p>
    <w:p w14:paraId="00E90C2D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Моя общая оценка за урок: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10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9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8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7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6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нужно лучше</w:t>
      </w:r>
    </w:p>
    <w:p w14:paraId="0784BE8B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Что получилось лучше все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го: _________________________________________</w:t>
      </w:r>
    </w:p>
    <w:p w14:paraId="0A8E83B6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Что нужно улучшить: _________________________________________</w:t>
      </w:r>
    </w:p>
    <w:p w14:paraId="185F985A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26646B82" w14:textId="77777777" w:rsidR="00BE3415" w:rsidRPr="005023D2" w:rsidRDefault="005023D2">
      <w:pPr>
        <w:pStyle w:val="1"/>
        <w:rPr>
          <w:rFonts w:ascii="Times New Roman" w:hAnsi="Times New Roman" w:cs="Times New Roman"/>
          <w:lang w:val="ru-RU"/>
        </w:rPr>
      </w:pPr>
      <w:r w:rsidRPr="005023D2">
        <w:rPr>
          <w:rFonts w:ascii="Times New Roman" w:hAnsi="Times New Roman" w:cs="Times New Roman"/>
          <w:lang w:val="ru-RU"/>
        </w:rPr>
        <w:lastRenderedPageBreak/>
        <w:t>Урок № 12. Коньковый ход + прыжки в длину с места (10–11 классы)</w:t>
      </w:r>
    </w:p>
    <w:p w14:paraId="757D1BE6" w14:textId="77777777" w:rsidR="00BE3415" w:rsidRPr="005023D2" w:rsidRDefault="005023D2">
      <w:pPr>
        <w:pStyle w:val="21"/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Чек-лист учителя</w:t>
      </w:r>
    </w:p>
    <w:p w14:paraId="5BA43B8E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Цель: совершенствование техники конькового хода в 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имитации + развитие скоростно-силовых качеств через прыжковые упражнения</w:t>
      </w:r>
    </w:p>
    <w:p w14:paraId="468D9585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Инвентарь: лыжные палки, конусы, маты, рулетка, скакалки</w:t>
      </w:r>
    </w:p>
    <w:p w14:paraId="40ADEE7A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Тип урока: образовательно-тренировочной направленности</w:t>
      </w:r>
    </w:p>
    <w:p w14:paraId="6BA28C05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Выбор </w:t>
      </w:r>
      <w:proofErr w:type="gramStart"/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режима: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Полный  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 Сокращённый  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А Аварийный</w:t>
      </w:r>
    </w:p>
    <w:p w14:paraId="55E28384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DDC47C6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36BA7B8E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Построение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>, рапорт, задача урока — 2 мин</w:t>
      </w:r>
    </w:p>
    <w:p w14:paraId="2B22BD8B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Проверка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ЧСС (исходный) — 1 мин</w:t>
      </w:r>
    </w:p>
    <w:p w14:paraId="6ECE57DB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Ходьба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 переходом на лыжный шаг (широкий шаг с наклоном) — 3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С: 2 мин)</w:t>
      </w:r>
    </w:p>
    <w:p w14:paraId="7D0D6F01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Бег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 ускорениями по 15 м (3 раза) — 3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раза,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р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аз)</w:t>
      </w:r>
    </w:p>
    <w:p w14:paraId="076882B6" w14:textId="6696CF35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ОР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без палок: выпады в сторону,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полуприседы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>, наклоны, вращения таза — 4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мин,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мин)</w:t>
      </w:r>
    </w:p>
    <w:p w14:paraId="4F6B31A5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Скакалка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>: 30 сек базовые прыжки + 30 сек двойные — 2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1 мин,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пропускается)</w:t>
      </w:r>
    </w:p>
    <w:p w14:paraId="5E5C6340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19588610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Шаговая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имитация конькового хода (с палка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ми, проходка 15 м) — 4 раза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3 раза,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2 раза)</w:t>
      </w:r>
    </w:p>
    <w:p w14:paraId="741BD84B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Прыжковая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имитация конькового хода на месте — 3×20 прыжков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2×15,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1×15)</w:t>
      </w:r>
    </w:p>
    <w:p w14:paraId="6B45B632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Прыжок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 длину с места (техника, 3 попытки с замером) — 6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попытки,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попытка)</w:t>
      </w:r>
    </w:p>
    <w:p w14:paraId="6C6B8D3A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Многоскоки</w:t>
      </w:r>
      <w:proofErr w:type="spellEnd"/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>: тройной п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рыжок с места — 3 раза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С: 2 раза)</w:t>
      </w:r>
    </w:p>
    <w:p w14:paraId="7515EE04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Прыжки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через скакалку на скорость: 1 мин — 2 подхода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С: 1 подход)</w:t>
      </w:r>
    </w:p>
    <w:p w14:paraId="65590AB5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Круговая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тренировка (3 станции: прыжки в длину, скакалка, приседания 15 раз) — 2 круга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1 круг,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пропускается)</w:t>
      </w:r>
    </w:p>
    <w:p w14:paraId="23FCBA51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318472DE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Медл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енный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бег — 2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мин)</w:t>
      </w:r>
    </w:p>
    <w:p w14:paraId="41378664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Растяжка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ног (стоя, сидя) — 3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мин)</w:t>
      </w:r>
    </w:p>
    <w:p w14:paraId="0A2B78B5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Итоги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>, домашнее задание (прыжки на скакалке 3×1 мин) — 1 мин</w:t>
      </w:r>
    </w:p>
    <w:p w14:paraId="40C26B14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D92C85C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Критерии оценивания:</w:t>
      </w:r>
    </w:p>
    <w:p w14:paraId="031D796C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• Техника конькового хода (имитация) — 3 балла</w:t>
      </w:r>
    </w:p>
    <w:p w14:paraId="1CC7CB6D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• Прыжок в длину с места (норматив) — 3 балл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</w:t>
      </w:r>
    </w:p>
    <w:p w14:paraId="37D3C800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• Скорость на скакалке — 2 балла</w:t>
      </w:r>
    </w:p>
    <w:p w14:paraId="52AC89B5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• Дисциплина и ТБ — 2 балла</w:t>
      </w:r>
    </w:p>
    <w:p w14:paraId="402BB933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Итого: 10 баллов. Зачёт: 6 и выше.</w:t>
      </w:r>
    </w:p>
    <w:p w14:paraId="686CA833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B7DA217" w14:textId="77777777" w:rsidR="00BE3415" w:rsidRPr="005023D2" w:rsidRDefault="005023D2">
      <w:pPr>
        <w:pStyle w:val="21"/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Чек-лист ученика</w:t>
      </w:r>
    </w:p>
    <w:p w14:paraId="0DC025F9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Ф.И.: _________________________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>: ______  Дата: _________</w:t>
      </w:r>
    </w:p>
    <w:p w14:paraId="1F7D7E3A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Тема: Коньковый ход + прыжки в длину с места</w:t>
      </w:r>
    </w:p>
    <w:p w14:paraId="2C603676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21619F9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Подготовка</w:t>
      </w:r>
    </w:p>
    <w:p w14:paraId="24EF156A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переоделся в спортивную форму</w:t>
      </w:r>
    </w:p>
    <w:p w14:paraId="03154095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снял украшения и часы</w:t>
      </w:r>
    </w:p>
    <w:p w14:paraId="615B39AB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проверил самочувствие</w:t>
      </w:r>
    </w:p>
    <w:p w14:paraId="03C02F0B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7ED95BE9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ходьбу лыжным шагом</w:t>
      </w:r>
    </w:p>
    <w:p w14:paraId="73A7EC35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бег с ускорениями</w:t>
      </w:r>
    </w:p>
    <w:p w14:paraId="0C1DA31F" w14:textId="029B7C58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ОР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(выпады, приседы, наклоны)</w:t>
      </w:r>
    </w:p>
    <w:p w14:paraId="68078518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прыгал на скакалке (базовые +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двойные)</w:t>
      </w:r>
    </w:p>
    <w:p w14:paraId="0389E9B3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5CD734CB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шаговую имитацию конькового хода с палками</w:t>
      </w:r>
    </w:p>
    <w:p w14:paraId="47113580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прыжковую имитацию конькового хода</w:t>
      </w:r>
    </w:p>
    <w:p w14:paraId="7A3E3C99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прыжок в длину с места (3 попытки)</w:t>
      </w:r>
    </w:p>
    <w:p w14:paraId="40A7B643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тройной прыжок с места</w:t>
      </w:r>
    </w:p>
    <w:p w14:paraId="7D080BC4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прыгал на скакалке на скорость (1 м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ин)</w:t>
      </w:r>
    </w:p>
    <w:p w14:paraId="38B85FD4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прошёл круговую тренировку</w:t>
      </w:r>
    </w:p>
    <w:p w14:paraId="14412B26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23211032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медленный бег</w:t>
      </w:r>
    </w:p>
    <w:p w14:paraId="46771B44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растяжку ног</w:t>
      </w:r>
    </w:p>
    <w:p w14:paraId="625DD605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получил оценку и домашнее задание</w:t>
      </w:r>
    </w:p>
    <w:p w14:paraId="44E8613F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1E78927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Самооценка:</w:t>
      </w:r>
    </w:p>
    <w:p w14:paraId="4A8559C9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Коньковый ход (имитация):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отлично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хорошо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.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нужно повторить</w:t>
      </w:r>
    </w:p>
    <w:p w14:paraId="78D24BD5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Прыжок в длину с места —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мой результат: _____ см</w:t>
      </w:r>
    </w:p>
    <w:p w14:paraId="36B42616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Скакалка за 1 мин — мой результат: _____ раз</w:t>
      </w:r>
    </w:p>
    <w:p w14:paraId="3825EFA3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Моя общая оценка за урок: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10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9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8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7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6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нужно лучше</w:t>
      </w:r>
    </w:p>
    <w:p w14:paraId="22670B4C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</w:t>
      </w:r>
    </w:p>
    <w:p w14:paraId="6629163C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_________________________________</w:t>
      </w:r>
    </w:p>
    <w:p w14:paraId="5146DB68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265BF5EE" w14:textId="77777777" w:rsidR="00BE3415" w:rsidRPr="005023D2" w:rsidRDefault="005023D2">
      <w:pPr>
        <w:pStyle w:val="1"/>
        <w:rPr>
          <w:rFonts w:ascii="Times New Roman" w:hAnsi="Times New Roman" w:cs="Times New Roman"/>
          <w:lang w:val="ru-RU"/>
        </w:rPr>
      </w:pPr>
      <w:r w:rsidRPr="005023D2">
        <w:rPr>
          <w:rFonts w:ascii="Times New Roman" w:hAnsi="Times New Roman" w:cs="Times New Roman"/>
          <w:lang w:val="ru-RU"/>
        </w:rPr>
        <w:lastRenderedPageBreak/>
        <w:t>Урок № 13. Шаговая им</w:t>
      </w:r>
      <w:r w:rsidRPr="005023D2">
        <w:rPr>
          <w:rFonts w:ascii="Times New Roman" w:hAnsi="Times New Roman" w:cs="Times New Roman"/>
          <w:lang w:val="ru-RU"/>
        </w:rPr>
        <w:t>итация + метание набивного мяча (10–11 классы)</w:t>
      </w:r>
    </w:p>
    <w:p w14:paraId="30F67A70" w14:textId="77777777" w:rsidR="00BE3415" w:rsidRPr="005023D2" w:rsidRDefault="005023D2">
      <w:pPr>
        <w:pStyle w:val="21"/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Чек-лист учителя</w:t>
      </w:r>
    </w:p>
    <w:p w14:paraId="7AC3DF65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Цель: совершенствование шаговой имитации лыжного хода + развитие скоростно-силовых качеств через метание набивного мяча</w:t>
      </w:r>
    </w:p>
    <w:p w14:paraId="475E152F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Инвентарь: лыжные палки, набивные мячи (1–2 кг), конусы, рулетка, маты</w:t>
      </w:r>
    </w:p>
    <w:p w14:paraId="7F5F90B3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ип урока: образовательно-тренировочной направленности</w:t>
      </w:r>
    </w:p>
    <w:p w14:paraId="103F210F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Выбор </w:t>
      </w:r>
      <w:proofErr w:type="gramStart"/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режима: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Полный  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 Сокращённый  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А Аварийный</w:t>
      </w:r>
    </w:p>
    <w:p w14:paraId="60E40401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67A861D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4577C1A7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Построение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>, рапорт, задача урока — 2 мин</w:t>
      </w:r>
    </w:p>
    <w:p w14:paraId="1E4D0993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ЧСС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исходный — 1 мин</w:t>
      </w:r>
    </w:p>
    <w:p w14:paraId="0C750115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Ходьба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 лыжными палками (имитация проходк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и) — 3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С: 2 мин)</w:t>
      </w:r>
    </w:p>
    <w:p w14:paraId="7FB72A56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Бег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 палками (лыжная имитация в беге) — 3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мин,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мин)</w:t>
      </w:r>
    </w:p>
    <w:p w14:paraId="30E02FC9" w14:textId="510404B6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ОР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 набивным мячом: наклоны, повороты, передача мяча вокруг туловища, выпады с мячом — 4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мин,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мин)</w:t>
      </w:r>
    </w:p>
    <w:p w14:paraId="23960651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Специальные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упражнения: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имитация отталкивания руками с мячом — 2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мин)</w:t>
      </w:r>
    </w:p>
    <w:p w14:paraId="4D7D122A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522EACB3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Шаговая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имитация попеременного хода с палками (проходка 20 м) — 4 раза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3 раза,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2 раза)</w:t>
      </w:r>
    </w:p>
    <w:p w14:paraId="63A427E4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Метание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набивного мяча (1 кг) двумя руками из-за головы вперёд-вверх — 4 раза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С: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3 раза,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2 раза)</w:t>
      </w:r>
    </w:p>
    <w:p w14:paraId="2B9B4001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Метание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набивного мяча одной рукой (правой/левой) — по 3 раза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С: по 2 раза)</w:t>
      </w:r>
    </w:p>
    <w:p w14:paraId="7DF32899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Толчок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набивного мяча от груди двумя руками — 4 раза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С: 2 раза)</w:t>
      </w:r>
    </w:p>
    <w:p w14:paraId="7469654C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Комбинированное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задание: 10 м шаговой имитации → бросок мяча → бег обратно — 3 раз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раза,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раз)</w:t>
      </w:r>
    </w:p>
    <w:p w14:paraId="0A600E39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Эстафета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 набивным мячом (передача по колонне, переноска) — 2 круга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С: 1 круг)</w:t>
      </w:r>
    </w:p>
    <w:p w14:paraId="220E4CB1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19A0EDAE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Медленный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бег с дыханием — 2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мин)</w:t>
      </w:r>
    </w:p>
    <w:p w14:paraId="4DCAFBB6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Растяжка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плечевого пояса и спины — 2 мин</w:t>
      </w:r>
    </w:p>
    <w:p w14:paraId="7F27443D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Итоги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, домашнее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задание — 1 мин</w:t>
      </w:r>
    </w:p>
    <w:p w14:paraId="2071D12C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97245F2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Критерии оценивания:</w:t>
      </w:r>
    </w:p>
    <w:p w14:paraId="3FF24143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• Техника шаговой имитации — 3 балла</w:t>
      </w:r>
    </w:p>
    <w:p w14:paraId="4BBE73D7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• Метание набивного мяча (дальность/техника) — 4 балла</w:t>
      </w:r>
    </w:p>
    <w:p w14:paraId="646EEA67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• Эстафета — 2 балла</w:t>
      </w:r>
    </w:p>
    <w:p w14:paraId="0E234F75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• Дисциплина и ТБ — 1 балл</w:t>
      </w:r>
    </w:p>
    <w:p w14:paraId="7BABED67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Итого: 10 баллов. Зачёт: 6 и выше.</w:t>
      </w:r>
    </w:p>
    <w:p w14:paraId="0DBF8793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7C0CF53" w14:textId="77777777" w:rsidR="00BE3415" w:rsidRPr="005023D2" w:rsidRDefault="005023D2">
      <w:pPr>
        <w:pStyle w:val="21"/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Чек-лист ученика</w:t>
      </w:r>
    </w:p>
    <w:p w14:paraId="0ADE4A1E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Ф.И.: ___________________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______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>: ______  Дата: _________</w:t>
      </w:r>
    </w:p>
    <w:p w14:paraId="0CCE25C3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Тема: Шаговая имитация + метание набивного мяча</w:t>
      </w:r>
    </w:p>
    <w:p w14:paraId="5B8B5A8B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C1D62E3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Подготовка</w:t>
      </w:r>
    </w:p>
    <w:p w14:paraId="5E675084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переоделся в спортивную форму</w:t>
      </w:r>
    </w:p>
    <w:p w14:paraId="3C88BEAE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снял украшения и часы</w:t>
      </w:r>
    </w:p>
    <w:p w14:paraId="6507F42C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проверил самочувствие</w:t>
      </w:r>
    </w:p>
    <w:p w14:paraId="7D2F2974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15562F72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ходьбу и бег с лыжными палками</w:t>
      </w:r>
    </w:p>
    <w:p w14:paraId="2666D5E6" w14:textId="7F654E0C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ОР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 набивным мячом</w:t>
      </w:r>
    </w:p>
    <w:p w14:paraId="522895D8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имитацию отталкивания руками с мячом</w:t>
      </w:r>
    </w:p>
    <w:p w14:paraId="7A096FA2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570C96D5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шаговую имитацию попеременного хода с палками</w:t>
      </w:r>
    </w:p>
    <w:p w14:paraId="19034252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метнул набивной мяч двумя руками из-за головы</w:t>
      </w:r>
    </w:p>
    <w:p w14:paraId="2D140E92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метнул набивной мяч одной рукой (правой и левой)</w:t>
      </w:r>
    </w:p>
    <w:p w14:paraId="757FB527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толчок мяча от груди</w:t>
      </w:r>
    </w:p>
    <w:p w14:paraId="3F558943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комбинированное задание (имитация + бросок + бег)</w:t>
      </w:r>
    </w:p>
    <w:p w14:paraId="4F7F9EFD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участвовал в эстафете с набивным мячом</w:t>
      </w:r>
    </w:p>
    <w:p w14:paraId="6E032CF8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0AE116DD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медленный бег</w:t>
      </w:r>
    </w:p>
    <w:p w14:paraId="7836DDFF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растяжку плеч и спины</w:t>
      </w:r>
    </w:p>
    <w:p w14:paraId="6BEF64F0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получил оценку и домашнее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задание</w:t>
      </w:r>
    </w:p>
    <w:p w14:paraId="5A003B34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5EC2902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Самооценка:</w:t>
      </w:r>
    </w:p>
    <w:p w14:paraId="5FEE19E0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Шаговая имитация: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отлично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хорошо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.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нужно повторить</w:t>
      </w:r>
    </w:p>
    <w:p w14:paraId="4C6392A5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Метание двумя руками — мой результат: _____ м</w:t>
      </w:r>
    </w:p>
    <w:p w14:paraId="22FDAFD7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lastRenderedPageBreak/>
        <w:t>Метание одной рукой — мой результат: _____ м</w:t>
      </w:r>
    </w:p>
    <w:p w14:paraId="794F9428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Моя общая оценка за урок: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10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9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8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7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6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нужно лучше</w:t>
      </w:r>
    </w:p>
    <w:p w14:paraId="7CF3C68D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Что получил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ось: _________________________________</w:t>
      </w:r>
    </w:p>
    <w:p w14:paraId="2F151186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_________________________________</w:t>
      </w:r>
    </w:p>
    <w:p w14:paraId="564E16B9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0CCA9745" w14:textId="77777777" w:rsidR="00BE3415" w:rsidRPr="005023D2" w:rsidRDefault="005023D2">
      <w:pPr>
        <w:pStyle w:val="1"/>
        <w:rPr>
          <w:rFonts w:ascii="Times New Roman" w:hAnsi="Times New Roman" w:cs="Times New Roman"/>
          <w:lang w:val="ru-RU"/>
        </w:rPr>
      </w:pPr>
      <w:r w:rsidRPr="005023D2">
        <w:rPr>
          <w:rFonts w:ascii="Times New Roman" w:hAnsi="Times New Roman" w:cs="Times New Roman"/>
          <w:lang w:val="ru-RU"/>
        </w:rPr>
        <w:lastRenderedPageBreak/>
        <w:t>Урок № 14. Имитация лыжных ходов + челночный бег (10–11 классы)</w:t>
      </w:r>
    </w:p>
    <w:p w14:paraId="5319E04C" w14:textId="77777777" w:rsidR="00BE3415" w:rsidRPr="005023D2" w:rsidRDefault="005023D2">
      <w:pPr>
        <w:pStyle w:val="21"/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Чек-лист учителя</w:t>
      </w:r>
    </w:p>
    <w:p w14:paraId="22BEA039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Цель: совершенствование техники одновременного </w:t>
      </w:r>
      <w:proofErr w:type="spellStart"/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бесшажного</w:t>
      </w:r>
      <w:proofErr w:type="spellEnd"/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хода в имитации + развитие к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оординации и ловкости через челночный бег</w:t>
      </w:r>
    </w:p>
    <w:p w14:paraId="061571AB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Инвентарь: лыжные палки, конусы, кубики/предметы для переноса, секундомер</w:t>
      </w:r>
    </w:p>
    <w:p w14:paraId="7FB6611E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Тип урока: образовательно-тренировочной направленности</w:t>
      </w:r>
    </w:p>
    <w:p w14:paraId="12B8BE5A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Выбор </w:t>
      </w:r>
      <w:proofErr w:type="gramStart"/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режима: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Полный  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 Сокращённый  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А Аварийный</w:t>
      </w:r>
    </w:p>
    <w:p w14:paraId="546B3F50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168B7E1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сть</w:t>
      </w:r>
    </w:p>
    <w:p w14:paraId="19630816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Построение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>, рапорт, задача урока — 2 мин</w:t>
      </w:r>
    </w:p>
    <w:p w14:paraId="0739E333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ЧСС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исходный — 1 мин</w:t>
      </w:r>
    </w:p>
    <w:p w14:paraId="52CDDFA3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Ходьба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 палками, имитируя лыжные проходки — 3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С: 2 мин)</w:t>
      </w:r>
    </w:p>
    <w:p w14:paraId="3F094E53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Бег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 изменением направления по сигналу — 3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мин,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мин)</w:t>
      </w:r>
    </w:p>
    <w:p w14:paraId="630EA562" w14:textId="2540FC2E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ОР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 палками: наклоны с отведением рук н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азад, выпады с наклоном, вращения туловища — 4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мин,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мин)</w:t>
      </w:r>
    </w:p>
    <w:p w14:paraId="43EB9BA2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Специальные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беговые упражнения: приставные шаги, крестный шаг — 3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мин,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пропускается)</w:t>
      </w:r>
    </w:p>
    <w:p w14:paraId="40BE796E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66455A29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Имитация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одновременного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бесшажного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хода с палками на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месте — 3×20 сек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2×15,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1×15)</w:t>
      </w:r>
    </w:p>
    <w:p w14:paraId="0DA0B1A3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Имитация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одновременного хода в движении (проходка 15 м) — 4 раза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3 раза,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2 раза)</w:t>
      </w:r>
    </w:p>
    <w:p w14:paraId="68CB6C6A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Челночный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бег 3×10 м — 2 раза на время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1 раз,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раз)</w:t>
      </w:r>
    </w:p>
    <w:p w14:paraId="5F0B132B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Челночный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бег 4×9 м с переноской 3 предметов — 2 раза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: 1 раз)</w:t>
      </w:r>
    </w:p>
    <w:p w14:paraId="46EB51B5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Комбинированная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эстафета: 15 м имитации → челночный бег 3×10 м — 2 круга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1 круг,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пропускается)</w:t>
      </w:r>
    </w:p>
    <w:p w14:paraId="4CAA549C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Игра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«День и ночь» (на реакцию и скорость) — 3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мин,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пропускается)</w:t>
      </w:r>
    </w:p>
    <w:p w14:paraId="3D7CC5EE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76C20C75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Медленный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бег — 2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А: 1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мин)</w:t>
      </w:r>
    </w:p>
    <w:p w14:paraId="0D64CBE9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Упражнения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на координацию (стоя на одной ноге с закрытыми глазами) — 2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пропускается)</w:t>
      </w:r>
    </w:p>
    <w:p w14:paraId="6EEF503B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Итоги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>, домашнее задание — 1 мин</w:t>
      </w:r>
    </w:p>
    <w:p w14:paraId="6DE5D62D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556682C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Критерии оценивания:</w:t>
      </w:r>
    </w:p>
    <w:p w14:paraId="7EE72224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• Техника одновременного хода (имитация) — 3 балла</w:t>
      </w:r>
    </w:p>
    <w:p w14:paraId="0415CE32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• Челночный бег 3×10 м (норматив) — 4 балла</w:t>
      </w:r>
    </w:p>
    <w:p w14:paraId="5394053E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•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Эстафета — 2 балла</w:t>
      </w:r>
    </w:p>
    <w:p w14:paraId="7099F463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• Дисциплина и ТБ — 1 балл</w:t>
      </w:r>
    </w:p>
    <w:p w14:paraId="5D416423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Итого: 10 баллов. Зачёт: 6 и выше.</w:t>
      </w:r>
    </w:p>
    <w:p w14:paraId="30AB7B64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DA97BA7" w14:textId="77777777" w:rsidR="00BE3415" w:rsidRPr="005023D2" w:rsidRDefault="005023D2">
      <w:pPr>
        <w:pStyle w:val="21"/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Чек-лист ученика</w:t>
      </w:r>
    </w:p>
    <w:p w14:paraId="29F984B8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Ф.И.: _________________________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>: ______  Дата: _________</w:t>
      </w:r>
    </w:p>
    <w:p w14:paraId="64655285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Тема: Имитация лыжных ходов + челночный бег</w:t>
      </w:r>
    </w:p>
    <w:p w14:paraId="1E1BA3B1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5637BF1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Подготовка</w:t>
      </w:r>
    </w:p>
    <w:p w14:paraId="7496A0B1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переоделся в спортивную форму</w:t>
      </w:r>
    </w:p>
    <w:p w14:paraId="519FA5D4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снял украшения</w:t>
      </w:r>
    </w:p>
    <w:p w14:paraId="74A995D9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проверил самочувствие</w:t>
      </w:r>
    </w:p>
    <w:p w14:paraId="28E68BE3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2F91463A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ходьбу с палками (лыжные проходки)</w:t>
      </w:r>
    </w:p>
    <w:p w14:paraId="733FF2D6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пробежал с изменением направления</w:t>
      </w:r>
    </w:p>
    <w:p w14:paraId="7753FECA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ОРР с палками</w:t>
      </w:r>
    </w:p>
    <w:p w14:paraId="6C627FBE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приставные и крестные шаги</w:t>
      </w:r>
    </w:p>
    <w:p w14:paraId="19CB9FAD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33B968DF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имитацию одновременного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бесшажного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хода</w:t>
      </w:r>
    </w:p>
    <w:p w14:paraId="6AF8EF40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имитацию одновременного хода в движении</w:t>
      </w:r>
    </w:p>
    <w:p w14:paraId="6AFF6BF3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пробежал челночный бег 3×10 м</w:t>
      </w:r>
    </w:p>
    <w:p w14:paraId="63DD334D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пробежал челночный бег 4×9 м с переноской предметов</w:t>
      </w:r>
    </w:p>
    <w:p w14:paraId="3805EBB6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участвовал в комбинированной эстафете</w:t>
      </w:r>
    </w:p>
    <w:p w14:paraId="56307DAE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участвовал в игре «Ден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ь и ночь»</w:t>
      </w:r>
    </w:p>
    <w:p w14:paraId="1D5270E0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7EC11418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медленный бег</w:t>
      </w:r>
    </w:p>
    <w:p w14:paraId="502CCAF0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упражнения на координацию</w:t>
      </w:r>
    </w:p>
    <w:p w14:paraId="61723A85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получил оценку и домашнее задание</w:t>
      </w:r>
    </w:p>
    <w:p w14:paraId="763BD847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0E5256F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Самооценка:</w:t>
      </w:r>
    </w:p>
    <w:p w14:paraId="21DA0717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Одновременный ход: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отлично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хорошо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.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нужно повторить</w:t>
      </w:r>
    </w:p>
    <w:p w14:paraId="444EC942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lastRenderedPageBreak/>
        <w:t>Челночный бег 3×10 м — мой результат: _____ сек</w:t>
      </w:r>
    </w:p>
    <w:p w14:paraId="1D8BC2E5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Моя общая оценка за урок: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10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9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8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7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6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нужно лучше</w:t>
      </w:r>
    </w:p>
    <w:p w14:paraId="15C07D79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</w:t>
      </w:r>
    </w:p>
    <w:p w14:paraId="149A39DD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_________________________________</w:t>
      </w:r>
    </w:p>
    <w:p w14:paraId="7BAAA1E2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5C1149B2" w14:textId="77777777" w:rsidR="00BE3415" w:rsidRPr="005023D2" w:rsidRDefault="005023D2">
      <w:pPr>
        <w:pStyle w:val="1"/>
        <w:rPr>
          <w:rFonts w:ascii="Times New Roman" w:hAnsi="Times New Roman" w:cs="Times New Roman"/>
          <w:lang w:val="ru-RU"/>
        </w:rPr>
      </w:pPr>
      <w:r w:rsidRPr="005023D2">
        <w:rPr>
          <w:rFonts w:ascii="Times New Roman" w:hAnsi="Times New Roman" w:cs="Times New Roman"/>
          <w:lang w:val="ru-RU"/>
        </w:rPr>
        <w:lastRenderedPageBreak/>
        <w:t>Урок № 15. Круговая тренировка (имитация + лёгкая атлетика) (10–11 классы)</w:t>
      </w:r>
    </w:p>
    <w:p w14:paraId="1E450F67" w14:textId="77777777" w:rsidR="00BE3415" w:rsidRPr="005023D2" w:rsidRDefault="005023D2">
      <w:pPr>
        <w:pStyle w:val="21"/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Чек-лист учител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</w:p>
    <w:p w14:paraId="5A6C9ECF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Цель: комплексное развитие физических качеств через круговую тренировку, объединяющую лыжную имитацию и легкоатлетические упражнения</w:t>
      </w:r>
    </w:p>
    <w:p w14:paraId="1415547A" w14:textId="4E488075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Инвентарь: лыжные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палки</w:t>
      </w:r>
      <w:r>
        <w:rPr>
          <w:rFonts w:ascii="Times New Roman" w:hAnsi="Times New Roman" w:cs="Times New Roman"/>
          <w:sz w:val="28"/>
          <w:szCs w:val="28"/>
          <w:lang w:val="ru-RU"/>
        </w:rPr>
        <w:t>( гимнастические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палки)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, конусы, набивные мячи, скакалки, маты, секундомер</w:t>
      </w:r>
    </w:p>
    <w:p w14:paraId="115687AB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Тип урока: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образовательно-тренировочной направленности</w:t>
      </w:r>
    </w:p>
    <w:p w14:paraId="3F9F5934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Выбор </w:t>
      </w:r>
      <w:proofErr w:type="gramStart"/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режима: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Полный  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 Сокращённый  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А Аварийный</w:t>
      </w:r>
    </w:p>
    <w:p w14:paraId="5F2DEE90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025FFE1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4CD60DFD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Построение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>, рапорт, задача урока — 2 мин</w:t>
      </w:r>
    </w:p>
    <w:p w14:paraId="4AE3860B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ЧСС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исходный — 1 мин</w:t>
      </w:r>
    </w:p>
    <w:p w14:paraId="159A21C6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Медленный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бег с переходом на спортивную ходьбу — 3 м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С: 2 мин)</w:t>
      </w:r>
    </w:p>
    <w:p w14:paraId="550E713C" w14:textId="11079FBF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СБУ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(высокий под</w:t>
      </w:r>
      <w:r>
        <w:rPr>
          <w:rFonts w:ascii="Times New Roman" w:hAnsi="Times New Roman" w:cs="Times New Roman"/>
          <w:sz w:val="28"/>
          <w:szCs w:val="28"/>
          <w:lang w:val="ru-RU"/>
        </w:rPr>
        <w:t>ъём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бедра,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захлёст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>, прыжки шагом, приставные) — 4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мин,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мин)</w:t>
      </w:r>
    </w:p>
    <w:p w14:paraId="261AEF81" w14:textId="7AD882BE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ОР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гимнастическими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палками: наклоны, выпады, имитация отталкивания — 4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мин,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мин)</w:t>
      </w:r>
    </w:p>
    <w:p w14:paraId="7262E022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 — круговая тренировка (4 станции)</w:t>
      </w:r>
    </w:p>
    <w:p w14:paraId="563D6200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Станция 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1: Имитация попеременного хода с палками (20 сек работа / 20 сек отдых)</w:t>
      </w:r>
    </w:p>
    <w:p w14:paraId="0BE57857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Станция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1: 3 круга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круга,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круг)</w:t>
      </w:r>
    </w:p>
    <w:p w14:paraId="7D464904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Станция 2: Прыжки в длину с места (4 прыжка, замер лучшего)</w:t>
      </w:r>
    </w:p>
    <w:p w14:paraId="0C6C0D20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Станция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2: 3 круга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круга,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круг)</w:t>
      </w:r>
    </w:p>
    <w:p w14:paraId="2840430B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Станция 3: Скакалка (30 сек 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на скорость)</w:t>
      </w:r>
    </w:p>
    <w:p w14:paraId="4458BC3C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Станция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3: 3 круга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круга,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круг)</w:t>
      </w:r>
    </w:p>
    <w:p w14:paraId="1B3A2F54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Станция 4: Приседания с набивным мячом (15 повторений)</w:t>
      </w:r>
    </w:p>
    <w:p w14:paraId="223661B7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Станция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4: 3 круга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круга,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круг)</w:t>
      </w:r>
    </w:p>
    <w:p w14:paraId="1B4F65CD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Отдых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между кругами — 1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мин,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30 сек)</w:t>
      </w:r>
    </w:p>
    <w:p w14:paraId="5001256A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Контроль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ЧСС после каждого круга</w:t>
      </w:r>
    </w:p>
    <w:p w14:paraId="57053956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Прыжок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 длину с 3–4 шагов разбега (контрольный) — 3 попытки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попытки,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попытка)</w:t>
      </w:r>
    </w:p>
    <w:p w14:paraId="7E756C4F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79C90B41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Медленный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бег / ходьба — 3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мин)</w:t>
      </w:r>
    </w:p>
    <w:p w14:paraId="30C1C6DB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Растяжка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всего тела — 3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2 мин)</w:t>
      </w:r>
    </w:p>
    <w:p w14:paraId="14F69E59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Итоги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>, домашнее задание — 1 мин</w:t>
      </w:r>
    </w:p>
    <w:p w14:paraId="54256731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9F498BF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Критерии оценива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ния:</w:t>
      </w:r>
    </w:p>
    <w:p w14:paraId="779497F9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• Круговая тренировка (прохождение всех станций) — 5 баллов</w:t>
      </w:r>
    </w:p>
    <w:p w14:paraId="1A971B54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• Прыжок в длину с разбега (норматив) — 3 балла</w:t>
      </w:r>
    </w:p>
    <w:p w14:paraId="32002056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• Дисциплина и ТБ — 2 балла</w:t>
      </w:r>
    </w:p>
    <w:p w14:paraId="49E54D45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Итого: 10 баллов. Зачёт: 6 и выше.</w:t>
      </w:r>
    </w:p>
    <w:p w14:paraId="7CD23B96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844DC6F" w14:textId="77777777" w:rsidR="00BE3415" w:rsidRPr="005023D2" w:rsidRDefault="005023D2">
      <w:pPr>
        <w:pStyle w:val="21"/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Чек-лист ученика</w:t>
      </w:r>
    </w:p>
    <w:p w14:paraId="74C95A60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Ф.И.: _________________________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: ______  Дата: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_________</w:t>
      </w:r>
    </w:p>
    <w:p w14:paraId="6B9CFCB9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Тема: Круговая тренировка (имитация + лёгкая атлетика)</w:t>
      </w:r>
    </w:p>
    <w:p w14:paraId="00983C1F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B472EED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Подготовка</w:t>
      </w:r>
    </w:p>
    <w:p w14:paraId="24E026BF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переоделся в спортивную форму</w:t>
      </w:r>
    </w:p>
    <w:p w14:paraId="463B3AF0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снял украшения</w:t>
      </w:r>
    </w:p>
    <w:p w14:paraId="6950E2F3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проверил самочувствие</w:t>
      </w:r>
    </w:p>
    <w:p w14:paraId="5F1F7558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54E58E7A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пробежал и выполнил спортивную ходьбу</w:t>
      </w:r>
    </w:p>
    <w:p w14:paraId="0597D28A" w14:textId="5F1CBF36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С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У</w:t>
      </w:r>
    </w:p>
    <w:p w14:paraId="2C74A10C" w14:textId="79FA25C9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ОР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 палками</w:t>
      </w:r>
    </w:p>
    <w:p w14:paraId="11530395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Круговая тренировка — я отмечаю каждый пройденный круг</w:t>
      </w:r>
    </w:p>
    <w:p w14:paraId="38BD23C7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Станция 1 (имитация попеременного хода):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круг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1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круг 2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круг 3</w:t>
      </w:r>
    </w:p>
    <w:p w14:paraId="4B12490E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Станция 2 (прыжки в длину с места):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круг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1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круг 2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круг 3</w:t>
      </w:r>
    </w:p>
    <w:p w14:paraId="17898E08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Станция 3 (скакалка 30 сек):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круг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1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круг 2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круг 3</w:t>
      </w:r>
    </w:p>
    <w:p w14:paraId="131A8A9F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Станция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4 (приседания с мячом 15 раз):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круг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1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круг 2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круг 3</w:t>
      </w:r>
    </w:p>
    <w:p w14:paraId="7C44B4B3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прыжок в длину с разбега (3 попытки)</w:t>
      </w:r>
    </w:p>
    <w:p w14:paraId="72D5270B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7647C01D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заминку</w:t>
      </w:r>
    </w:p>
    <w:p w14:paraId="39A200C3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растяжку</w:t>
      </w:r>
    </w:p>
    <w:p w14:paraId="170405CB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получил оценку и домашнее задание</w:t>
      </w:r>
    </w:p>
    <w:p w14:paraId="105F0521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854884C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Самооценка:</w:t>
      </w:r>
    </w:p>
    <w:p w14:paraId="4DFDA61F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Круговая тренировка: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прошёл все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станции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не хватило сил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было тяжело</w:t>
      </w:r>
    </w:p>
    <w:p w14:paraId="16DADD4A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lastRenderedPageBreak/>
        <w:t>Прыжок с разбега — мой результат: _____ см</w:t>
      </w:r>
    </w:p>
    <w:p w14:paraId="6568142E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Скакалка 30 сек — мой результат: _____ раз</w:t>
      </w:r>
    </w:p>
    <w:p w14:paraId="64DB20AB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Моя общая оценка за урок: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10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9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8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7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6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нужно лучше</w:t>
      </w:r>
    </w:p>
    <w:p w14:paraId="458138E8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</w:t>
      </w:r>
    </w:p>
    <w:p w14:paraId="0970EEA2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Что улучшить: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_________________________________</w:t>
      </w:r>
    </w:p>
    <w:p w14:paraId="4C7F61DE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4DDA5126" w14:textId="77777777" w:rsidR="00BE3415" w:rsidRPr="005023D2" w:rsidRDefault="005023D2">
      <w:pPr>
        <w:pStyle w:val="1"/>
        <w:rPr>
          <w:rFonts w:ascii="Times New Roman" w:hAnsi="Times New Roman" w:cs="Times New Roman"/>
          <w:lang w:val="ru-RU"/>
        </w:rPr>
      </w:pPr>
      <w:r w:rsidRPr="005023D2">
        <w:rPr>
          <w:rFonts w:ascii="Times New Roman" w:hAnsi="Times New Roman" w:cs="Times New Roman"/>
          <w:lang w:val="ru-RU"/>
        </w:rPr>
        <w:lastRenderedPageBreak/>
        <w:t>Урок № 16. Контрольный: нормативы по модулю (10–11 классы)</w:t>
      </w:r>
    </w:p>
    <w:p w14:paraId="4B67EDEE" w14:textId="77777777" w:rsidR="00BE3415" w:rsidRPr="005023D2" w:rsidRDefault="005023D2">
      <w:pPr>
        <w:pStyle w:val="21"/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Чек-лист учителя</w:t>
      </w:r>
    </w:p>
    <w:p w14:paraId="6D1F961B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Цель: контроль и оценка уровня физической подготовленности по модулю «Лёгкая атлетика с элементами лыжной подготовки»</w:t>
      </w:r>
    </w:p>
    <w:p w14:paraId="6FCE710F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Инвентарь: секундомер, ру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летка, лыжные палки, набивные мячи, конусы, скакалки, бланки протоколов</w:t>
      </w:r>
    </w:p>
    <w:p w14:paraId="5DD431FA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Тип урока: контрольный</w:t>
      </w:r>
    </w:p>
    <w:p w14:paraId="308E2275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Выбор </w:t>
      </w:r>
      <w:proofErr w:type="gramStart"/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режима: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Полный  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 Сокращённый (4 норматива из 6)  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А Аварийный (2 норматива)</w:t>
      </w:r>
    </w:p>
    <w:p w14:paraId="57CCA5CA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1011491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017EE4E2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Построение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>, рапорт, объяснение поряд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ка сдачи нормативов — 3 мин</w:t>
      </w:r>
    </w:p>
    <w:p w14:paraId="7C1F5C48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ЧСС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исходный — 1 мин</w:t>
      </w:r>
    </w:p>
    <w:p w14:paraId="5A244079" w14:textId="0C889638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Разминка: бег 3 мин + С</w:t>
      </w:r>
      <w:bookmarkStart w:id="0" w:name="_GoBack"/>
      <w:bookmarkEnd w:id="0"/>
      <w:r w:rsidRPr="005023D2">
        <w:rPr>
          <w:rFonts w:ascii="Times New Roman" w:hAnsi="Times New Roman" w:cs="Times New Roman"/>
          <w:sz w:val="28"/>
          <w:szCs w:val="28"/>
          <w:lang w:val="ru-RU"/>
        </w:rPr>
        <w:t>У 3 мин + ОР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3 мин = 9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6 мин,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3 мин)</w:t>
      </w:r>
    </w:p>
    <w:p w14:paraId="3BCA532D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Специальная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разминка к нормативам: имитация хода 1 мин, лёгкие прыжки, пробный бросок — 3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С: 2 мин,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мин)</w:t>
      </w:r>
    </w:p>
    <w:p w14:paraId="5BE5AA6E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 — сдача нормативов</w:t>
      </w:r>
    </w:p>
    <w:p w14:paraId="14C829F0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Норматив 1: Бег 30 м с высокого старта (сек)</w:t>
      </w:r>
    </w:p>
    <w:p w14:paraId="5DFD85D9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Юноши: 5,0 и ниже —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отл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. | 5,1–5,3 — хор. | 5,4–5,6 —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204AF5F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Девушки: 5,4 и ниже —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отл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. | 5,5–5,8 — хор. | 5,9–6,1 —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8C8ABAC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Норматив 2: Челночный бег 3×10 м (сек)</w:t>
      </w:r>
    </w:p>
    <w:p w14:paraId="756ECF5B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Юноши: 7,3 и ниже —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отл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. | 7,4–7,7 — хор. | 7,8–8,2 —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715C926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Девушки: 7,9 и ниже —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отл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. | 8,0–8,4 — хор. | 8,5–8,9 —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9D290A4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Норматив 3: Прыжок в длину с места (см)</w:t>
      </w:r>
    </w:p>
    <w:p w14:paraId="7E03DB9C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Юноши: 230+ —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отл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. | 210–229 — хор. | 190–209 —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50CEF6C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Девушки: 190+ —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отл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. | 170–189 — хор. | 150–169 —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C49F6E7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Норматив 4: Имитация лыжного хода 6 мин (дистанция / техника)</w:t>
      </w:r>
    </w:p>
    <w:p w14:paraId="0C91A85B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Оценка техники (попеременный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двухшажный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>, палки): 3 балла</w:t>
      </w:r>
    </w:p>
    <w:p w14:paraId="4AF45385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ЧСС после: 150–170 — норма / до 180 — максимум / выше — стоп</w:t>
      </w:r>
    </w:p>
    <w:p w14:paraId="1A34F274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Норматив 5: Метание набив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ного мяча 1 кг из-за головы (м)</w:t>
      </w:r>
    </w:p>
    <w:p w14:paraId="7C461D82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Юноши: 6,5+ —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отл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. | 5,5–6,4 — хор. | 4,5–5,4 —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E70E79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Девушки: 4,5+ —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отл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. | 3,5–4,4 — хор. | 3,0–3,4 —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322F061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Норматив 6: Скакалка за 1 мин (раз)</w:t>
      </w:r>
    </w:p>
    <w:p w14:paraId="2E6C8A76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Юноши: 140+ —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отл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. | 120–139 — хор. | 100–119 —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508A6D0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Д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евушки: 150+ —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отл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. | 130–149 — хор. | 110–129 —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7F43A28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3F67B3AC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Медленный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бег / ходьба — 3 мин (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А: 1 мин)</w:t>
      </w:r>
    </w:p>
    <w:p w14:paraId="0864AE98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Растяжка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— 2 мин</w:t>
      </w:r>
    </w:p>
    <w:p w14:paraId="198AC048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Объявление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результатов, заполнение протокола — 3 мин</w:t>
      </w:r>
    </w:p>
    <w:p w14:paraId="7AFF536F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030BBE4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Критерии оценивания (сумма 6 нормативов):</w:t>
      </w:r>
    </w:p>
    <w:p w14:paraId="58A4E953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54–60 баллов —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«отлично» (6 нормативов по 10 баллов)</w:t>
      </w:r>
    </w:p>
    <w:p w14:paraId="49980AA4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42–53 балла — «хорошо»</w:t>
      </w:r>
    </w:p>
    <w:p w14:paraId="68DD0839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30–41 балла — «удовлетворительно»</w:t>
      </w:r>
    </w:p>
    <w:p w14:paraId="029159F6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Менее 30 — модуль не зачтён, требуется пересдача</w:t>
      </w:r>
    </w:p>
    <w:p w14:paraId="1D34F162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31D0D3B" w14:textId="77777777" w:rsidR="00BE3415" w:rsidRPr="005023D2" w:rsidRDefault="005023D2">
      <w:pPr>
        <w:pStyle w:val="21"/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Чек-лист ученика</w:t>
      </w:r>
    </w:p>
    <w:p w14:paraId="5C9145A2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Ф.И.: _________________________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>: ______  Дата: _________</w:t>
      </w:r>
    </w:p>
    <w:p w14:paraId="4C293057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Тема: Контрольный урок — нор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мативы по модулю</w:t>
      </w:r>
    </w:p>
    <w:p w14:paraId="6330674C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2F7CBD0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Подготовка</w:t>
      </w:r>
    </w:p>
    <w:p w14:paraId="0752D869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переоделся в спортивную форму</w:t>
      </w:r>
    </w:p>
    <w:p w14:paraId="1044F290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снял украшения</w:t>
      </w:r>
    </w:p>
    <w:p w14:paraId="401A3D8D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проверил самочувствие — готов сдавать нормативы</w:t>
      </w:r>
    </w:p>
    <w:p w14:paraId="49B82FC0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3A0CB74F" w14:textId="657DFEEA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бег и С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У</w:t>
      </w:r>
    </w:p>
    <w:p w14:paraId="14E13462" w14:textId="15EAA30E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ОР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</w:p>
    <w:p w14:paraId="1EA34F8C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специальную разминку (имитация, прыжки, бросок)</w:t>
      </w:r>
    </w:p>
    <w:p w14:paraId="7A2F6D52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Сдача нормативов — я записываю свои результаты</w:t>
      </w:r>
    </w:p>
    <w:p w14:paraId="0881DD3A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Норматив 1: Бег 30 м — мой результат: _____ сек</w:t>
      </w:r>
    </w:p>
    <w:p w14:paraId="7910A60D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Оценка: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отлично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хорошо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.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не сдал</w:t>
      </w:r>
    </w:p>
    <w:p w14:paraId="0EBF3278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Норматив 2: Челночный бег 3×10 м — мой результат: _____ сек</w:t>
      </w:r>
    </w:p>
    <w:p w14:paraId="57FFCEE1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Оценка: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отлично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хорошо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.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не сдал</w:t>
      </w:r>
    </w:p>
    <w:p w14:paraId="0BB06ACE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Нор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матив 3: Прыжок в длину с места — мой результат: _____ см</w:t>
      </w:r>
    </w:p>
    <w:p w14:paraId="09FE04E1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Оценка: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отлично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хорошо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.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не сдал</w:t>
      </w:r>
    </w:p>
    <w:p w14:paraId="710DED5F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Норматив 4: Имитация лыжного хода 6 мин</w:t>
      </w:r>
    </w:p>
    <w:p w14:paraId="3E585A36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Техника: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отлично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хорошо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>.  ЧСС после: _____ уд/мин</w:t>
      </w:r>
    </w:p>
    <w:p w14:paraId="5E899777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Норматив 5: Метание набивного мяча — мой резу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льтат: _____ м</w:t>
      </w:r>
    </w:p>
    <w:p w14:paraId="5F84A5DE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Оценка: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отлично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хорошо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.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не сдал</w:t>
      </w:r>
    </w:p>
    <w:p w14:paraId="7EDC163A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Норматив 6: Скакалка 1 мин — мой результат: _____ раз</w:t>
      </w:r>
    </w:p>
    <w:p w14:paraId="5C4DB471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Оценка: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отлично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хорошо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023D2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.  </w:t>
      </w:r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не сдал</w:t>
      </w:r>
    </w:p>
    <w:p w14:paraId="2C10392E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056E634B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заминку и растяжку</w:t>
      </w:r>
    </w:p>
    <w:p w14:paraId="76E3F5F5" w14:textId="77777777" w:rsidR="00BE3415" w:rsidRPr="005023D2" w:rsidRDefault="005023D2">
      <w:pPr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23D2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gramEnd"/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 узнал свои результаты</w:t>
      </w:r>
    </w:p>
    <w:p w14:paraId="225F9D4F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922A95A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Итог по модулю:</w:t>
      </w:r>
    </w:p>
    <w:p w14:paraId="51C7D0BD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Сумм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а баллов: _____ из 60</w:t>
      </w:r>
    </w:p>
    <w:p w14:paraId="799FC3D7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Итоговая оценка: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gramStart"/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отлично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proofErr w:type="gramEnd"/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хорошо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>удовл</w:t>
      </w:r>
      <w:proofErr w:type="spellEnd"/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 </w:t>
      </w:r>
      <w:r w:rsidRPr="005023D2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5023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не зачтено</w:t>
      </w:r>
    </w:p>
    <w:p w14:paraId="0128FF81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Лучший норматив: ____________________________________</w:t>
      </w:r>
    </w:p>
    <w:p w14:paraId="1CDE96A9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>Норматив, который нужно улучшить: ____________________________________</w:t>
      </w:r>
    </w:p>
    <w:p w14:paraId="22469DF9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23D2">
        <w:rPr>
          <w:rFonts w:ascii="Times New Roman" w:hAnsi="Times New Roman" w:cs="Times New Roman"/>
          <w:sz w:val="28"/>
          <w:szCs w:val="28"/>
          <w:lang w:val="ru-RU"/>
        </w:rPr>
        <w:t xml:space="preserve">Домашнее задание на каникулы: скакалка 3×1 мин, </w:t>
      </w:r>
      <w:r w:rsidRPr="005023D2">
        <w:rPr>
          <w:rFonts w:ascii="Times New Roman" w:hAnsi="Times New Roman" w:cs="Times New Roman"/>
          <w:sz w:val="28"/>
          <w:szCs w:val="28"/>
          <w:lang w:val="ru-RU"/>
        </w:rPr>
        <w:t>прыжки с места 3×5, бег 15 мин</w:t>
      </w:r>
    </w:p>
    <w:p w14:paraId="0A2730DD" w14:textId="77777777" w:rsidR="00BE3415" w:rsidRPr="005023D2" w:rsidRDefault="00BE341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C8A507D" w14:textId="77777777" w:rsidR="00BE3415" w:rsidRPr="005023D2" w:rsidRDefault="005023D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023D2">
        <w:rPr>
          <w:rFonts w:ascii="Times New Roman" w:hAnsi="Times New Roman" w:cs="Times New Roman"/>
          <w:sz w:val="28"/>
          <w:szCs w:val="28"/>
        </w:rPr>
        <w:t>Подпись</w:t>
      </w:r>
      <w:proofErr w:type="spellEnd"/>
      <w:r w:rsidRPr="005023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23D2">
        <w:rPr>
          <w:rFonts w:ascii="Times New Roman" w:hAnsi="Times New Roman" w:cs="Times New Roman"/>
          <w:sz w:val="28"/>
          <w:szCs w:val="28"/>
        </w:rPr>
        <w:t>ученика</w:t>
      </w:r>
      <w:proofErr w:type="spellEnd"/>
      <w:r w:rsidRPr="005023D2">
        <w:rPr>
          <w:rFonts w:ascii="Times New Roman" w:hAnsi="Times New Roman" w:cs="Times New Roman"/>
          <w:sz w:val="28"/>
          <w:szCs w:val="28"/>
        </w:rPr>
        <w:t>: _________</w:t>
      </w:r>
      <w:proofErr w:type="gramStart"/>
      <w:r w:rsidRPr="005023D2">
        <w:rPr>
          <w:rFonts w:ascii="Times New Roman" w:hAnsi="Times New Roman" w:cs="Times New Roman"/>
          <w:sz w:val="28"/>
          <w:szCs w:val="28"/>
        </w:rPr>
        <w:t xml:space="preserve">_  </w:t>
      </w:r>
      <w:proofErr w:type="spellStart"/>
      <w:r w:rsidRPr="005023D2">
        <w:rPr>
          <w:rFonts w:ascii="Times New Roman" w:hAnsi="Times New Roman" w:cs="Times New Roman"/>
          <w:sz w:val="28"/>
          <w:szCs w:val="28"/>
        </w:rPr>
        <w:t>Подпись</w:t>
      </w:r>
      <w:proofErr w:type="spellEnd"/>
      <w:proofErr w:type="gramEnd"/>
      <w:r w:rsidRPr="005023D2">
        <w:rPr>
          <w:rFonts w:ascii="Times New Roman" w:hAnsi="Times New Roman" w:cs="Times New Roman"/>
          <w:sz w:val="28"/>
          <w:szCs w:val="28"/>
        </w:rPr>
        <w:t xml:space="preserve"> учителя: __________</w:t>
      </w:r>
    </w:p>
    <w:sectPr w:rsidR="00BE3415" w:rsidRPr="005023D2" w:rsidSect="005023D2">
      <w:pgSz w:w="12240" w:h="15840"/>
      <w:pgMar w:top="1440" w:right="616" w:bottom="144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23D2"/>
    <w:rsid w:val="00AA1D8D"/>
    <w:rsid w:val="00B47730"/>
    <w:rsid w:val="00BE341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786D7E"/>
  <w14:defaultImageDpi w14:val="300"/>
  <w15:docId w15:val="{ACEAD1F1-8997-46F4-B139-374AADCA0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307853-39E5-4F89-8FD5-D33EE2A63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24</Pages>
  <Words>2842</Words>
  <Characters>16200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cnppm20</cp:lastModifiedBy>
  <cp:revision>2</cp:revision>
  <dcterms:created xsi:type="dcterms:W3CDTF">2013-12-23T23:15:00Z</dcterms:created>
  <dcterms:modified xsi:type="dcterms:W3CDTF">2026-10-01T07:53:00Z</dcterms:modified>
  <cp:category/>
</cp:coreProperties>
</file>