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F20B94C" w14:textId="77777777" w:rsidR="00EC0F6A" w:rsidRPr="004F52AB" w:rsidRDefault="004F52AB" w:rsidP="004F52AB">
      <w:pPr>
        <w:pStyle w:val="aa"/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Чек-листы уроков физической культуры</w:t>
      </w:r>
    </w:p>
    <w:p w14:paraId="15716C88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</w:t>
      </w:r>
    </w:p>
    <w:p w14:paraId="3B5D61AB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Уроки № 11–16</w:t>
      </w:r>
    </w:p>
    <w:p w14:paraId="170A8FD5" w14:textId="249DA092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Начальная школа (2–4 классы) и средние классы (5–9 классы)</w:t>
      </w:r>
    </w:p>
    <w:p w14:paraId="0B3C8D7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Условные обозначения:</w:t>
      </w:r>
    </w:p>
    <w:p w14:paraId="2D0AB7D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— полный режим (40–45 мин), все этапы и упражнения</w:t>
      </w:r>
    </w:p>
    <w:p w14:paraId="0F3C594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— сокращённый режим (25–30 мин), базовая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структура, меньше повторений</w:t>
      </w:r>
    </w:p>
    <w:p w14:paraId="5544DCB8" w14:textId="1FEB6565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— аварийный режим (15–20 мин), минимальный набор при отмене части урока, замене учителя, отсутствии зала</w:t>
      </w:r>
    </w:p>
    <w:p w14:paraId="4DD4654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Каждый урок содержит два чек-листа: для учителя (планирование и контроль) и для ученика (самоконтроль и самооценка).</w:t>
      </w:r>
    </w:p>
    <w:p w14:paraId="683DED8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2ACDDEE9" w14:textId="77777777" w:rsidR="00EC0F6A" w:rsidRPr="004F52AB" w:rsidRDefault="004F52AB" w:rsidP="004F52AB">
      <w:pPr>
        <w:pStyle w:val="1"/>
        <w:jc w:val="center"/>
        <w:rPr>
          <w:rFonts w:ascii="Times New Roman" w:hAnsi="Times New Roman" w:cs="Times New Roman"/>
          <w:lang w:val="ru-RU"/>
        </w:rPr>
      </w:pPr>
      <w:r w:rsidRPr="004F52AB">
        <w:rPr>
          <w:rFonts w:ascii="Times New Roman" w:hAnsi="Times New Roman" w:cs="Times New Roman"/>
          <w:lang w:val="ru-RU"/>
        </w:rPr>
        <w:lastRenderedPageBreak/>
        <w:t>НАЧАЛЬНАЯ ШКОЛА (2–4 КЛАССЫ)</w:t>
      </w:r>
    </w:p>
    <w:p w14:paraId="494C748F" w14:textId="19A1A593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Уроки 11–16 | Спортивный зал</w:t>
      </w:r>
    </w:p>
    <w:p w14:paraId="15207B4D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Урок № 11</w:t>
      </w:r>
    </w:p>
    <w:p w14:paraId="1A26FB49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2–4 классы</w:t>
      </w:r>
    </w:p>
    <w:p w14:paraId="0E380085" w14:textId="302F27E5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Тема: Знакомство с ракеткой и воланом. Хватка, стойка</w:t>
      </w:r>
    </w:p>
    <w:p w14:paraId="538430A5" w14:textId="6959AC2D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114B0EF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proofErr w:type="gramStart"/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Познакомить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с инвентарём, научить правильному хвату и б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азовой стойке</w:t>
      </w:r>
    </w:p>
    <w:p w14:paraId="07892E1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 (по кол-ву учеников), воланы, фишки-ориентиры</w:t>
      </w:r>
    </w:p>
    <w:p w14:paraId="34B8CE9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Обучающий</w:t>
      </w:r>
    </w:p>
    <w:p w14:paraId="30DB3CB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(40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(25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65B536F5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40A463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4934BDC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10–12 мин</w:t>
      </w:r>
    </w:p>
    <w:p w14:paraId="0761DA8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500864D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Построение, приветствие, задача урока — 1 мин</w:t>
      </w:r>
    </w:p>
    <w:p w14:paraId="6D10C3F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 с изменением направления — 2 мин</w:t>
      </w:r>
    </w:p>
    <w:p w14:paraId="373A1E30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 в медленном темпе — 1 мин</w:t>
      </w:r>
    </w:p>
    <w:p w14:paraId="4BA4FA4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ОРФ на месте (6–8 упражнений) — 3 мин</w:t>
      </w:r>
    </w:p>
    <w:p w14:paraId="1321F2F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Беговые упражнения (высокое бедро, </w:t>
      </w:r>
      <w:proofErr w:type="spellStart"/>
      <w:r w:rsidRPr="004F52AB">
        <w:rPr>
          <w:rFonts w:ascii="Times New Roman" w:hAnsi="Times New Roman" w:cs="Times New Roman"/>
          <w:sz w:val="28"/>
          <w:szCs w:val="28"/>
          <w:lang w:val="ru-RU"/>
        </w:rPr>
        <w:t>захлёст</w:t>
      </w:r>
      <w:proofErr w:type="spellEnd"/>
      <w:r w:rsidRPr="004F52AB">
        <w:rPr>
          <w:rFonts w:ascii="Times New Roman" w:hAnsi="Times New Roman" w:cs="Times New Roman"/>
          <w:sz w:val="28"/>
          <w:szCs w:val="28"/>
          <w:lang w:val="ru-RU"/>
        </w:rPr>
        <w:t>) — 2 мин</w:t>
      </w:r>
    </w:p>
    <w:p w14:paraId="18720B8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Восстановление дыхания — 1 мин</w:t>
      </w:r>
    </w:p>
    <w:p w14:paraId="6A30025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4ED5CEF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Построение, задача — 1 мин</w:t>
      </w:r>
    </w:p>
    <w:p w14:paraId="7B70D48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Бег — 1 мин</w:t>
      </w:r>
    </w:p>
    <w:p w14:paraId="32955AB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ОРФ (4 упр.) — 2 мин</w:t>
      </w:r>
    </w:p>
    <w:p w14:paraId="26C5F01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СБУ — 1 мин</w:t>
      </w:r>
    </w:p>
    <w:p w14:paraId="129801B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6C858F4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5AD6AEE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Бег + ОРФ (3 упр.) — 2 мин</w:t>
      </w:r>
    </w:p>
    <w:p w14:paraId="79007D33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2D010F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23272B3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25–28 мин</w:t>
      </w:r>
    </w:p>
    <w:p w14:paraId="30B0ECB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0E76E4C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Знакомство с ракеткой: показать, дать в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руки — 2 мин</w:t>
      </w:r>
    </w:p>
    <w:p w14:paraId="02328EA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Хватка «рукопожатие»: правильный захват ручки — 3 мин</w:t>
      </w:r>
    </w:p>
    <w:p w14:paraId="6896EAD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Перехват ракетки из руки в руку (ловкость) — 2 мин</w:t>
      </w:r>
    </w:p>
    <w:p w14:paraId="00BC1BF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Базовая стойка: ноги врозь, колени согнуты, ракетка впереди — 3 мин</w:t>
      </w:r>
    </w:p>
    <w:p w14:paraId="4B89A5C0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Подбрасывание волана ракеткой вверх (ловля свободной рукой) —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4 мин</w:t>
      </w:r>
    </w:p>
    <w:p w14:paraId="7AA89A7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Перекидывание волана партнёру без сетки (парами) — 5 мин</w:t>
      </w:r>
    </w:p>
    <w:p w14:paraId="313B3CE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Эстафета «Перенеси волан на ракетке» — 4 мин</w:t>
      </w:r>
    </w:p>
    <w:p w14:paraId="489CF44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 «Не урони волан» (подбрасывание, приседание, ловля) — 3 мин</w:t>
      </w:r>
    </w:p>
    <w:p w14:paraId="48548A7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6E50809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Хватка и стойка — 4 мин</w:t>
      </w:r>
    </w:p>
    <w:p w14:paraId="21623C1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Подбрасывание волана — 3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мин</w:t>
      </w:r>
    </w:p>
    <w:p w14:paraId="50A8BF6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Перекидывание партнёру — 4 мин</w:t>
      </w:r>
    </w:p>
    <w:p w14:paraId="74C4E72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Эстафета с воланом — 3 мин</w:t>
      </w:r>
    </w:p>
    <w:p w14:paraId="40E5B21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46EE093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Хватка и стойка — 3 мин</w:t>
      </w:r>
    </w:p>
    <w:p w14:paraId="34E4CCF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Подбрасывание волана — 4 мин</w:t>
      </w:r>
    </w:p>
    <w:p w14:paraId="4898D45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Эстафета — 3 мин</w:t>
      </w:r>
    </w:p>
    <w:p w14:paraId="2A17AE15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97E1B3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25E7FB8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4FA95A5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2EFC5FF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Упражнения на восстановление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дыхания — 1 мин</w:t>
      </w:r>
    </w:p>
    <w:p w14:paraId="22FACA8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 по залу — 1 мин</w:t>
      </w:r>
    </w:p>
    <w:p w14:paraId="0A381BD9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Подведение итогов: кто правильно держал ракетку — 2 мин</w:t>
      </w:r>
    </w:p>
    <w:p w14:paraId="25910AE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Организованный уход — 1 мин</w:t>
      </w:r>
    </w:p>
    <w:p w14:paraId="485C2D2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133D77A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382421E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5D3470E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3FDC48A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00DBF66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Итоги — 0,5 мин</w:t>
      </w:r>
    </w:p>
    <w:p w14:paraId="11879433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94D1B68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E213092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УЧЕНИКА</w:t>
      </w:r>
    </w:p>
    <w:p w14:paraId="1A5133A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>: ______  Дата: ________</w:t>
      </w:r>
    </w:p>
    <w:p w14:paraId="38388C41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C695E9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215FDEC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 меня спортивная форма и кроссовки</w:t>
      </w:r>
    </w:p>
    <w:p w14:paraId="75F1D95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Я снял украшения и часы</w:t>
      </w:r>
    </w:p>
    <w:p w14:paraId="5A2C047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Я чувствую себя хорошо</w:t>
      </w:r>
    </w:p>
    <w:p w14:paraId="65B55BF8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9961F2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0F35B76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Бегал по залу</w:t>
      </w:r>
    </w:p>
    <w:p w14:paraId="1ACA49C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Делал упражнения на разминку</w:t>
      </w:r>
    </w:p>
    <w:p w14:paraId="5D7D433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Выполнял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беговые упражнения</w:t>
      </w:r>
    </w:p>
    <w:p w14:paraId="298777DC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D0DEA3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29DF422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Взял ракетку правильно (хват «рукопожатие»)</w:t>
      </w:r>
    </w:p>
    <w:p w14:paraId="74F8D96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Стоял в правильной стойке</w:t>
      </w:r>
    </w:p>
    <w:p w14:paraId="09B865F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Подбрасывал волан ракеткой вверх</w:t>
      </w:r>
    </w:p>
    <w:p w14:paraId="022B59D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Перекидывал волан партнёру</w:t>
      </w:r>
    </w:p>
    <w:p w14:paraId="54235D8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Участвовал в эстафете с воланом на ракетке</w:t>
      </w:r>
    </w:p>
    <w:p w14:paraId="6BC819F9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699680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7639D20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Восстановил дыхание</w:t>
      </w:r>
    </w:p>
    <w:p w14:paraId="233A400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Сделал заминку</w:t>
      </w:r>
    </w:p>
    <w:p w14:paraId="0CB6903B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2C7D27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Мои результаты</w:t>
      </w:r>
    </w:p>
    <w:p w14:paraId="56E11CE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Количество подбрасываний подряд: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151FB52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Попаданий партнёру из 10: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7C76233C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B32B53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Самооценка</w:t>
      </w:r>
    </w:p>
    <w:p w14:paraId="435F326F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Правильно держать ракетку</w:t>
      </w:r>
    </w:p>
    <w:p w14:paraId="361EA74A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Стоять в с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тойке бадминтониста</w:t>
      </w:r>
    </w:p>
    <w:p w14:paraId="510488FD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Подбрасывать волан ракеткой</w:t>
      </w:r>
    </w:p>
    <w:p w14:paraId="36083A36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4ADFD7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__________________________________________________</w:t>
      </w:r>
    </w:p>
    <w:p w14:paraId="51E17B8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Что улучшить: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</w:t>
      </w:r>
    </w:p>
    <w:p w14:paraId="524C8DA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5DE26467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Урок № 12</w:t>
      </w:r>
    </w:p>
    <w:p w14:paraId="5132BA7A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2–4 классы</w:t>
      </w:r>
    </w:p>
    <w:p w14:paraId="122F110E" w14:textId="36D99FCE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Тема: Подача снизу. Перекидывание волана через сетку</w:t>
      </w:r>
    </w:p>
    <w:p w14:paraId="5A34597D" w14:textId="1C1A4519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2559F09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proofErr w:type="gramStart"/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Научить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подаче снизу, развивать координацию и точность</w:t>
      </w:r>
    </w:p>
    <w:p w14:paraId="0670BFE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Ракетки, воланы,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сетка (или шнур-ограничитель), фишки</w:t>
      </w:r>
    </w:p>
    <w:p w14:paraId="2E7FE1D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Обучающий</w:t>
      </w:r>
    </w:p>
    <w:p w14:paraId="7B07701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(40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(25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6763CF4F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B15094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7112B59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10–12 мин</w:t>
      </w:r>
    </w:p>
    <w:p w14:paraId="75CE8F4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105B234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Построение, приветствие, повторение хватки — 1 мин</w:t>
      </w:r>
    </w:p>
    <w:p w14:paraId="13664E1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и бег с изменением направления — 3 мин</w:t>
      </w:r>
    </w:p>
    <w:p w14:paraId="56CD96C6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ОРФ с ракеткой (6 упражнений) — 4 мин</w:t>
      </w:r>
    </w:p>
    <w:p w14:paraId="281E176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Беговые упражнения — 2 мин</w:t>
      </w:r>
    </w:p>
    <w:p w14:paraId="25748C5B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Восстановление — 1 мин</w:t>
      </w:r>
    </w:p>
    <w:p w14:paraId="033952E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492E4B9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1016103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Бег — 1 мин</w:t>
      </w:r>
    </w:p>
    <w:p w14:paraId="3978AEE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ОРФ с ракеткой (4 упр.) — 2 мин</w:t>
      </w:r>
    </w:p>
    <w:p w14:paraId="65D9973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СБУ — 1 мин</w:t>
      </w:r>
    </w:p>
    <w:p w14:paraId="678C3DD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0A2DB89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170FAEB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Бег + ОРФ (3 упр.) — 2 мин</w:t>
      </w:r>
    </w:p>
    <w:p w14:paraId="4FAE2986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77BD65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14DBA21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25–28 мин</w:t>
      </w:r>
    </w:p>
    <w:p w14:paraId="48E5892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28CB2CE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Повторение хватки и стойки — 2 мин</w:t>
      </w:r>
    </w:p>
    <w:p w14:paraId="1586794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Демонстрация подачи снизу — 2 мин</w:t>
      </w:r>
    </w:p>
    <w:p w14:paraId="62E8619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Имитация подачи без волана (по счёту) — 3 мин</w:t>
      </w:r>
    </w:p>
    <w:p w14:paraId="07F4461B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Подача снизу: во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лан на ракетке, лёгкий удар — 5 мин</w:t>
      </w:r>
    </w:p>
    <w:p w14:paraId="41323D6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Подача через сетку (шнур) парами — 5 мин</w:t>
      </w:r>
    </w:p>
    <w:p w14:paraId="3F6A1F6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 «Попади в квадрат» (цель на полу) — 4 мин</w:t>
      </w:r>
    </w:p>
    <w:p w14:paraId="6542EEA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Эстафета «Подача и бег к фишке» — 4 мин</w:t>
      </w:r>
    </w:p>
    <w:p w14:paraId="53CB819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Подвижная игра «Два круга» с воланами — 3 мин</w:t>
      </w:r>
    </w:p>
    <w:p w14:paraId="413886A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3091AE7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Имитация подачи —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 2 мин</w:t>
      </w:r>
    </w:p>
    <w:p w14:paraId="5FDF259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Подача снизу — 4 мин</w:t>
      </w:r>
    </w:p>
    <w:p w14:paraId="0EB1A5D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Подача через сетку — 4 мин</w:t>
      </w:r>
    </w:p>
    <w:p w14:paraId="5034D5D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Игра «Попади в квадрат» — 3 мин</w:t>
      </w:r>
    </w:p>
    <w:p w14:paraId="15FD838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39ABE91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Имитация подачи — 2 мин</w:t>
      </w:r>
    </w:p>
    <w:p w14:paraId="131A451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Подача снизу — 4 мин</w:t>
      </w:r>
    </w:p>
    <w:p w14:paraId="71DA4BF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Подача через сетку — 3 мин</w:t>
      </w:r>
    </w:p>
    <w:p w14:paraId="5EA21CAC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C32E4C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177E73A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6928196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4263335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Дыхательные упражнения — 1 мин</w:t>
      </w:r>
    </w:p>
    <w:p w14:paraId="72B4C5C0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 — 1 мин</w:t>
      </w:r>
    </w:p>
    <w:p w14:paraId="1C134559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Итоги: у кого получилось подать через сетку — 2 мин</w:t>
      </w:r>
    </w:p>
    <w:p w14:paraId="2A581EB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119EC22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128AEEB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76F4C42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271739E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411461D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45FABE5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Итоги — 0,5 мин</w:t>
      </w:r>
    </w:p>
    <w:p w14:paraId="3F34464C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379B3D7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УЧЕНИКА</w:t>
      </w:r>
    </w:p>
    <w:p w14:paraId="7EF51DF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>: ______  Дата: ________</w:t>
      </w:r>
    </w:p>
    <w:p w14:paraId="1C8B64EC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AAB83A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10E5A5C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 меня спортивная форма и кроссовки</w:t>
      </w:r>
    </w:p>
    <w:p w14:paraId="5515D1E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Я снял украшения</w:t>
      </w:r>
    </w:p>
    <w:p w14:paraId="412197F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Я чувствую себя хорошо</w:t>
      </w:r>
    </w:p>
    <w:p w14:paraId="40D03999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F3E6C0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Разминка</w:t>
      </w:r>
    </w:p>
    <w:p w14:paraId="68C2893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Бегал с изменением направления</w:t>
      </w:r>
    </w:p>
    <w:p w14:paraId="0A17639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Делал разминку с ракеткой</w:t>
      </w:r>
    </w:p>
    <w:p w14:paraId="3E556D4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беговы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е упражнения</w:t>
      </w:r>
    </w:p>
    <w:p w14:paraId="6E4F190F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B81387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57608D0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Повторил хватку и стойку</w:t>
      </w:r>
    </w:p>
    <w:p w14:paraId="2E0FA80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Имитировал подачу без волана</w:t>
      </w:r>
    </w:p>
    <w:p w14:paraId="29AED86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подачу снизу</w:t>
      </w:r>
    </w:p>
    <w:p w14:paraId="33B0036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Подавал через сетку</w:t>
      </w:r>
    </w:p>
    <w:p w14:paraId="027EDA5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Играл «Попади в квадрат»</w:t>
      </w:r>
    </w:p>
    <w:p w14:paraId="578BDCC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Участвовал в эстафете</w:t>
      </w:r>
    </w:p>
    <w:p w14:paraId="2BA0B015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E8FE98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01FF8A7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Восстановил дыхание</w:t>
      </w:r>
    </w:p>
    <w:p w14:paraId="43707CB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Сделал заминку</w:t>
      </w:r>
    </w:p>
    <w:p w14:paraId="4D6DE8ED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C8DB88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Мои 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результаты</w:t>
      </w:r>
    </w:p>
    <w:p w14:paraId="33EC99C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Попаданий через сетку из 10: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16D49B3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Попаданий в квадрат из 5: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7552AB92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F8CFB2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Самооценка</w:t>
      </w:r>
    </w:p>
    <w:p w14:paraId="5E8BA510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Выполнять подачу снизу</w:t>
      </w:r>
    </w:p>
    <w:p w14:paraId="2E4842EF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Подавать через сетку</w:t>
      </w:r>
    </w:p>
    <w:p w14:paraId="253CA8C9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Попадать в цель</w:t>
      </w:r>
    </w:p>
    <w:p w14:paraId="2323F852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5FA185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__________________________________________________</w:t>
      </w:r>
    </w:p>
    <w:p w14:paraId="56847E1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____________________________________________________</w:t>
      </w:r>
    </w:p>
    <w:p w14:paraId="33E568C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02F19E3F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Урок № 13</w:t>
      </w:r>
    </w:p>
    <w:p w14:paraId="0A508559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2–4 классы</w:t>
      </w:r>
    </w:p>
    <w:p w14:paraId="152D3937" w14:textId="55205BEE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Тема: Передвижения по залу. Удары сн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изу по летящему волану</w:t>
      </w:r>
    </w:p>
    <w:p w14:paraId="1A6F6D26" w14:textId="55D485DD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3FBB12E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proofErr w:type="gramStart"/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Научить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передвижениям приставным шагом, удару снизу по волану</w:t>
      </w:r>
    </w:p>
    <w:p w14:paraId="06D0754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Ракетки, воланы, фишки-ориентиры, сетка</w:t>
      </w:r>
    </w:p>
    <w:p w14:paraId="062F93A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Комбинированный</w:t>
      </w:r>
    </w:p>
    <w:p w14:paraId="6A3F973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(40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(25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Аварийный (15 мин)</w:t>
      </w:r>
    </w:p>
    <w:p w14:paraId="24986834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5E2633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5905040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10–12 мин</w:t>
      </w:r>
    </w:p>
    <w:p w14:paraId="3078729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17D0A98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Построение, задача урока — 1 мин</w:t>
      </w:r>
    </w:p>
    <w:p w14:paraId="3B03788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Ходьба, бег, приставные шаги вправо-влево — 3 мин</w:t>
      </w:r>
    </w:p>
    <w:p w14:paraId="0F32C10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ОРФ (6 упражнений) — 4 мин</w:t>
      </w:r>
    </w:p>
    <w:p w14:paraId="292342E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СБУ: прыжки, выпады — 2 мин</w:t>
      </w:r>
    </w:p>
    <w:p w14:paraId="48CA048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Восстановление — 1 мин</w:t>
      </w:r>
    </w:p>
    <w:p w14:paraId="091BEDB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0F7B039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7D463CC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Бег + приставные шаги — 2 мин</w:t>
      </w:r>
    </w:p>
    <w:p w14:paraId="0A95A41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ОРФ (4 упр.) — 2 мин</w:t>
      </w:r>
    </w:p>
    <w:p w14:paraId="29C4B01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СБУ — 1 мин</w:t>
      </w:r>
    </w:p>
    <w:p w14:paraId="79A442D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2DA5F05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52018A7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Бег + ОРФ (3 упр.) — 2 мин</w:t>
      </w:r>
    </w:p>
    <w:p w14:paraId="202A3A7F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F12DB4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6171FA2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25–28 мин</w:t>
      </w:r>
    </w:p>
    <w:p w14:paraId="6C972E3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7ED5EC9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Приставной шаг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вправо-влево с ракеткой — 3 мин</w:t>
      </w:r>
    </w:p>
    <w:p w14:paraId="6FE1742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Передвижения к фишкам (4 точки) — 3 мин</w:t>
      </w:r>
    </w:p>
    <w:p w14:paraId="3732EC2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Удар снизу: демонстрация и имитация — 3 мин</w:t>
      </w:r>
    </w:p>
    <w:p w14:paraId="3799FC6B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Удар снизу: набрасывание волана учителем — 5 мин</w:t>
      </w:r>
    </w:p>
    <w:p w14:paraId="2975587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Перекидывание волана парами ударом снизу — 5 мин</w:t>
      </w:r>
    </w:p>
    <w:p w14:paraId="15CF543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Игра «Летающий волан»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(перекидывание в кругу) — 4 мин</w:t>
      </w:r>
    </w:p>
    <w:p w14:paraId="4DDDFE3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Эстафета «Беги — бей — возвращайся» — 4 мин</w:t>
      </w:r>
    </w:p>
    <w:p w14:paraId="586F88E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49E50EB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Приставной шаг — 2 мин</w:t>
      </w:r>
    </w:p>
    <w:p w14:paraId="73717C4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Передвижения к фишкам — 2 мин</w:t>
      </w:r>
    </w:p>
    <w:p w14:paraId="63B9CA2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Удар снизу — 4 мин</w:t>
      </w:r>
    </w:p>
    <w:p w14:paraId="698CCE2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Перекидывание парами — 4 мин</w:t>
      </w:r>
    </w:p>
    <w:p w14:paraId="59CE5AE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Игра — 3 мин</w:t>
      </w:r>
    </w:p>
    <w:p w14:paraId="5C833A5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316232A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Приставной ш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аг — 2 мин</w:t>
      </w:r>
    </w:p>
    <w:p w14:paraId="1F3E5E6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Удар снизу — 4 мин</w:t>
      </w:r>
    </w:p>
    <w:p w14:paraId="36B95E0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Перекидывание парами — 3 мин</w:t>
      </w:r>
    </w:p>
    <w:p w14:paraId="005A0C7E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99DE33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59236E1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3F43ECF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2BE58B2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20183A7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 — 1 мин</w:t>
      </w:r>
    </w:p>
    <w:p w14:paraId="5C871B1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 урока — 2 мин</w:t>
      </w:r>
    </w:p>
    <w:p w14:paraId="46279FAB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79253A2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24361FD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4B6FBA2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1844E4C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260956C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326CEDED" w14:textId="5573A1D6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Итоги — 0,5 мин</w:t>
      </w:r>
    </w:p>
    <w:p w14:paraId="17F05C57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B1334C4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УЧЕНИКА</w:t>
      </w:r>
    </w:p>
    <w:p w14:paraId="2ADC482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>: ______  Дата: ________</w:t>
      </w:r>
    </w:p>
    <w:p w14:paraId="5FC7D674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07B106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5C305D3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 меня спортивная форма</w:t>
      </w:r>
    </w:p>
    <w:p w14:paraId="4673CF4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Я снял украшения</w:t>
      </w:r>
    </w:p>
    <w:p w14:paraId="63E2E22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Я чувствую себя хорошо</w:t>
      </w:r>
    </w:p>
    <w:p w14:paraId="1209ECF3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1D3DB6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Разминка</w:t>
      </w:r>
    </w:p>
    <w:p w14:paraId="5794CFF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Бегал с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приставными шагами</w:t>
      </w:r>
    </w:p>
    <w:p w14:paraId="02FA1C0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Делал разминку</w:t>
      </w:r>
    </w:p>
    <w:p w14:paraId="501128D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прыжки и выпады</w:t>
      </w:r>
    </w:p>
    <w:p w14:paraId="3D583E63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D5E1F9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1EF017C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Двигался приставным шагом вправо-влево</w:t>
      </w:r>
    </w:p>
    <w:p w14:paraId="7BCD722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Передвигался к фишкам</w:t>
      </w:r>
    </w:p>
    <w:p w14:paraId="13A03C5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Имитировал удар снизу</w:t>
      </w:r>
    </w:p>
    <w:p w14:paraId="0537EC9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Бил снизу по волану</w:t>
      </w:r>
    </w:p>
    <w:p w14:paraId="4D7C108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Перекидывал волан партнёру</w:t>
      </w:r>
    </w:p>
    <w:p w14:paraId="2B93FE2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Играл в «Летающий волан»</w:t>
      </w:r>
    </w:p>
    <w:p w14:paraId="678A5E48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24FE5D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0E325D3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Восстановил дыхание</w:t>
      </w:r>
    </w:p>
    <w:p w14:paraId="3D2E486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Сделал заминку</w:t>
      </w:r>
    </w:p>
    <w:p w14:paraId="339CF103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6D6C62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Мои результаты</w:t>
      </w:r>
    </w:p>
    <w:p w14:paraId="187C734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Попаданий партнёру ударом снизу из 10: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795F2B9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Время передвижения 4 точки: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5318B7B8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64CE29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Самооценка</w:t>
      </w:r>
    </w:p>
    <w:p w14:paraId="7E9D7F09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Двигаться приставным шагом</w:t>
      </w:r>
    </w:p>
    <w:p w14:paraId="7B1F87DC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Бить снизу по волану</w:t>
      </w:r>
    </w:p>
    <w:p w14:paraId="03ABEC0D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Передвигаться к точкам</w:t>
      </w:r>
    </w:p>
    <w:p w14:paraId="758B5C34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E5D1A8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__________________________________________________</w:t>
      </w:r>
    </w:p>
    <w:p w14:paraId="54D036D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______________________________________________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</w:t>
      </w:r>
    </w:p>
    <w:p w14:paraId="52D3AE3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DCE6578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Урок № 14</w:t>
      </w:r>
    </w:p>
    <w:p w14:paraId="12177401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2–4 классы</w:t>
      </w:r>
    </w:p>
    <w:p w14:paraId="68B44BEC" w14:textId="3A224C1F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Тема: Удары снизу и сверху. Эстафеты с ракеткой</w:t>
      </w:r>
    </w:p>
    <w:p w14:paraId="6B70C38B" w14:textId="5014698E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600AA2C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proofErr w:type="gramStart"/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Закрепить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удары снизу и сверху, развивать ловкость через эстафеты</w:t>
      </w:r>
    </w:p>
    <w:p w14:paraId="1313B31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Ракетки, воланы, фишки, сетка</w:t>
      </w:r>
    </w:p>
    <w:p w14:paraId="75CA4A6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Комбинированный</w:t>
      </w:r>
    </w:p>
    <w:p w14:paraId="573B63FF" w14:textId="50CF0B71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(40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(25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1C7823C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4802341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10–12 мин</w:t>
      </w:r>
    </w:p>
    <w:p w14:paraId="1795D85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6A991DA0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Построение, задача — 1 мин</w:t>
      </w:r>
    </w:p>
    <w:p w14:paraId="0F1280C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Ходьба, бег — 2 мин</w:t>
      </w:r>
    </w:p>
    <w:p w14:paraId="53E3439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ОРФ (6 упражнений) — 4 мин</w:t>
      </w:r>
    </w:p>
    <w:p w14:paraId="50A49D8B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СБУ с ракеткой — 2 мин</w:t>
      </w:r>
    </w:p>
    <w:p w14:paraId="563CC55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Восстановление — 1 мин</w:t>
      </w:r>
    </w:p>
    <w:p w14:paraId="746BB7B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637456F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0138963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Бег — 1 мин</w:t>
      </w:r>
    </w:p>
    <w:p w14:paraId="72E6E7E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ОРФ (4 упр.) — 2 мин</w:t>
      </w:r>
    </w:p>
    <w:p w14:paraId="1F5BB72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СБУ — 1 мин</w:t>
      </w:r>
    </w:p>
    <w:p w14:paraId="1C8D382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70AF9E0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1C4E9AC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Бег + ОРФ (3 упр.) — 2 мин</w:t>
      </w:r>
    </w:p>
    <w:p w14:paraId="0E93D614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888695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043D678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25–28 мин</w:t>
      </w:r>
    </w:p>
    <w:p w14:paraId="42B864E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3702DB3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Повторение удара снизу — 3 мин</w:t>
      </w:r>
    </w:p>
    <w:p w14:paraId="03A1824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Демонстрация удара сверху (свободной рукой подбросить, ударить) — 2 мин</w:t>
      </w:r>
    </w:p>
    <w:p w14:paraId="660FFD2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Имитация удара сверху — 3 мин</w:t>
      </w:r>
    </w:p>
    <w:p w14:paraId="0E701B8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Удар сверху: подбросить и ударить вверх — 5 мин</w:t>
      </w:r>
    </w:p>
    <w:p w14:paraId="7DDC2F9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Сочетание: снизу-сверху-снизу (парами) — 5 мин</w:t>
      </w:r>
    </w:p>
    <w:p w14:paraId="031B1DE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Эстафета «Передай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волан ракеткой» — 4 мин</w:t>
      </w:r>
    </w:p>
    <w:p w14:paraId="42581E6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 «Кто больше попаданий» через сетку — 4 мин</w:t>
      </w:r>
    </w:p>
    <w:p w14:paraId="4992772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12F23D6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Удар снизу — 2 мин</w:t>
      </w:r>
    </w:p>
    <w:p w14:paraId="722A8CA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Удар сверху — 4 мин</w:t>
      </w:r>
    </w:p>
    <w:p w14:paraId="6561F22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Сочетание ударов — 4 мин</w:t>
      </w:r>
    </w:p>
    <w:p w14:paraId="7992965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Эстафета — 3 мин</w:t>
      </w:r>
    </w:p>
    <w:p w14:paraId="079F0E0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Игра — 3 мин</w:t>
      </w:r>
    </w:p>
    <w:p w14:paraId="7BE91A6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38A6935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Удар снизу — 3 мин</w:t>
      </w:r>
    </w:p>
    <w:p w14:paraId="696E89B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Удар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сверху — 4 мин</w:t>
      </w:r>
    </w:p>
    <w:p w14:paraId="50A695B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Эстафета — 3 мин</w:t>
      </w:r>
    </w:p>
    <w:p w14:paraId="21CA4B99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8C2F64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1A702AB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5C23652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54ED601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318D2089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 — 1 мин</w:t>
      </w:r>
    </w:p>
    <w:p w14:paraId="0E26061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 — 2 мин</w:t>
      </w:r>
    </w:p>
    <w:p w14:paraId="63C5079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18C0CDC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37A3EFD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2733DD3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0BB9B0D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6DC0F9B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0E4F4368" w14:textId="31F6C126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Итоги — 0,5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мин</w:t>
      </w:r>
    </w:p>
    <w:p w14:paraId="11D9AA60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669E430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УЧЕНИКА</w:t>
      </w:r>
    </w:p>
    <w:p w14:paraId="0763F1F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>: ______  Дата: ________</w:t>
      </w:r>
    </w:p>
    <w:p w14:paraId="20453844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A8C456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124F127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 меня спортивная форма</w:t>
      </w:r>
    </w:p>
    <w:p w14:paraId="7E84A38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Я снял украшения</w:t>
      </w:r>
    </w:p>
    <w:p w14:paraId="4182E17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Я чувствую себя хорошо</w:t>
      </w:r>
    </w:p>
    <w:p w14:paraId="550F6CB7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BCA78F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318F05A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Бегал по залу</w:t>
      </w:r>
    </w:p>
    <w:p w14:paraId="56D7B4E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Делал разминку</w:t>
      </w:r>
    </w:p>
    <w:p w14:paraId="2C44ADD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Выполнял упражнения с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ракеткой</w:t>
      </w:r>
    </w:p>
    <w:p w14:paraId="61CE8884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B58279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0FF48EF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Повторил удар снизу</w:t>
      </w:r>
    </w:p>
    <w:p w14:paraId="341CBCB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Имитировал удар сверху</w:t>
      </w:r>
    </w:p>
    <w:p w14:paraId="4D81B54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Бил сверху по подброшенному волану</w:t>
      </w:r>
    </w:p>
    <w:p w14:paraId="0413CF4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Чередовал удары снизу и сверху</w:t>
      </w:r>
    </w:p>
    <w:p w14:paraId="07041EB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Участвовал в эстафете</w:t>
      </w:r>
    </w:p>
    <w:p w14:paraId="441AAA8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Играл через сетку</w:t>
      </w:r>
    </w:p>
    <w:p w14:paraId="4E0D7774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5AC78A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749C8A0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Восстановил дыхание</w:t>
      </w:r>
    </w:p>
    <w:p w14:paraId="3467608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Сделал заминку</w:t>
      </w:r>
    </w:p>
    <w:p w14:paraId="7CEF8B09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CB5D09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Мои 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результаты</w:t>
      </w:r>
    </w:p>
    <w:p w14:paraId="3610995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Попаданий ударом сверху из 10: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35D82A1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Попаданий через сетку из 10: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40D3EC74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D23032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Самооценка</w:t>
      </w:r>
    </w:p>
    <w:p w14:paraId="633C7696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Бить сверху по волану</w:t>
      </w:r>
    </w:p>
    <w:p w14:paraId="219E31A9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Чередовать удары</w:t>
      </w:r>
    </w:p>
    <w:p w14:paraId="4CE3D9B7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Попадать через сетку</w:t>
      </w:r>
    </w:p>
    <w:p w14:paraId="5C241998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FF6CD6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__________________________________________________</w:t>
      </w:r>
    </w:p>
    <w:p w14:paraId="6A3406C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____________________________________________________</w:t>
      </w:r>
    </w:p>
    <w:p w14:paraId="68F49FB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0B9F00E7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Урок № 15</w:t>
      </w:r>
    </w:p>
    <w:p w14:paraId="6DF248D9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2–4 классы</w:t>
      </w:r>
    </w:p>
    <w:p w14:paraId="272DDEA4" w14:textId="625C9323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Тема: Учебная игра в 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парах. Круговая тренировка (4 станции)</w:t>
      </w:r>
    </w:p>
    <w:p w14:paraId="45689418" w14:textId="148598BC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5806287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proofErr w:type="gramStart"/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Применить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навыки в учебной игре, развивать физические качества через станции</w:t>
      </w:r>
    </w:p>
    <w:p w14:paraId="7F4B75E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Ракетки, воланы, сетка, фишки, скакалки, набивные мячи</w:t>
      </w:r>
    </w:p>
    <w:p w14:paraId="0CF832B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Контрольно-игровой</w:t>
      </w:r>
    </w:p>
    <w:p w14:paraId="28BE1E5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(40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(25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209F18F2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28CC2E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3D1CBF6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10–12 мин</w:t>
      </w:r>
    </w:p>
    <w:p w14:paraId="12E6A1F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34E03D46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Построение, задача — 1 мин</w:t>
      </w:r>
    </w:p>
    <w:p w14:paraId="199B774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Ходьба, бег — 2 мин</w:t>
      </w:r>
    </w:p>
    <w:p w14:paraId="7C3BB84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ОРФ — 4 мин</w:t>
      </w:r>
    </w:p>
    <w:p w14:paraId="1A18912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СБУ — 2 мин</w:t>
      </w:r>
    </w:p>
    <w:p w14:paraId="3B860CB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Восстановление — 1 мин</w:t>
      </w:r>
    </w:p>
    <w:p w14:paraId="20A1B5A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76C16E0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Построение —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0,5 мин</w:t>
      </w:r>
    </w:p>
    <w:p w14:paraId="75A5DCA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Бег — 1 мин</w:t>
      </w:r>
    </w:p>
    <w:p w14:paraId="770EC6C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ОРФ (4 упр.) — 2 мин</w:t>
      </w:r>
    </w:p>
    <w:p w14:paraId="0CEDF2C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СБУ — 1 мин</w:t>
      </w:r>
    </w:p>
    <w:p w14:paraId="1F88893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5404447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42C45CE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Бег + ОРФ (3 упр.) — 2 мин</w:t>
      </w:r>
    </w:p>
    <w:p w14:paraId="022C0C0B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ED6AF7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3D16BEF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25–28 мин</w:t>
      </w:r>
    </w:p>
    <w:p w14:paraId="2CA95DB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787C96E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Круговая тренировка (4 станции по 3 мин, 1 мин переход):</w:t>
      </w:r>
    </w:p>
    <w:p w14:paraId="5EB63E49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 Станция 1: подбрасывание волана ракеткой — 3 мин</w:t>
      </w:r>
    </w:p>
    <w:p w14:paraId="1080680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 Станция 2: прыжки на скакалке — 3 мин</w:t>
      </w:r>
    </w:p>
    <w:p w14:paraId="2924023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 Станция 3: приставные шаги с ракеткой к фишкам — 3 мин</w:t>
      </w:r>
    </w:p>
    <w:p w14:paraId="6576468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 Станция 4: подача снизу в цель — 3 мин</w:t>
      </w:r>
    </w:p>
    <w:p w14:paraId="057DAD7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Учебная игра в парах через сетку (до 5 очков) — 8 мин</w:t>
      </w:r>
    </w:p>
    <w:p w14:paraId="4174C669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Сме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на пар, повторная игра — 5 мин</w:t>
      </w:r>
    </w:p>
    <w:p w14:paraId="37EC809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070ED20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Станция 1: волан — 2 мин</w:t>
      </w:r>
    </w:p>
    <w:p w14:paraId="5E9C9CA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Станция 2: скакалка — 2 мин</w:t>
      </w:r>
    </w:p>
    <w:p w14:paraId="3932966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Станция 3: передвижения — 2 мин</w:t>
      </w:r>
    </w:p>
    <w:p w14:paraId="64C097D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Учебная игра — 5 мин</w:t>
      </w:r>
    </w:p>
    <w:p w14:paraId="4B8D728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0C6EE4E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Станция 1: волан — 3 мин</w:t>
      </w:r>
    </w:p>
    <w:p w14:paraId="15505F8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Станция 2: скакалка — 3 мин</w:t>
      </w:r>
    </w:p>
    <w:p w14:paraId="476E010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Учебная игр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а — 4 мин</w:t>
      </w:r>
    </w:p>
    <w:p w14:paraId="62297554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B86FBE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347B4F7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79A58EF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5F6B16D6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2A580010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 — 1 мин</w:t>
      </w:r>
    </w:p>
    <w:p w14:paraId="0D07240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Итоги: кто набрал больше очков — 2 мин</w:t>
      </w:r>
    </w:p>
    <w:p w14:paraId="65FD0B0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379E305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4AB1570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106507E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0EEC162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1219F69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7976790D" w14:textId="644110CD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Итоги — 0,5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мин</w:t>
      </w:r>
    </w:p>
    <w:p w14:paraId="510ED5CB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12CA024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УЧЕНИКА</w:t>
      </w:r>
    </w:p>
    <w:p w14:paraId="6808654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>: ______  Дата: ________</w:t>
      </w:r>
    </w:p>
    <w:p w14:paraId="2522840D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830BB1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40864F6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 меня спортивная форма</w:t>
      </w:r>
    </w:p>
    <w:p w14:paraId="7BA1DBE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Я снял украшения</w:t>
      </w:r>
    </w:p>
    <w:p w14:paraId="0B7E9F9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Я чувствую себя хорошо</w:t>
      </w:r>
    </w:p>
    <w:p w14:paraId="13BE0A67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CA1C60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Разминка</w:t>
      </w:r>
    </w:p>
    <w:p w14:paraId="653674E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Бегал по залу</w:t>
      </w:r>
    </w:p>
    <w:p w14:paraId="75306A1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Делал разминку</w:t>
      </w:r>
    </w:p>
    <w:p w14:paraId="5D638EF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беговые упражнения</w:t>
      </w:r>
    </w:p>
    <w:p w14:paraId="4F713914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5A7A4C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овная часть</w:t>
      </w:r>
    </w:p>
    <w:p w14:paraId="4B6A6C4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Прошёл 4 станции круговой тренировки</w:t>
      </w:r>
    </w:p>
    <w:p w14:paraId="4CC963F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Подбрасывал волан на станции 1</w:t>
      </w:r>
    </w:p>
    <w:p w14:paraId="650C079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Прыгал на скакалке на станции 2</w:t>
      </w:r>
    </w:p>
    <w:p w14:paraId="198B188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Двигался приставным шагом на станции 3</w:t>
      </w:r>
    </w:p>
    <w:p w14:paraId="083988A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Подавал в цель на станции 4</w:t>
      </w:r>
    </w:p>
    <w:p w14:paraId="223C47A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Играл в парах через сетку</w:t>
      </w:r>
    </w:p>
    <w:p w14:paraId="7D96D651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EA8E82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50DEC40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Восстановил дыхание</w:t>
      </w:r>
    </w:p>
    <w:p w14:paraId="0D144D8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Сделал заминку</w:t>
      </w:r>
    </w:p>
    <w:p w14:paraId="5EEE812A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EDE1BA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Мои результаты</w:t>
      </w:r>
    </w:p>
    <w:p w14:paraId="29D77EA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Очки в учебной игре: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4B22B44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Подача в цель из 5: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0D6B831B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0915ED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Самооценка</w:t>
      </w:r>
    </w:p>
    <w:p w14:paraId="13EFB174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Подавать в цель</w:t>
      </w:r>
    </w:p>
    <w:p w14:paraId="6D7758B9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Играть в парах</w:t>
      </w:r>
    </w:p>
    <w:p w14:paraId="1693AA25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Пройти все станции</w:t>
      </w:r>
    </w:p>
    <w:p w14:paraId="39F30783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B73FDA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__________________________________________________</w:t>
      </w:r>
    </w:p>
    <w:p w14:paraId="6BD72AC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____________________________________________________</w:t>
      </w:r>
    </w:p>
    <w:p w14:paraId="38906A0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740A407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рок № 16</w:t>
      </w:r>
    </w:p>
    <w:p w14:paraId="25E16255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2–4 классы</w:t>
      </w:r>
    </w:p>
    <w:p w14:paraId="7E0B36EA" w14:textId="2F2E84A1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Тема: Контрольный урок: нормативы и учебная игра</w:t>
      </w:r>
    </w:p>
    <w:p w14:paraId="23389956" w14:textId="26A2ED81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4D5F34A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Цель: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Контроль освоения навыков бадминтона за модуль</w:t>
      </w:r>
    </w:p>
    <w:p w14:paraId="5873142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Ракетки, воланы, сетка, секундомер, скакалки</w:t>
      </w:r>
    </w:p>
    <w:p w14:paraId="51D7F15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Контрольный</w:t>
      </w:r>
    </w:p>
    <w:p w14:paraId="64521E5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(40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(25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3D6224D4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92BA83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1AE11F9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8–10 мин</w:t>
      </w:r>
    </w:p>
    <w:p w14:paraId="4985ED5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31EF5516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Построение, задача контроля — 1 мин</w:t>
      </w:r>
    </w:p>
    <w:p w14:paraId="459FFA1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Разминка: бег, ОРФ — 5 мин</w:t>
      </w:r>
    </w:p>
    <w:p w14:paraId="254A410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Специальная разминка с ракеткой — 3 мин</w:t>
      </w:r>
    </w:p>
    <w:p w14:paraId="2CADD9B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2485834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310A90D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Разминка — 3 мин</w:t>
      </w:r>
    </w:p>
    <w:p w14:paraId="7D64461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Разминка с ракеткой — 1 мин</w:t>
      </w:r>
    </w:p>
    <w:p w14:paraId="0AE228C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2143A30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3AD20E9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Разминка — 2 мин</w:t>
      </w:r>
    </w:p>
    <w:p w14:paraId="2787C3C1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E6D7C5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 — нормативы</w:t>
      </w:r>
    </w:p>
    <w:p w14:paraId="6948A69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25 мин</w:t>
      </w:r>
    </w:p>
    <w:p w14:paraId="232AFE0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435FA42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Норматив 1: подбрасывание волана ракеткой (количество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подряд) — 4 мин</w:t>
      </w:r>
    </w:p>
    <w:p w14:paraId="4729A86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Норматив 2: подача снизу в цель (из 10 попыток) — 5 мин</w:t>
      </w:r>
    </w:p>
    <w:p w14:paraId="242DC29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Норматив 3: челночный бег 3×10 м — 4 мин</w:t>
      </w:r>
    </w:p>
    <w:p w14:paraId="0A8F18E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Норматив 4: прыжки на скакалке 30 сек — 4 мин</w:t>
      </w:r>
    </w:p>
    <w:p w14:paraId="2EBA83D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Учебная игра в парах до 5 очков — 8 мин</w:t>
      </w:r>
    </w:p>
    <w:p w14:paraId="4461DFD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79D4650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Норматив 1: подбрасывание —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3 мин</w:t>
      </w:r>
    </w:p>
    <w:p w14:paraId="6434093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Норматив 2: подача в цель — 4 мин</w:t>
      </w:r>
    </w:p>
    <w:p w14:paraId="3B5371C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Норматив 3: челночный — 3 мин</w:t>
      </w:r>
    </w:p>
    <w:p w14:paraId="0B3FD7F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Учебная игра — 5 мин</w:t>
      </w:r>
    </w:p>
    <w:p w14:paraId="2B4D43A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4E29092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Норматив 1: подбрасывание — 3 мин</w:t>
      </w:r>
    </w:p>
    <w:p w14:paraId="174FF7F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Норматив 2: подача — 4 мин</w:t>
      </w:r>
    </w:p>
    <w:p w14:paraId="71E8119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Игра — 3 мин</w:t>
      </w:r>
    </w:p>
    <w:p w14:paraId="6EF8F3A0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FA72C7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2B62E93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0C99BE1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011E73C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084BDFE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 модуля — 3 мин</w:t>
      </w:r>
    </w:p>
    <w:p w14:paraId="61D94F26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68BE4CE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6799A8F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0CF2E9A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5DFAD68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7B03F21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73C4127A" w14:textId="537E3F9C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Итоги — 0,5 мин</w:t>
      </w:r>
    </w:p>
    <w:p w14:paraId="4405C975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D0E6027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F52AB">
        <w:rPr>
          <w:rFonts w:ascii="Times New Roman" w:hAnsi="Times New Roman" w:cs="Times New Roman"/>
          <w:b/>
          <w:sz w:val="28"/>
          <w:szCs w:val="28"/>
        </w:rPr>
        <w:t>Нормативы</w:t>
      </w:r>
      <w:proofErr w:type="spellEnd"/>
      <w:r w:rsidRPr="004F52A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52AB">
        <w:rPr>
          <w:rFonts w:ascii="Times New Roman" w:hAnsi="Times New Roman" w:cs="Times New Roman"/>
          <w:b/>
          <w:sz w:val="28"/>
          <w:szCs w:val="28"/>
        </w:rPr>
        <w:t>для</w:t>
      </w:r>
      <w:proofErr w:type="spellEnd"/>
      <w:r w:rsidRPr="004F52AB">
        <w:rPr>
          <w:rFonts w:ascii="Times New Roman" w:hAnsi="Times New Roman" w:cs="Times New Roman"/>
          <w:b/>
          <w:sz w:val="28"/>
          <w:szCs w:val="28"/>
        </w:rPr>
        <w:t xml:space="preserve"> 2–4 </w:t>
      </w:r>
      <w:proofErr w:type="spellStart"/>
      <w:r w:rsidRPr="004F52AB">
        <w:rPr>
          <w:rFonts w:ascii="Times New Roman" w:hAnsi="Times New Roman" w:cs="Times New Roman"/>
          <w:b/>
          <w:sz w:val="28"/>
          <w:szCs w:val="28"/>
        </w:rPr>
        <w:t>классов</w:t>
      </w:r>
      <w:proofErr w:type="spellEnd"/>
      <w:r w:rsidRPr="004F52AB">
        <w:rPr>
          <w:rFonts w:ascii="Times New Roman" w:hAnsi="Times New Roman" w:cs="Times New Roman"/>
          <w:b/>
          <w:sz w:val="28"/>
          <w:szCs w:val="28"/>
        </w:rPr>
        <w:t xml:space="preserve"> (бадминтон)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2564"/>
        <w:gridCol w:w="2564"/>
        <w:gridCol w:w="2564"/>
        <w:gridCol w:w="2564"/>
      </w:tblGrid>
      <w:tr w:rsidR="00EC0F6A" w:rsidRPr="004F52AB" w14:paraId="170D2A75" w14:textId="77777777">
        <w:trPr>
          <w:jc w:val="center"/>
        </w:trPr>
        <w:tc>
          <w:tcPr>
            <w:tcW w:w="2564" w:type="dxa"/>
            <w:shd w:val="clear" w:color="auto" w:fill="D9E2F3"/>
          </w:tcPr>
          <w:p w14:paraId="1B8B790F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b/>
                <w:sz w:val="28"/>
                <w:szCs w:val="28"/>
              </w:rPr>
              <w:t>Норматив</w:t>
            </w:r>
          </w:p>
        </w:tc>
        <w:tc>
          <w:tcPr>
            <w:tcW w:w="2564" w:type="dxa"/>
            <w:shd w:val="clear" w:color="auto" w:fill="D9E2F3"/>
          </w:tcPr>
          <w:p w14:paraId="50AFF377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b/>
                <w:sz w:val="28"/>
                <w:szCs w:val="28"/>
              </w:rPr>
              <w:t>2 класс (отл.)</w:t>
            </w:r>
          </w:p>
        </w:tc>
        <w:tc>
          <w:tcPr>
            <w:tcW w:w="2564" w:type="dxa"/>
            <w:shd w:val="clear" w:color="auto" w:fill="D9E2F3"/>
          </w:tcPr>
          <w:p w14:paraId="091BECDB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b/>
                <w:sz w:val="28"/>
                <w:szCs w:val="28"/>
              </w:rPr>
              <w:t>3 класс (отл.)</w:t>
            </w:r>
          </w:p>
        </w:tc>
        <w:tc>
          <w:tcPr>
            <w:tcW w:w="2564" w:type="dxa"/>
            <w:shd w:val="clear" w:color="auto" w:fill="D9E2F3"/>
          </w:tcPr>
          <w:p w14:paraId="0F5A521F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 класс </w:t>
            </w:r>
            <w:r w:rsidRPr="004F52AB">
              <w:rPr>
                <w:rFonts w:ascii="Times New Roman" w:hAnsi="Times New Roman" w:cs="Times New Roman"/>
                <w:b/>
                <w:sz w:val="28"/>
                <w:szCs w:val="28"/>
              </w:rPr>
              <w:t>(отл.)</w:t>
            </w:r>
          </w:p>
        </w:tc>
      </w:tr>
      <w:tr w:rsidR="00EC0F6A" w:rsidRPr="004F52AB" w14:paraId="14A2D558" w14:textId="77777777">
        <w:trPr>
          <w:jc w:val="center"/>
        </w:trPr>
        <w:tc>
          <w:tcPr>
            <w:tcW w:w="2564" w:type="dxa"/>
          </w:tcPr>
          <w:p w14:paraId="6F229102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Подбрасывание волана (подряд)</w:t>
            </w:r>
          </w:p>
        </w:tc>
        <w:tc>
          <w:tcPr>
            <w:tcW w:w="2564" w:type="dxa"/>
          </w:tcPr>
          <w:p w14:paraId="1C21F702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5 раз</w:t>
            </w:r>
          </w:p>
        </w:tc>
        <w:tc>
          <w:tcPr>
            <w:tcW w:w="2564" w:type="dxa"/>
          </w:tcPr>
          <w:p w14:paraId="5E0DD62D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8 раз</w:t>
            </w:r>
          </w:p>
        </w:tc>
        <w:tc>
          <w:tcPr>
            <w:tcW w:w="2564" w:type="dxa"/>
          </w:tcPr>
          <w:p w14:paraId="53DE5D01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10 раз</w:t>
            </w:r>
          </w:p>
        </w:tc>
      </w:tr>
      <w:tr w:rsidR="00EC0F6A" w:rsidRPr="004F52AB" w14:paraId="49E0C0FD" w14:textId="77777777">
        <w:trPr>
          <w:jc w:val="center"/>
        </w:trPr>
        <w:tc>
          <w:tcPr>
            <w:tcW w:w="2564" w:type="dxa"/>
          </w:tcPr>
          <w:p w14:paraId="45DF4C9D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Подача в цель (из 10)</w:t>
            </w:r>
          </w:p>
        </w:tc>
        <w:tc>
          <w:tcPr>
            <w:tcW w:w="2564" w:type="dxa"/>
          </w:tcPr>
          <w:p w14:paraId="228AECFE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64" w:type="dxa"/>
          </w:tcPr>
          <w:p w14:paraId="46B28A77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564" w:type="dxa"/>
          </w:tcPr>
          <w:p w14:paraId="4A76C7EE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0F6A" w:rsidRPr="004F52AB" w14:paraId="49C28029" w14:textId="77777777">
        <w:trPr>
          <w:jc w:val="center"/>
        </w:trPr>
        <w:tc>
          <w:tcPr>
            <w:tcW w:w="2564" w:type="dxa"/>
          </w:tcPr>
          <w:p w14:paraId="4E588758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Челночный бег 3×10 м</w:t>
            </w:r>
          </w:p>
        </w:tc>
        <w:tc>
          <w:tcPr>
            <w:tcW w:w="2564" w:type="dxa"/>
          </w:tcPr>
          <w:p w14:paraId="354D2837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11,5 сек</w:t>
            </w:r>
          </w:p>
        </w:tc>
        <w:tc>
          <w:tcPr>
            <w:tcW w:w="2564" w:type="dxa"/>
          </w:tcPr>
          <w:p w14:paraId="6C0C9960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11,0 сек</w:t>
            </w:r>
          </w:p>
        </w:tc>
        <w:tc>
          <w:tcPr>
            <w:tcW w:w="2564" w:type="dxa"/>
          </w:tcPr>
          <w:p w14:paraId="3A64D815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10,5 сек</w:t>
            </w:r>
          </w:p>
        </w:tc>
      </w:tr>
      <w:tr w:rsidR="00EC0F6A" w:rsidRPr="004F52AB" w14:paraId="7007003E" w14:textId="77777777">
        <w:trPr>
          <w:jc w:val="center"/>
        </w:trPr>
        <w:tc>
          <w:tcPr>
            <w:tcW w:w="2564" w:type="dxa"/>
          </w:tcPr>
          <w:p w14:paraId="45BB7944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Скакалка 30 сек</w:t>
            </w:r>
          </w:p>
        </w:tc>
        <w:tc>
          <w:tcPr>
            <w:tcW w:w="2564" w:type="dxa"/>
          </w:tcPr>
          <w:p w14:paraId="4427ED69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40 раз</w:t>
            </w:r>
          </w:p>
        </w:tc>
        <w:tc>
          <w:tcPr>
            <w:tcW w:w="2564" w:type="dxa"/>
          </w:tcPr>
          <w:p w14:paraId="4ACBA877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50 раз</w:t>
            </w:r>
          </w:p>
        </w:tc>
        <w:tc>
          <w:tcPr>
            <w:tcW w:w="2564" w:type="dxa"/>
          </w:tcPr>
          <w:p w14:paraId="020AB679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60 раз</w:t>
            </w:r>
          </w:p>
        </w:tc>
      </w:tr>
      <w:tr w:rsidR="00EC0F6A" w:rsidRPr="004F52AB" w14:paraId="23D5B605" w14:textId="77777777">
        <w:trPr>
          <w:jc w:val="center"/>
        </w:trPr>
        <w:tc>
          <w:tcPr>
            <w:tcW w:w="2564" w:type="dxa"/>
          </w:tcPr>
          <w:p w14:paraId="57A144E2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Учебная игра (очки)</w:t>
            </w:r>
          </w:p>
        </w:tc>
        <w:tc>
          <w:tcPr>
            <w:tcW w:w="2564" w:type="dxa"/>
          </w:tcPr>
          <w:p w14:paraId="60DC7455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до 3</w:t>
            </w:r>
          </w:p>
        </w:tc>
        <w:tc>
          <w:tcPr>
            <w:tcW w:w="2564" w:type="dxa"/>
          </w:tcPr>
          <w:p w14:paraId="0467BFBE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  <w:tc>
          <w:tcPr>
            <w:tcW w:w="2564" w:type="dxa"/>
          </w:tcPr>
          <w:p w14:paraId="1B338DDA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до 5</w:t>
            </w:r>
          </w:p>
        </w:tc>
      </w:tr>
    </w:tbl>
    <w:p w14:paraId="58B49EC7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43C24A4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>ЧЕК-ЛИСТ УЧЕНИКА</w:t>
      </w:r>
    </w:p>
    <w:p w14:paraId="3256741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</w:rPr>
        <w:t>: ______  Дата: ________</w:t>
      </w:r>
    </w:p>
    <w:p w14:paraId="39B00E90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22B885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>Подготовка к уроку</w:t>
      </w:r>
    </w:p>
    <w:p w14:paraId="4B1A969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У меня спортивная форма</w:t>
      </w:r>
    </w:p>
    <w:p w14:paraId="5610445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lastRenderedPageBreak/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Я снял украшения</w:t>
      </w:r>
    </w:p>
    <w:p w14:paraId="491BD3B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Я чувствую себя хорошо</w:t>
      </w:r>
    </w:p>
    <w:p w14:paraId="4B960033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49293D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>Разминка</w:t>
      </w:r>
    </w:p>
    <w:p w14:paraId="163FA8B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Бегал на разминке</w:t>
      </w:r>
    </w:p>
    <w:p w14:paraId="2337E14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Делал упражнения</w:t>
      </w:r>
    </w:p>
    <w:p w14:paraId="31CB0DA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Разминался с ракеткой</w:t>
      </w:r>
    </w:p>
    <w:p w14:paraId="55D6BE57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A50FC2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14:paraId="7FE72BC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 xml:space="preserve">Сдавал </w:t>
      </w:r>
      <w:r w:rsidRPr="004F52AB">
        <w:rPr>
          <w:rFonts w:ascii="Times New Roman" w:hAnsi="Times New Roman" w:cs="Times New Roman"/>
          <w:sz w:val="28"/>
          <w:szCs w:val="28"/>
        </w:rPr>
        <w:t>норматив: подбрасывание волана</w:t>
      </w:r>
    </w:p>
    <w:p w14:paraId="62866A0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Сдавал норматив: подача в цель</w:t>
      </w:r>
    </w:p>
    <w:p w14:paraId="599F2D9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Сдавал норматив: челночный бег</w:t>
      </w:r>
    </w:p>
    <w:p w14:paraId="4AA4F4E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Сдавал норматив: скакалка</w:t>
      </w:r>
    </w:p>
    <w:p w14:paraId="35538C0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Играл учебную игру</w:t>
      </w:r>
    </w:p>
    <w:p w14:paraId="61306B32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98D37E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>Заминка</w:t>
      </w:r>
    </w:p>
    <w:p w14:paraId="59A6717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Восстановил дыхание</w:t>
      </w:r>
    </w:p>
    <w:p w14:paraId="615C705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Сделал заминку</w:t>
      </w:r>
    </w:p>
    <w:p w14:paraId="324ED90E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5E9B5F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>Мои результаты</w:t>
      </w:r>
    </w:p>
    <w:p w14:paraId="41F5BFC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 xml:space="preserve">Подбрасывание (подряд): </w:t>
      </w:r>
      <w:r w:rsidRPr="004F52AB">
        <w:rPr>
          <w:rFonts w:ascii="Times New Roman" w:hAnsi="Times New Roman" w:cs="Times New Roman"/>
          <w:sz w:val="28"/>
          <w:szCs w:val="28"/>
        </w:rPr>
        <w:t>________________</w:t>
      </w:r>
    </w:p>
    <w:p w14:paraId="0BCC393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 xml:space="preserve">Подача в цель (из 10): </w:t>
      </w:r>
      <w:r w:rsidRPr="004F52AB">
        <w:rPr>
          <w:rFonts w:ascii="Times New Roman" w:hAnsi="Times New Roman" w:cs="Times New Roman"/>
          <w:sz w:val="28"/>
          <w:szCs w:val="28"/>
        </w:rPr>
        <w:t>________________</w:t>
      </w:r>
    </w:p>
    <w:p w14:paraId="34BB1A9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 xml:space="preserve">Челночный (сек): </w:t>
      </w:r>
      <w:r w:rsidRPr="004F52AB">
        <w:rPr>
          <w:rFonts w:ascii="Times New Roman" w:hAnsi="Times New Roman" w:cs="Times New Roman"/>
          <w:sz w:val="28"/>
          <w:szCs w:val="28"/>
        </w:rPr>
        <w:t>________________</w:t>
      </w:r>
    </w:p>
    <w:p w14:paraId="08F6F9A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 xml:space="preserve">Скакалка (за 30 сек): </w:t>
      </w:r>
      <w:r w:rsidRPr="004F52AB">
        <w:rPr>
          <w:rFonts w:ascii="Times New Roman" w:hAnsi="Times New Roman" w:cs="Times New Roman"/>
          <w:sz w:val="28"/>
          <w:szCs w:val="28"/>
        </w:rPr>
        <w:t>________________</w:t>
      </w:r>
    </w:p>
    <w:p w14:paraId="05D35DDF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8C4F95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>Самооценка</w:t>
      </w:r>
    </w:p>
    <w:p w14:paraId="579D994D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Подбрасывать волан</w:t>
      </w:r>
    </w:p>
    <w:p w14:paraId="540F08FF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получилось — Подавать в цель</w:t>
      </w:r>
    </w:p>
    <w:p w14:paraId="5FD8F94C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Бегать челночный</w:t>
      </w:r>
    </w:p>
    <w:p w14:paraId="21E0D092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8AE437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__________________________________________________</w:t>
      </w:r>
    </w:p>
    <w:p w14:paraId="605ED83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____________________________________________________</w:t>
      </w:r>
    </w:p>
    <w:p w14:paraId="3199815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690475EB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СРЕДНЯЯ ШКОЛА (5–6 КЛАССЫ)</w:t>
      </w:r>
    </w:p>
    <w:p w14:paraId="2C16A392" w14:textId="1C821103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ль: Бадминтон | Уроки 11–16 | Спортивный зал</w:t>
      </w:r>
    </w:p>
    <w:p w14:paraId="7B8DD900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Урок № 11</w:t>
      </w:r>
    </w:p>
    <w:p w14:paraId="0BCAC15A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5–6 классы</w:t>
      </w:r>
    </w:p>
    <w:p w14:paraId="466B796B" w14:textId="44D36C38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Тема: Хватка, стойка, подачи. Совершенствование техники</w:t>
      </w:r>
    </w:p>
    <w:p w14:paraId="241DD3D1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2753B984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200C67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proofErr w:type="gramStart"/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Совершенствовать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технику хватки, стойки и подачи снизу/сверху</w:t>
      </w:r>
    </w:p>
    <w:p w14:paraId="02CA579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Ракетки, воланы, сетка, фишки</w:t>
      </w:r>
    </w:p>
    <w:p w14:paraId="278FE51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Обучающий</w:t>
      </w:r>
    </w:p>
    <w:p w14:paraId="5654B95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(45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(30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0B5807FE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B3761A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26A94CD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10 мин</w:t>
      </w:r>
    </w:p>
    <w:p w14:paraId="47F55E1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2B26B87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Построение, задача — 1 мин</w:t>
      </w:r>
    </w:p>
    <w:p w14:paraId="077EDA70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Ходьба, бег — 2 мин</w:t>
      </w:r>
    </w:p>
    <w:p w14:paraId="288EB92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ОРФ (8 упр.) — 4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мин</w:t>
      </w:r>
    </w:p>
    <w:p w14:paraId="0662DFE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СБУ с ракеткой — 2 мин</w:t>
      </w:r>
    </w:p>
    <w:p w14:paraId="1A351BC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Восстановление — 1 мин</w:t>
      </w:r>
    </w:p>
    <w:p w14:paraId="0277803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3D7F103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4E9E752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Бег — 1 мин</w:t>
      </w:r>
    </w:p>
    <w:p w14:paraId="3000980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ОРФ (5 упр.) — 2 мин</w:t>
      </w:r>
    </w:p>
    <w:p w14:paraId="21D630D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СБУ — 1 мин</w:t>
      </w:r>
    </w:p>
    <w:p w14:paraId="311CAD8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343AE75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52C8FA3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Бег + ОРФ (3 упр.) — 2 мин</w:t>
      </w:r>
    </w:p>
    <w:p w14:paraId="03352B57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9CC640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2126159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30 мин</w:t>
      </w:r>
    </w:p>
    <w:p w14:paraId="4D1749C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11761DC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Повторение хватки «рукопожатие» и обратного хвата — 2 мин</w:t>
      </w:r>
    </w:p>
    <w:p w14:paraId="7B62186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Базовая стойка и возврат в центр — 3 мин</w:t>
      </w:r>
    </w:p>
    <w:p w14:paraId="7D4E82C6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Подача снизу: техника, 10 попыток — 5 мин</w:t>
      </w:r>
    </w:p>
    <w:p w14:paraId="47FBED06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Подача сверху (короткая): техника — 5 мин</w:t>
      </w:r>
    </w:p>
    <w:p w14:paraId="26C0EC3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Подача в зоны (4 квадрата на стороне соперника) —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5 мин</w:t>
      </w:r>
    </w:p>
    <w:p w14:paraId="5232456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Передвижения приставным шагом к 6 точкам — 5 мин</w:t>
      </w:r>
    </w:p>
    <w:p w14:paraId="6D9C86C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 в парах: только подачи, до 7 очков — 5 мин</w:t>
      </w:r>
    </w:p>
    <w:p w14:paraId="28EC949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170DDD3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Хватка и стойка — 3 мин</w:t>
      </w:r>
    </w:p>
    <w:p w14:paraId="09ED72B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Подача снизу — 4 мин</w:t>
      </w:r>
    </w:p>
    <w:p w14:paraId="7555714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Подача сверху — 4 мин</w:t>
      </w:r>
    </w:p>
    <w:p w14:paraId="69E7722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Передвижения к точкам — 4 мин</w:t>
      </w:r>
    </w:p>
    <w:p w14:paraId="6F1244C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Игра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подачами — 5 мин</w:t>
      </w:r>
    </w:p>
    <w:p w14:paraId="2AE6BDD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710D0E9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Подача снизу — 4 мин</w:t>
      </w:r>
    </w:p>
    <w:p w14:paraId="1CF6510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Подача сверху — 3 мин</w:t>
      </w:r>
    </w:p>
    <w:p w14:paraId="308FA28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Игра подачами — 4 мин</w:t>
      </w:r>
    </w:p>
    <w:p w14:paraId="115A1FB5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97F2B5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2EAF42A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149C355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47B81BE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7D146FEB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 — 1 мин</w:t>
      </w:r>
    </w:p>
    <w:p w14:paraId="1416913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 — 2 мин</w:t>
      </w:r>
    </w:p>
    <w:p w14:paraId="40CECF9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58FDB18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1791AA8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4A47758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327575C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5F33CE5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078AD6E2" w14:textId="7DEB68CC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Итоги — 0,5 мин</w:t>
      </w:r>
    </w:p>
    <w:p w14:paraId="74625CC3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C8D9BAC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УЧЕНИКА</w:t>
      </w:r>
    </w:p>
    <w:p w14:paraId="5F9A18F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>: ______  Дата: ________</w:t>
      </w:r>
    </w:p>
    <w:p w14:paraId="35BD4CFF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A3F971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34955AD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Спортивная форма и кроссовки</w:t>
      </w:r>
    </w:p>
    <w:p w14:paraId="60CB27D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Снял украшения и часы</w:t>
      </w:r>
    </w:p>
    <w:p w14:paraId="6CC3A03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Чувству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ю себя хорошо</w:t>
      </w:r>
    </w:p>
    <w:p w14:paraId="27E57023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80BBDC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657BD3E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Бегал по залу</w:t>
      </w:r>
    </w:p>
    <w:p w14:paraId="5A7C4A1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Делал разминку (8 упр.)</w:t>
      </w:r>
    </w:p>
    <w:p w14:paraId="6D33F92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СБУ с ракеткой</w:t>
      </w:r>
    </w:p>
    <w:p w14:paraId="7DEB077D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C8B460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4609C7D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Повторил хватку и обратный хват</w:t>
      </w:r>
    </w:p>
    <w:p w14:paraId="004377E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Стоял в стойке и возвращался в центр</w:t>
      </w:r>
    </w:p>
    <w:p w14:paraId="375B2CF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подачу снизу</w:t>
      </w:r>
    </w:p>
    <w:p w14:paraId="3FD7B52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подачу сверху</w:t>
      </w:r>
    </w:p>
    <w:p w14:paraId="514C6ED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Подавал в зоны</w:t>
      </w:r>
    </w:p>
    <w:p w14:paraId="7C45A66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Передвигался к 6 точкам</w:t>
      </w:r>
    </w:p>
    <w:p w14:paraId="170E2F1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Играл подачами до 7 очков</w:t>
      </w:r>
    </w:p>
    <w:p w14:paraId="16304AB6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5AEF00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333BE49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Восстановил дыхание</w:t>
      </w:r>
    </w:p>
    <w:p w14:paraId="1BBD1B5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Сделал заминку</w:t>
      </w:r>
    </w:p>
    <w:p w14:paraId="40CFCCED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EF5698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Мои результаты</w:t>
      </w:r>
    </w:p>
    <w:p w14:paraId="27DE3A2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Попаданий подачей снизу (из 10):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136AE45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Попаданий подачей сверху (из 10):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06C660C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Очки в игре подачами: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037A97B8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11B2BE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Самооценка</w:t>
      </w:r>
    </w:p>
    <w:p w14:paraId="5A6F663A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Выполнять подачи снизу и сверху</w:t>
      </w:r>
    </w:p>
    <w:p w14:paraId="7EB192D6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Передвигаться к точкам</w:t>
      </w:r>
    </w:p>
    <w:p w14:paraId="7D5B1ECA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Подавать в зоны</w:t>
      </w:r>
    </w:p>
    <w:p w14:paraId="2BB91FBF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803BFA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училось: __________________________________________________</w:t>
      </w:r>
    </w:p>
    <w:p w14:paraId="42DD08C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____________________________________________________</w:t>
      </w:r>
    </w:p>
    <w:p w14:paraId="34A72F6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0CD1A210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Урок № 12</w:t>
      </w:r>
    </w:p>
    <w:p w14:paraId="61430305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5–6 классы</w:t>
      </w:r>
    </w:p>
    <w:p w14:paraId="62D7D465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Тема: Удар сверху (смэш). Передвижения и комбинации</w:t>
      </w:r>
    </w:p>
    <w:p w14:paraId="0CFC1105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6105F99" w14:textId="4B204CC0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1D306AD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proofErr w:type="gramStart"/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Научить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у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дару сверху (смэшу), совершенствовать передвижения</w:t>
      </w:r>
    </w:p>
    <w:p w14:paraId="65808AE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Ракетки, воланы, сетка, фишки</w:t>
      </w:r>
    </w:p>
    <w:p w14:paraId="0F5DD25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Обучающий</w:t>
      </w:r>
    </w:p>
    <w:p w14:paraId="1D5AB78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(45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(30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3C3ECBA5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017557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2A370FA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10 мин</w:t>
      </w:r>
    </w:p>
    <w:p w14:paraId="1D6117F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30E160C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Построение, задача — 1 мин</w:t>
      </w:r>
    </w:p>
    <w:p w14:paraId="514BA54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Бег, приставные шаги — 3 мин</w:t>
      </w:r>
    </w:p>
    <w:p w14:paraId="5E0FE0CB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ОРФ — 4 мин</w:t>
      </w:r>
    </w:p>
    <w:p w14:paraId="222FA35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СБУ — 1 мин</w:t>
      </w:r>
    </w:p>
    <w:p w14:paraId="189A010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Восстановление — 1 мин</w:t>
      </w:r>
    </w:p>
    <w:p w14:paraId="6726E4E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5A29417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7BC09B1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Бег — 1 мин</w:t>
      </w:r>
    </w:p>
    <w:p w14:paraId="270A91A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ОРФ (5 упр.) — 2 мин</w:t>
      </w:r>
    </w:p>
    <w:p w14:paraId="5B838F4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СБУ — 1 мин</w:t>
      </w:r>
    </w:p>
    <w:p w14:paraId="611BC90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01FB89D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29E348A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Бег +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ОРФ (3 упр.) — 2 мин</w:t>
      </w:r>
    </w:p>
    <w:p w14:paraId="0F67292E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3A3938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355F059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30 мин</w:t>
      </w:r>
    </w:p>
    <w:p w14:paraId="19658AF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679189F6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Демонстрация удара сверху (смэш) — 2 мин</w:t>
      </w:r>
    </w:p>
    <w:p w14:paraId="556686D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Имитация смэша по счёту — 3 мин</w:t>
      </w:r>
    </w:p>
    <w:p w14:paraId="594FFC8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Смэш: набрасывание волана учителем — 5 мин</w:t>
      </w:r>
    </w:p>
    <w:p w14:paraId="6C98EFF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Смэш: подача партнёра, удар сверху — 5 мин</w:t>
      </w:r>
    </w:p>
    <w:p w14:paraId="423A8D6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Передвижения: шаг, вып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ад, возврат — 5 мин</w:t>
      </w:r>
    </w:p>
    <w:p w14:paraId="5B507F8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Комбинация: подача → передвижение → смэш — 5 мин</w:t>
      </w:r>
    </w:p>
    <w:p w14:paraId="3A38BA8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 в парах с акцентом на смэш (до 7) — 5 мин</w:t>
      </w:r>
    </w:p>
    <w:p w14:paraId="2D58A32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3C77443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Имитация смэша — 2 мин</w:t>
      </w:r>
    </w:p>
    <w:p w14:paraId="4681BFC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Смэш с набрасыванием — 4 мин</w:t>
      </w:r>
    </w:p>
    <w:p w14:paraId="7AA763D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Смэш с подачей партнёра — 4 мин</w:t>
      </w:r>
    </w:p>
    <w:p w14:paraId="02AF6AC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Комбинация — 4 мин</w:t>
      </w:r>
    </w:p>
    <w:p w14:paraId="1E9F5AF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Игра — 5 мин</w:t>
      </w:r>
    </w:p>
    <w:p w14:paraId="62724C7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55EC56A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Имитация смэша — 2 мин</w:t>
      </w:r>
    </w:p>
    <w:p w14:paraId="66C64F2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Смэш с набрасыванием — 4 мин</w:t>
      </w:r>
    </w:p>
    <w:p w14:paraId="60D7E50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Игра — 3 мин</w:t>
      </w:r>
    </w:p>
    <w:p w14:paraId="557B5261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7143C9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5E652F2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6ACF550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2EFD76D6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4CC4B74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 — 1 мин</w:t>
      </w:r>
    </w:p>
    <w:p w14:paraId="31B8CA5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 — 2 мин</w:t>
      </w:r>
    </w:p>
    <w:p w14:paraId="1937E68B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1094220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1DEA8E4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н</w:t>
      </w:r>
    </w:p>
    <w:p w14:paraId="4A623AC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3575A21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7CD8E06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5A8D5681" w14:textId="312D384B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Итоги — 0,5 мин</w:t>
      </w:r>
    </w:p>
    <w:p w14:paraId="7B3C7252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8FA9D5D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УЧЕНИКА</w:t>
      </w:r>
    </w:p>
    <w:p w14:paraId="2173D01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>: ______  Дата: ________</w:t>
      </w:r>
    </w:p>
    <w:p w14:paraId="73025A31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C4AFC3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23BAB1E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Спортивная форма</w:t>
      </w:r>
    </w:p>
    <w:p w14:paraId="4C47E8A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Снял украшения</w:t>
      </w:r>
    </w:p>
    <w:p w14:paraId="7DB4FA3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Чувствую себя хорошо</w:t>
      </w:r>
    </w:p>
    <w:p w14:paraId="22EF64D3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4FBB48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5748F8D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Бегал с приставными шагами</w:t>
      </w:r>
    </w:p>
    <w:p w14:paraId="257EC4C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Делал разминку</w:t>
      </w:r>
    </w:p>
    <w:p w14:paraId="0B50692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СБУ</w:t>
      </w:r>
    </w:p>
    <w:p w14:paraId="26DFBD7D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0752B9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5A162F1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Смотрел демонстрацию смэша</w:t>
      </w:r>
    </w:p>
    <w:p w14:paraId="201AAE6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Имитировал смэш</w:t>
      </w:r>
    </w:p>
    <w:p w14:paraId="3AA2503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Бил смэш с набрасывания</w:t>
      </w:r>
    </w:p>
    <w:p w14:paraId="7FECCFF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Бил смэш с подачи партнёра</w:t>
      </w:r>
    </w:p>
    <w:p w14:paraId="3AF2D2C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Передвигался: шаг, выпад, возврат</w:t>
      </w:r>
    </w:p>
    <w:p w14:paraId="108C0D8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Выполнял комбинацию: подача →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передвижение → смэш</w:t>
      </w:r>
    </w:p>
    <w:p w14:paraId="67F0D97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Играл с акцентом на смэш</w:t>
      </w:r>
    </w:p>
    <w:p w14:paraId="1DD2FAF4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1F224E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017D951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Восстановил дыхание</w:t>
      </w:r>
    </w:p>
    <w:p w14:paraId="49CD8CE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Сделал заминку</w:t>
      </w:r>
    </w:p>
    <w:p w14:paraId="6DA2D221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A64365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Мои результаты</w:t>
      </w:r>
    </w:p>
    <w:p w14:paraId="1185BFA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Попаданий смэшем (из 10):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531598B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Очки в игре со смэшем: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7E91AAA1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54BDB2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Самооценка</w:t>
      </w:r>
    </w:p>
    <w:p w14:paraId="3A221F2F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Выполнять смэш</w:t>
      </w:r>
    </w:p>
    <w:p w14:paraId="4A132FA1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Передвигаться и возвращаться</w:t>
      </w:r>
    </w:p>
    <w:p w14:paraId="5D17205C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Комбинировать удары</w:t>
      </w:r>
    </w:p>
    <w:p w14:paraId="5B414056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14E180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_________________________________________________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</w:t>
      </w:r>
    </w:p>
    <w:p w14:paraId="5BFDB1B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____________________________________________________</w:t>
      </w:r>
    </w:p>
    <w:p w14:paraId="2E98AC2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32111DC0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Урок № 13</w:t>
      </w:r>
    </w:p>
    <w:p w14:paraId="55AF1076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5–6 классы</w:t>
      </w:r>
    </w:p>
    <w:p w14:paraId="746AB5A3" w14:textId="4BE59E3E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Тема: Удары снизу и сбоку. Игра у сетки</w:t>
      </w:r>
    </w:p>
    <w:p w14:paraId="3DBA4E4F" w14:textId="2ED56738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2F5B04A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proofErr w:type="gramStart"/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Совершенствовать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удары снизу и сбоку, научить игре у сетки</w:t>
      </w:r>
    </w:p>
    <w:p w14:paraId="51CED10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Ракетки,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воланы, сетка</w:t>
      </w:r>
    </w:p>
    <w:p w14:paraId="063639F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Комбинированный</w:t>
      </w:r>
    </w:p>
    <w:p w14:paraId="695A573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(45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(30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49D12323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73DD21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19B207D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10 мин</w:t>
      </w:r>
    </w:p>
    <w:p w14:paraId="5DE469A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1EB5E04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 — 1 мин</w:t>
      </w:r>
    </w:p>
    <w:p w14:paraId="42697E2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 — 2 мин</w:t>
      </w:r>
    </w:p>
    <w:p w14:paraId="641A464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ОРФ — 4 мин</w:t>
      </w:r>
    </w:p>
    <w:p w14:paraId="5F07325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СБУ — 2 мин</w:t>
      </w:r>
    </w:p>
    <w:p w14:paraId="3223FD7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Восстановление — 1 мин</w:t>
      </w:r>
    </w:p>
    <w:p w14:paraId="29BEA1D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1154252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6423084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Бег — 1 мин</w:t>
      </w:r>
    </w:p>
    <w:p w14:paraId="2F01C9A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ОРФ (5 упр.) — 2 мин</w:t>
      </w:r>
    </w:p>
    <w:p w14:paraId="72A23CD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СБУ — 1 мин</w:t>
      </w:r>
    </w:p>
    <w:p w14:paraId="5506271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6817067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565F939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Бег + ОРФ (3 упр.) — 2 мин</w:t>
      </w:r>
    </w:p>
    <w:p w14:paraId="2BACEC15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3E9A34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5529460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30 мин</w:t>
      </w:r>
    </w:p>
    <w:p w14:paraId="2B70BB6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1ED2737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Удар снизу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сбоку: техника, имитация — 4 мин</w:t>
      </w:r>
    </w:p>
    <w:p w14:paraId="0AA3E77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Удар снизу: набрасывание партнёром — 5 мин</w:t>
      </w:r>
    </w:p>
    <w:p w14:paraId="4CF4385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 у сетки: короткие удары (сбросы) — 5 мин</w:t>
      </w:r>
    </w:p>
    <w:p w14:paraId="5021651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Приём у сетки и возврат в центр — 4 мин</w:t>
      </w:r>
    </w:p>
    <w:p w14:paraId="2C2F681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Сочетание: удар у сетки → отскок → удар сверху — 5 мин</w:t>
      </w:r>
    </w:p>
    <w:p w14:paraId="31B8FA3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Учебная игра: акцент на корот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кую игру (до 7) — 7 мин</w:t>
      </w:r>
    </w:p>
    <w:p w14:paraId="206320B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15EACA1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Удар снизу — 4 мин</w:t>
      </w:r>
    </w:p>
    <w:p w14:paraId="6B56FA3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Игра у сетки — 4 мин</w:t>
      </w:r>
    </w:p>
    <w:p w14:paraId="02C9FC7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Приём и возврат — 3 мин</w:t>
      </w:r>
    </w:p>
    <w:p w14:paraId="19E7AEC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Сочетание — 4 мин</w:t>
      </w:r>
    </w:p>
    <w:p w14:paraId="68282B8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Игра — 5 мин</w:t>
      </w:r>
    </w:p>
    <w:p w14:paraId="681AF63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6D63A45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Удар снизу — 4 мин</w:t>
      </w:r>
    </w:p>
    <w:p w14:paraId="22A3B48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Игра у сетки — 4 мин</w:t>
      </w:r>
    </w:p>
    <w:p w14:paraId="7D52929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Игра — 3 мин</w:t>
      </w:r>
    </w:p>
    <w:p w14:paraId="63CF6182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5DC955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1A5AE22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2BA2FC6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26BA26DB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4E7169D0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 — 1 мин</w:t>
      </w:r>
    </w:p>
    <w:p w14:paraId="6FF52AA0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 — 2 мин</w:t>
      </w:r>
    </w:p>
    <w:p w14:paraId="2B7122B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2E4D207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5FE4581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56144DC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63F8F34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6099F42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0D37BA8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Итоги — 0,5 мин</w:t>
      </w:r>
    </w:p>
    <w:p w14:paraId="2DFBC8C0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F514352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B9064E6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УЧЕНИКА</w:t>
      </w:r>
    </w:p>
    <w:p w14:paraId="4D7BA9A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>: ______  Дата: ________</w:t>
      </w:r>
    </w:p>
    <w:p w14:paraId="1C28BDFF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20D8DF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3D0B3A2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Спортивная форма</w:t>
      </w:r>
    </w:p>
    <w:p w14:paraId="72C1ED2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Снял украшения</w:t>
      </w:r>
    </w:p>
    <w:p w14:paraId="14B5252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Чувствую себя хорошо</w:t>
      </w:r>
    </w:p>
    <w:p w14:paraId="046007FE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31F4A2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Разминка</w:t>
      </w:r>
    </w:p>
    <w:p w14:paraId="126D955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Бегал по залу</w:t>
      </w:r>
    </w:p>
    <w:p w14:paraId="1105E65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Делал разминку</w:t>
      </w:r>
    </w:p>
    <w:p w14:paraId="2A6388D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СБУ</w:t>
      </w:r>
    </w:p>
    <w:p w14:paraId="4785F1D4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89B3BA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764CC6F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Имитировал удар снизу сбоку</w:t>
      </w:r>
    </w:p>
    <w:p w14:paraId="7A78F1D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Бил снизу с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набрасывания</w:t>
      </w:r>
    </w:p>
    <w:p w14:paraId="0CE2299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короткие удары у сетки</w:t>
      </w:r>
    </w:p>
    <w:p w14:paraId="5B63062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Принимал у сетки и возвращался в центр</w:t>
      </w:r>
    </w:p>
    <w:p w14:paraId="00F121F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Сочетал удары у сетки и сверху</w:t>
      </w:r>
    </w:p>
    <w:p w14:paraId="3DB132B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Играл с акцентом на короткую игру</w:t>
      </w:r>
    </w:p>
    <w:p w14:paraId="51F24CA0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7726E6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5C01CB1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Восстановил дыхание</w:t>
      </w:r>
    </w:p>
    <w:p w14:paraId="4BDA211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Сделал заминку</w:t>
      </w:r>
    </w:p>
    <w:p w14:paraId="0A34CF2B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6FC6D9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Мои результаты</w:t>
      </w:r>
    </w:p>
    <w:p w14:paraId="3D0583A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Попаданий ударом снизу (из 10):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</w:t>
      </w:r>
    </w:p>
    <w:p w14:paraId="1797E42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Очки в короткой игре: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39176648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1BBBD0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Самооценка</w:t>
      </w:r>
    </w:p>
    <w:p w14:paraId="2A4EE24D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Бить снизу сбоку</w:t>
      </w:r>
    </w:p>
    <w:p w14:paraId="2F4C5F04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Играть у сетки</w:t>
      </w:r>
    </w:p>
    <w:p w14:paraId="1FE5FB64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Возвращаться в центр</w:t>
      </w:r>
    </w:p>
    <w:p w14:paraId="54E9E41F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BE16D5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получил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ось: __________________________________________________</w:t>
      </w:r>
    </w:p>
    <w:p w14:paraId="022BF0D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____________________________________________________</w:t>
      </w:r>
    </w:p>
    <w:p w14:paraId="6AC3C40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7343D213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Урок № 14</w:t>
      </w:r>
    </w:p>
    <w:p w14:paraId="0BDF2714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5–6 классы</w:t>
      </w:r>
    </w:p>
    <w:p w14:paraId="71AAF847" w14:textId="3BF6B1BD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Тема: Тактика одиночной игры. Сочетания ударов</w:t>
      </w:r>
    </w:p>
    <w:p w14:paraId="70CC6B5F" w14:textId="42F494A1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6D4002E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proofErr w:type="gramStart"/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Освоить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тактические сочетания: длинный–короткий, высокий–плоский</w:t>
      </w:r>
    </w:p>
    <w:p w14:paraId="4BBC97F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Ракетки, воланы, сетка, фишки</w:t>
      </w:r>
    </w:p>
    <w:p w14:paraId="1D1E80D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Комбинированный</w:t>
      </w:r>
    </w:p>
    <w:p w14:paraId="3640EAE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(45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(30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738182DA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A85CF9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0A79D15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10 мин</w:t>
      </w:r>
    </w:p>
    <w:p w14:paraId="7E6199C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м:</w:t>
      </w:r>
    </w:p>
    <w:p w14:paraId="01553B9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 — 1 мин</w:t>
      </w:r>
    </w:p>
    <w:p w14:paraId="3DDBD0AB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 — 2 мин</w:t>
      </w:r>
    </w:p>
    <w:p w14:paraId="34E10E8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ОРФ — 4 мин</w:t>
      </w:r>
    </w:p>
    <w:p w14:paraId="38F7579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СБУ — 2 мин</w:t>
      </w:r>
    </w:p>
    <w:p w14:paraId="03E9049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Восстановление — 1 мин</w:t>
      </w:r>
    </w:p>
    <w:p w14:paraId="1D61030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2DBEAB1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06B57E8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Бег — 1 мин</w:t>
      </w:r>
    </w:p>
    <w:p w14:paraId="7BC2A75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ОРФ (5 упр.) — 2 мин</w:t>
      </w:r>
    </w:p>
    <w:p w14:paraId="759BF48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СБУ — 1 мин</w:t>
      </w:r>
    </w:p>
    <w:p w14:paraId="7B00B32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64E711A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0F9E009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Бег + ОРФ (3 упр.) — 2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мин</w:t>
      </w:r>
    </w:p>
    <w:p w14:paraId="3B88E25E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D60F74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5BFA60E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30 мин</w:t>
      </w:r>
    </w:p>
    <w:p w14:paraId="2F64C4D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47E0C2D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Тактика: «длинный–короткий» (объяснение) — 3 мин</w:t>
      </w:r>
    </w:p>
    <w:p w14:paraId="149FEF0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Отработка: длинный удар → шаг к сетке → короткий — 6 мин</w:t>
      </w:r>
    </w:p>
    <w:p w14:paraId="56A0A99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Тактика: «высокий–плоский» — 3 мин</w:t>
      </w:r>
    </w:p>
    <w:p w14:paraId="6C97EB56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Отработка: высокий → переход → плоский — 5 мин</w:t>
      </w:r>
    </w:p>
    <w:p w14:paraId="1B2C336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Сочетание в игре: задание «чередовать зоны» — 5 мин</w:t>
      </w:r>
    </w:p>
    <w:p w14:paraId="09BC1B3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Учебная игра с тактическим заданием (до 11) — 8 мин</w:t>
      </w:r>
    </w:p>
    <w:p w14:paraId="106D7E1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538B72D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«Длинный–короткий» — 4 мин</w:t>
      </w:r>
    </w:p>
    <w:p w14:paraId="27C1F30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«Высокий–плоский» — 4 мин</w:t>
      </w:r>
    </w:p>
    <w:p w14:paraId="5694571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Сочетание в игре — 4 мин</w:t>
      </w:r>
    </w:p>
    <w:p w14:paraId="13DDCC2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Учебная игра — 5 мин</w:t>
      </w:r>
    </w:p>
    <w:p w14:paraId="3EED898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39C1AA9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«Д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линный–короткий» — 4 мин</w:t>
      </w:r>
    </w:p>
    <w:p w14:paraId="55BAB66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Сочетание — 4 мин</w:t>
      </w:r>
    </w:p>
    <w:p w14:paraId="76F3784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Игра — 3 мин</w:t>
      </w:r>
    </w:p>
    <w:p w14:paraId="755B5D11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D0E447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3764993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2956979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7A034A8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6B5038B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 — 1 мин</w:t>
      </w:r>
    </w:p>
    <w:p w14:paraId="7F9C027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 — 2 мин</w:t>
      </w:r>
    </w:p>
    <w:p w14:paraId="1F178E89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65C3E89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27C0073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0CE1683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3E68491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41C8F74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55C27B2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Итоги — 0,5 мин</w:t>
      </w:r>
    </w:p>
    <w:p w14:paraId="20FAD797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22D8895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7DD95F8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УЧЕНИКА</w:t>
      </w:r>
    </w:p>
    <w:p w14:paraId="4ACF1CC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>: ______  Дата: ________</w:t>
      </w:r>
    </w:p>
    <w:p w14:paraId="068F6499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612E97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5E92862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Спортивная форма</w:t>
      </w:r>
    </w:p>
    <w:p w14:paraId="3631EB9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Снял украшения</w:t>
      </w:r>
    </w:p>
    <w:p w14:paraId="34282D7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Чувствую себя хорошо</w:t>
      </w:r>
    </w:p>
    <w:p w14:paraId="046502C1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227556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2A03CEC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Бегал по залу</w:t>
      </w:r>
    </w:p>
    <w:p w14:paraId="6F20358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Делал разминку</w:t>
      </w:r>
    </w:p>
    <w:p w14:paraId="41B3683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СБУ</w:t>
      </w:r>
    </w:p>
    <w:p w14:paraId="1AB11750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6D8270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7D5E6F5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Понял тактику «длинный–короткий»</w:t>
      </w:r>
    </w:p>
    <w:p w14:paraId="2AE24C1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Отрабатывал длинный → короткий</w:t>
      </w:r>
    </w:p>
    <w:p w14:paraId="468E3FB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Понял тактику «высокий–плоский»</w:t>
      </w:r>
    </w:p>
    <w:p w14:paraId="5A2F00C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Отрабатывал высокий → плоский</w:t>
      </w:r>
    </w:p>
    <w:p w14:paraId="583DE66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Чередовал зоны в игре</w:t>
      </w:r>
    </w:p>
    <w:p w14:paraId="59BDC16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Играл с тактическим заданием до 11</w:t>
      </w:r>
    </w:p>
    <w:p w14:paraId="5FB19C81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BCDE60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64FE098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Восстановил дыхание</w:t>
      </w:r>
    </w:p>
    <w:p w14:paraId="00C09DB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Сделал заминку</w:t>
      </w:r>
    </w:p>
    <w:p w14:paraId="786E6FBB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FC1505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Мои результаты</w:t>
      </w:r>
    </w:p>
    <w:p w14:paraId="7635200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Очки в тактической игре: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6F1BA73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Удачных сочетаний: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12EB5CE0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A56BA2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Самооценка</w:t>
      </w:r>
    </w:p>
    <w:p w14:paraId="1C2FDCD5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Чередовать длинный и короткий</w:t>
      </w:r>
    </w:p>
    <w:p w14:paraId="7337A47A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Чередовать высокий и плоский</w:t>
      </w:r>
    </w:p>
    <w:p w14:paraId="38ADD900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Соблюдать тактическое задание</w:t>
      </w:r>
    </w:p>
    <w:p w14:paraId="006AB86F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9322F3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__________________________________________________</w:t>
      </w:r>
    </w:p>
    <w:p w14:paraId="354A80B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_____________________</w:t>
      </w:r>
    </w:p>
    <w:p w14:paraId="0637C34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244A789B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Урок № 15</w:t>
      </w:r>
    </w:p>
    <w:p w14:paraId="5801A84A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5–6 классы</w:t>
      </w:r>
    </w:p>
    <w:p w14:paraId="52A1F623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Тема: Круговая тренировка (4 станции). Парная игра</w:t>
      </w:r>
    </w:p>
    <w:p w14:paraId="2A6C7761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F7D052A" w14:textId="020D83EB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6A3BEE9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proofErr w:type="gramStart"/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Развить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физические качества через станции, закрепить в парной игре</w:t>
      </w:r>
    </w:p>
    <w:p w14:paraId="183D7BB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Ракетки, воланы, сетка, скакалки, наб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ивные мячи, фишки</w:t>
      </w:r>
    </w:p>
    <w:p w14:paraId="09BEDE7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Контрольно-игровой</w:t>
      </w:r>
    </w:p>
    <w:p w14:paraId="7A683DC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(45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(30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0C182736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5A5039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7687311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10 мин</w:t>
      </w:r>
    </w:p>
    <w:p w14:paraId="3B73F20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6A192EA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 — 1 мин</w:t>
      </w:r>
    </w:p>
    <w:p w14:paraId="631F2E9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 — 2 мин</w:t>
      </w:r>
    </w:p>
    <w:p w14:paraId="3E4ADE46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ОРФ — 4 мин</w:t>
      </w:r>
    </w:p>
    <w:p w14:paraId="593DFC9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СБУ — 2 мин</w:t>
      </w:r>
    </w:p>
    <w:p w14:paraId="3A1032E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Восстановление — 1 мин</w:t>
      </w:r>
    </w:p>
    <w:p w14:paraId="1A7DA00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6071441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744F44B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Бег — 1 мин</w:t>
      </w:r>
    </w:p>
    <w:p w14:paraId="200BBFB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ОРФ (5 упр.) — 2 мин</w:t>
      </w:r>
    </w:p>
    <w:p w14:paraId="7DC712A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СБУ — 1 мин</w:t>
      </w:r>
    </w:p>
    <w:p w14:paraId="59240AA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56B89A8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030D174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Бег + ОРФ (3 упр.) — 2 мин</w:t>
      </w:r>
    </w:p>
    <w:p w14:paraId="28436174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BFE646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295DA16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30 мин</w:t>
      </w:r>
    </w:p>
    <w:p w14:paraId="0806915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7F01852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Круговая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тренировка (4 станции × 4 мин, 1 мин переход):</w:t>
      </w:r>
    </w:p>
    <w:p w14:paraId="785EE46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 Ст.1: смэш с набрасывания (10 ударов) — 4 мин</w:t>
      </w:r>
    </w:p>
    <w:p w14:paraId="6B6CB07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 Ст.2: челночный бег 4×6 м — 4 мин</w:t>
      </w:r>
    </w:p>
    <w:p w14:paraId="43BA7A8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 Ст.3: подача в 4 зоны (по 5 в каждую) — 4 мин</w:t>
      </w:r>
    </w:p>
    <w:p w14:paraId="63FA866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 Ст.4: скакалка + выпады — 4 мин</w:t>
      </w:r>
    </w:p>
    <w:p w14:paraId="1D02C13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Парная игра через сетку (до 11 оч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ков) — 10 мин</w:t>
      </w:r>
    </w:p>
    <w:p w14:paraId="0DBBEDE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Смена пар, повтор — 5 мин</w:t>
      </w:r>
    </w:p>
    <w:p w14:paraId="7DA22E8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51DFBDB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Ст.1: смэш — 3 мин</w:t>
      </w:r>
    </w:p>
    <w:p w14:paraId="0F7D289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Ст.2: челночный — 3 мин</w:t>
      </w:r>
    </w:p>
    <w:p w14:paraId="4F8BC56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Ст.3: подача — 3 мин</w:t>
      </w:r>
    </w:p>
    <w:p w14:paraId="4022083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Ст.4: скакалка — 3 мин</w:t>
      </w:r>
    </w:p>
    <w:p w14:paraId="74A21E7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Парная игра — 5 мин</w:t>
      </w:r>
    </w:p>
    <w:p w14:paraId="0A77981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2911A01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Ст.1: смэш — 3 мин</w:t>
      </w:r>
    </w:p>
    <w:p w14:paraId="24384D8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Ст.2: челночный — 3 мин</w:t>
      </w:r>
    </w:p>
    <w:p w14:paraId="1F0226F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Парная игра — 4 мин</w:t>
      </w:r>
    </w:p>
    <w:p w14:paraId="309D375B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A617A4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289D801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3D47BAF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03DC4996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34FFA74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 — 1 мин</w:t>
      </w:r>
    </w:p>
    <w:p w14:paraId="4EC139F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 — 2 мин</w:t>
      </w:r>
    </w:p>
    <w:p w14:paraId="65D8A2A6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42E49AD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5713F59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33C1FF3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3467EA5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119703C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697789E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Итоги — 0,5 мин</w:t>
      </w:r>
    </w:p>
    <w:p w14:paraId="785ADD98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0F40BB3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УЧЕНИКА</w:t>
      </w:r>
    </w:p>
    <w:p w14:paraId="3D71B90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>: ______  Дата: ________</w:t>
      </w:r>
    </w:p>
    <w:p w14:paraId="4ED51E8F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10230E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2C1C2AA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Спортивная форма</w:t>
      </w:r>
    </w:p>
    <w:p w14:paraId="4F9C01E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Снял украшения</w:t>
      </w:r>
    </w:p>
    <w:p w14:paraId="2F01191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Чувствую себя хорошо</w:t>
      </w:r>
    </w:p>
    <w:p w14:paraId="582B4C1C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013AB1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5D97277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Бегал по залу</w:t>
      </w:r>
    </w:p>
    <w:p w14:paraId="0AD1A3C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Делал разминку</w:t>
      </w:r>
    </w:p>
    <w:p w14:paraId="2783B3F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СБУ</w:t>
      </w:r>
    </w:p>
    <w:p w14:paraId="029C2C48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C5B6AF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1A22A6E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Прошёл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станцию 1: смэш</w:t>
      </w:r>
    </w:p>
    <w:p w14:paraId="3E68AB8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Прошёл станцию 2: челночный бег</w:t>
      </w:r>
    </w:p>
    <w:p w14:paraId="50883C5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Прошёл станцию 3: подача в зоны</w:t>
      </w:r>
    </w:p>
    <w:p w14:paraId="157EE21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Прошёл станцию 4: скакалка + выпады</w:t>
      </w:r>
    </w:p>
    <w:p w14:paraId="3FB37C9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Играл в парах до 11 очков</w:t>
      </w:r>
    </w:p>
    <w:p w14:paraId="63BEB11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Сменил пару и повторил</w:t>
      </w:r>
    </w:p>
    <w:p w14:paraId="259BFD0C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C47725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0BFABAF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Восстановил дыхание</w:t>
      </w:r>
    </w:p>
    <w:p w14:paraId="2CE4631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Сделал заминку</w:t>
      </w:r>
    </w:p>
    <w:p w14:paraId="50BA2167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FA0412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Мои результаты</w:t>
      </w:r>
    </w:p>
    <w:p w14:paraId="11F0AC7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Смэшей (из 10):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5914502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Челночный (сек):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7B52DD1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Подача в зоны (из 20):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34F9037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Очки в парной игре: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5007B28B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2595A0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Самооценка</w:t>
      </w:r>
    </w:p>
    <w:p w14:paraId="48E0C9F0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Выполнять смэш</w:t>
      </w:r>
    </w:p>
    <w:p w14:paraId="72AFE9E1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Б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егать челночный</w:t>
      </w:r>
    </w:p>
    <w:p w14:paraId="61AC59F1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Подавать в зоны</w:t>
      </w:r>
    </w:p>
    <w:p w14:paraId="2C036079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898C75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__________________________________________________</w:t>
      </w:r>
    </w:p>
    <w:p w14:paraId="3824361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Что улучшить: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</w:t>
      </w:r>
    </w:p>
    <w:p w14:paraId="603BCFE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71A35F3A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Урок № 16</w:t>
      </w:r>
    </w:p>
    <w:p w14:paraId="23892883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5–6 классы</w:t>
      </w:r>
    </w:p>
    <w:p w14:paraId="453714BE" w14:textId="6BD7F12D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Тема: Контрольный: нормативы и соревновательная игра</w:t>
      </w:r>
    </w:p>
    <w:p w14:paraId="0914B153" w14:textId="5B8A8332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79E3683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Цель: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Контроль освоения навыков бадминтона за модуль</w:t>
      </w:r>
    </w:p>
    <w:p w14:paraId="2422B0A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Ракетки, воланы, сетка,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секундомер, скакалки</w:t>
      </w:r>
    </w:p>
    <w:p w14:paraId="61DF84A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Контрольный</w:t>
      </w:r>
    </w:p>
    <w:p w14:paraId="56F1DFC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(45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(30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1822A399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3EAD0F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625E756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8 мин</w:t>
      </w:r>
    </w:p>
    <w:p w14:paraId="5CCAF80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719A68A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 — 1 мин</w:t>
      </w:r>
    </w:p>
    <w:p w14:paraId="4BACCFE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Разминка: бег, ОРФ — 5 мин</w:t>
      </w:r>
    </w:p>
    <w:p w14:paraId="3FB02AC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52AB">
        <w:rPr>
          <w:rFonts w:ascii="Times New Roman" w:hAnsi="Times New Roman" w:cs="Times New Roman"/>
          <w:sz w:val="28"/>
          <w:szCs w:val="28"/>
          <w:lang w:val="ru-RU"/>
        </w:rPr>
        <w:t>Спецразминка</w:t>
      </w:r>
      <w:proofErr w:type="spell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— 2 мин</w:t>
      </w:r>
    </w:p>
    <w:p w14:paraId="6466030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388F5BF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6EC7071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Разминка — 3 мин</w:t>
      </w:r>
    </w:p>
    <w:p w14:paraId="6466DAD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58E61E7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0F2C2D4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Разминка — 2 мин</w:t>
      </w:r>
    </w:p>
    <w:p w14:paraId="2CD0BE8D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F2AF9F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 — нормативы</w:t>
      </w:r>
    </w:p>
    <w:p w14:paraId="0EC380C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32 мин</w:t>
      </w:r>
    </w:p>
    <w:p w14:paraId="7D2FE6D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31B6FDA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Норматив 1: подача короткая (из 10) — 4 мин</w:t>
      </w:r>
    </w:p>
    <w:p w14:paraId="542DB0C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Норматив 2: подача длинная (из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10) — 4 мин</w:t>
      </w:r>
    </w:p>
    <w:p w14:paraId="77E3BC9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Норматив 3: смэш (из 10) — 4 мин</w:t>
      </w:r>
    </w:p>
    <w:p w14:paraId="76C63E06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Норматив 4: челночный 4×6 м — 4 мин</w:t>
      </w:r>
    </w:p>
    <w:p w14:paraId="2E46584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Норматив 5: скакалка 1 мин — 4 мин</w:t>
      </w:r>
    </w:p>
    <w:p w14:paraId="5BB6600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Соревновательная игра до 11 очков — 12 мин</w:t>
      </w:r>
    </w:p>
    <w:p w14:paraId="7E8E04F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29625D1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Подача короткая — 3 мин</w:t>
      </w:r>
    </w:p>
    <w:p w14:paraId="3D99121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Подача длинная — 3 мин</w:t>
      </w:r>
    </w:p>
    <w:p w14:paraId="3457F00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Смэш — 3 мин</w:t>
      </w:r>
    </w:p>
    <w:p w14:paraId="2CA0C13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Челночный — 3 мин</w:t>
      </w:r>
    </w:p>
    <w:p w14:paraId="2E21586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Игра — 5 мин</w:t>
      </w:r>
    </w:p>
    <w:p w14:paraId="5049908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313A89D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Подача короткая — 3 мин</w:t>
      </w:r>
    </w:p>
    <w:p w14:paraId="2DC6240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Смэш — 3 мин</w:t>
      </w:r>
    </w:p>
    <w:p w14:paraId="2560886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Игра — 4 мин</w:t>
      </w:r>
    </w:p>
    <w:p w14:paraId="035E37FB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0965A1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330C2B1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74DE8E7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190C350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045B70F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 модуля — 3 мин</w:t>
      </w:r>
    </w:p>
    <w:p w14:paraId="43096D4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5BB2037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573B37A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15D2081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358C08D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583C987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1804B687" w14:textId="564C3E49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Итоги — 0,5 мин</w:t>
      </w:r>
    </w:p>
    <w:p w14:paraId="07DB1A62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B8FE40F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F52AB">
        <w:rPr>
          <w:rFonts w:ascii="Times New Roman" w:hAnsi="Times New Roman" w:cs="Times New Roman"/>
          <w:b/>
          <w:sz w:val="28"/>
          <w:szCs w:val="28"/>
        </w:rPr>
        <w:t>Нормативы</w:t>
      </w:r>
      <w:proofErr w:type="spellEnd"/>
      <w:r w:rsidRPr="004F52A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52AB">
        <w:rPr>
          <w:rFonts w:ascii="Times New Roman" w:hAnsi="Times New Roman" w:cs="Times New Roman"/>
          <w:b/>
          <w:sz w:val="28"/>
          <w:szCs w:val="28"/>
        </w:rPr>
        <w:t>для</w:t>
      </w:r>
      <w:proofErr w:type="spellEnd"/>
      <w:r w:rsidRPr="004F52AB">
        <w:rPr>
          <w:rFonts w:ascii="Times New Roman" w:hAnsi="Times New Roman" w:cs="Times New Roman"/>
          <w:b/>
          <w:sz w:val="28"/>
          <w:szCs w:val="28"/>
        </w:rPr>
        <w:t xml:space="preserve"> 5–6 </w:t>
      </w:r>
      <w:proofErr w:type="spellStart"/>
      <w:r w:rsidRPr="004F52AB">
        <w:rPr>
          <w:rFonts w:ascii="Times New Roman" w:hAnsi="Times New Roman" w:cs="Times New Roman"/>
          <w:b/>
          <w:sz w:val="28"/>
          <w:szCs w:val="28"/>
        </w:rPr>
        <w:t>классов</w:t>
      </w:r>
      <w:proofErr w:type="spellEnd"/>
      <w:r w:rsidRPr="004F52AB">
        <w:rPr>
          <w:rFonts w:ascii="Times New Roman" w:hAnsi="Times New Roman" w:cs="Times New Roman"/>
          <w:b/>
          <w:sz w:val="28"/>
          <w:szCs w:val="28"/>
        </w:rPr>
        <w:t xml:space="preserve"> (бадминтон)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419"/>
        <w:gridCol w:w="3419"/>
        <w:gridCol w:w="3419"/>
      </w:tblGrid>
      <w:tr w:rsidR="00EC0F6A" w:rsidRPr="004F52AB" w14:paraId="7631659A" w14:textId="77777777">
        <w:trPr>
          <w:jc w:val="center"/>
        </w:trPr>
        <w:tc>
          <w:tcPr>
            <w:tcW w:w="3419" w:type="dxa"/>
            <w:shd w:val="clear" w:color="auto" w:fill="D9E2F3"/>
          </w:tcPr>
          <w:p w14:paraId="5A2D1812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b/>
                <w:sz w:val="28"/>
                <w:szCs w:val="28"/>
              </w:rPr>
              <w:t>Норматив</w:t>
            </w:r>
          </w:p>
        </w:tc>
        <w:tc>
          <w:tcPr>
            <w:tcW w:w="3419" w:type="dxa"/>
            <w:shd w:val="clear" w:color="auto" w:fill="D9E2F3"/>
          </w:tcPr>
          <w:p w14:paraId="0F0157DD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b/>
                <w:sz w:val="28"/>
                <w:szCs w:val="28"/>
              </w:rPr>
              <w:t>5 класс (отл.)</w:t>
            </w:r>
          </w:p>
        </w:tc>
        <w:tc>
          <w:tcPr>
            <w:tcW w:w="3419" w:type="dxa"/>
            <w:shd w:val="clear" w:color="auto" w:fill="D9E2F3"/>
          </w:tcPr>
          <w:p w14:paraId="41946D49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b/>
                <w:sz w:val="28"/>
                <w:szCs w:val="28"/>
              </w:rPr>
              <w:t>6 класс (отл.)</w:t>
            </w:r>
          </w:p>
        </w:tc>
      </w:tr>
      <w:tr w:rsidR="00EC0F6A" w:rsidRPr="004F52AB" w14:paraId="7DF9AE06" w14:textId="77777777">
        <w:trPr>
          <w:jc w:val="center"/>
        </w:trPr>
        <w:tc>
          <w:tcPr>
            <w:tcW w:w="3419" w:type="dxa"/>
          </w:tcPr>
          <w:p w14:paraId="6013CE36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Подача короткая (из 10)</w:t>
            </w:r>
          </w:p>
        </w:tc>
        <w:tc>
          <w:tcPr>
            <w:tcW w:w="3419" w:type="dxa"/>
          </w:tcPr>
          <w:p w14:paraId="72DAE4D3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19" w:type="dxa"/>
          </w:tcPr>
          <w:p w14:paraId="5289727B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0F6A" w:rsidRPr="004F52AB" w14:paraId="62A0319B" w14:textId="77777777">
        <w:trPr>
          <w:jc w:val="center"/>
        </w:trPr>
        <w:tc>
          <w:tcPr>
            <w:tcW w:w="3419" w:type="dxa"/>
          </w:tcPr>
          <w:p w14:paraId="6E96181C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Подача длинная (из 10)</w:t>
            </w:r>
          </w:p>
        </w:tc>
        <w:tc>
          <w:tcPr>
            <w:tcW w:w="3419" w:type="dxa"/>
          </w:tcPr>
          <w:p w14:paraId="0F27D4CC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19" w:type="dxa"/>
          </w:tcPr>
          <w:p w14:paraId="061B5BDF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0F6A" w:rsidRPr="004F52AB" w14:paraId="2A15020C" w14:textId="77777777">
        <w:trPr>
          <w:jc w:val="center"/>
        </w:trPr>
        <w:tc>
          <w:tcPr>
            <w:tcW w:w="3419" w:type="dxa"/>
          </w:tcPr>
          <w:p w14:paraId="369BFEF8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Смэш (из 10)</w:t>
            </w:r>
          </w:p>
        </w:tc>
        <w:tc>
          <w:tcPr>
            <w:tcW w:w="3419" w:type="dxa"/>
          </w:tcPr>
          <w:p w14:paraId="19914D02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19" w:type="dxa"/>
          </w:tcPr>
          <w:p w14:paraId="76440231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C0F6A" w:rsidRPr="004F52AB" w14:paraId="512BEE53" w14:textId="77777777">
        <w:trPr>
          <w:jc w:val="center"/>
        </w:trPr>
        <w:tc>
          <w:tcPr>
            <w:tcW w:w="3419" w:type="dxa"/>
          </w:tcPr>
          <w:p w14:paraId="02FC3DBC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Челночный 4×6 м</w:t>
            </w:r>
          </w:p>
        </w:tc>
        <w:tc>
          <w:tcPr>
            <w:tcW w:w="3419" w:type="dxa"/>
          </w:tcPr>
          <w:p w14:paraId="21D911B1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14,0 сек</w:t>
            </w:r>
          </w:p>
        </w:tc>
        <w:tc>
          <w:tcPr>
            <w:tcW w:w="3419" w:type="dxa"/>
          </w:tcPr>
          <w:p w14:paraId="1F887637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13,5 сек</w:t>
            </w:r>
          </w:p>
        </w:tc>
      </w:tr>
      <w:tr w:rsidR="00EC0F6A" w:rsidRPr="004F52AB" w14:paraId="518B5C3E" w14:textId="77777777">
        <w:trPr>
          <w:jc w:val="center"/>
        </w:trPr>
        <w:tc>
          <w:tcPr>
            <w:tcW w:w="3419" w:type="dxa"/>
          </w:tcPr>
          <w:p w14:paraId="1D62D7E5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Скакалка 1 мин</w:t>
            </w:r>
          </w:p>
        </w:tc>
        <w:tc>
          <w:tcPr>
            <w:tcW w:w="3419" w:type="dxa"/>
          </w:tcPr>
          <w:p w14:paraId="74013BB0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110 раз</w:t>
            </w:r>
          </w:p>
        </w:tc>
        <w:tc>
          <w:tcPr>
            <w:tcW w:w="3419" w:type="dxa"/>
          </w:tcPr>
          <w:p w14:paraId="6E5BC46C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120 раз</w:t>
            </w:r>
          </w:p>
        </w:tc>
      </w:tr>
    </w:tbl>
    <w:p w14:paraId="6A5E9DD9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DA7A2E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>ЧЕК-ЛИСТ УЧЕНИКА</w:t>
      </w:r>
    </w:p>
    <w:p w14:paraId="3A8E033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</w:rPr>
        <w:t>: ______  Дата: ________</w:t>
      </w:r>
    </w:p>
    <w:p w14:paraId="751E19E9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ED5040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>Подготовка к уроку</w:t>
      </w:r>
    </w:p>
    <w:p w14:paraId="6D08F25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Спортивная форма</w:t>
      </w:r>
    </w:p>
    <w:p w14:paraId="0B45AD0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Снял украшения</w:t>
      </w:r>
    </w:p>
    <w:p w14:paraId="0B0AB83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Чувствую себя хорошо</w:t>
      </w:r>
    </w:p>
    <w:p w14:paraId="354AAA78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C7A7AD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lastRenderedPageBreak/>
        <w:t>Разминка</w:t>
      </w:r>
    </w:p>
    <w:p w14:paraId="51C6406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Бегал на разминке</w:t>
      </w:r>
    </w:p>
    <w:p w14:paraId="3DA163C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 xml:space="preserve">Делал </w:t>
      </w:r>
      <w:r w:rsidRPr="004F52AB">
        <w:rPr>
          <w:rFonts w:ascii="Times New Roman" w:hAnsi="Times New Roman" w:cs="Times New Roman"/>
          <w:sz w:val="28"/>
          <w:szCs w:val="28"/>
        </w:rPr>
        <w:t>упражнения</w:t>
      </w:r>
    </w:p>
    <w:p w14:paraId="737E3B4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Разминался с ракеткой</w:t>
      </w:r>
    </w:p>
    <w:p w14:paraId="4CB63A5D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5E9D49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14:paraId="768D26F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Сдавал: подача короткая</w:t>
      </w:r>
    </w:p>
    <w:p w14:paraId="201C3BC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Сдавал: подача длинная</w:t>
      </w:r>
    </w:p>
    <w:p w14:paraId="762E12B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Сдавал: смэш</w:t>
      </w:r>
    </w:p>
    <w:p w14:paraId="6091C78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Сдавал: челночный бег</w:t>
      </w:r>
    </w:p>
    <w:p w14:paraId="539FA0F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Сдавал: скакалка</w:t>
      </w:r>
    </w:p>
    <w:p w14:paraId="2DEEFC4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Играл соревновательную игру</w:t>
      </w:r>
    </w:p>
    <w:p w14:paraId="4451BDE9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EEF665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>Заминка</w:t>
      </w:r>
    </w:p>
    <w:p w14:paraId="1136EC0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Восстановил дыхание</w:t>
      </w:r>
    </w:p>
    <w:p w14:paraId="0308C3A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Сделал заминку</w:t>
      </w:r>
    </w:p>
    <w:p w14:paraId="02457BC3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A9A8E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>Мои результаты</w:t>
      </w:r>
    </w:p>
    <w:p w14:paraId="0DC0A3B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>По</w:t>
      </w:r>
      <w:r w:rsidRPr="004F52AB">
        <w:rPr>
          <w:rFonts w:ascii="Times New Roman" w:hAnsi="Times New Roman" w:cs="Times New Roman"/>
          <w:b/>
          <w:sz w:val="28"/>
          <w:szCs w:val="28"/>
        </w:rPr>
        <w:t xml:space="preserve">дача короткая (из 10): </w:t>
      </w:r>
      <w:r w:rsidRPr="004F52AB">
        <w:rPr>
          <w:rFonts w:ascii="Times New Roman" w:hAnsi="Times New Roman" w:cs="Times New Roman"/>
          <w:sz w:val="28"/>
          <w:szCs w:val="28"/>
        </w:rPr>
        <w:t>________________</w:t>
      </w:r>
    </w:p>
    <w:p w14:paraId="325474F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 xml:space="preserve">Подача длинная (из 10): </w:t>
      </w:r>
      <w:r w:rsidRPr="004F52AB">
        <w:rPr>
          <w:rFonts w:ascii="Times New Roman" w:hAnsi="Times New Roman" w:cs="Times New Roman"/>
          <w:sz w:val="28"/>
          <w:szCs w:val="28"/>
        </w:rPr>
        <w:t>________________</w:t>
      </w:r>
    </w:p>
    <w:p w14:paraId="6D184CB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 xml:space="preserve">Смэш (из 10): </w:t>
      </w:r>
      <w:r w:rsidRPr="004F52AB">
        <w:rPr>
          <w:rFonts w:ascii="Times New Roman" w:hAnsi="Times New Roman" w:cs="Times New Roman"/>
          <w:sz w:val="28"/>
          <w:szCs w:val="28"/>
        </w:rPr>
        <w:t>________________</w:t>
      </w:r>
    </w:p>
    <w:p w14:paraId="58442DF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 xml:space="preserve">Челночный (сек): </w:t>
      </w:r>
      <w:r w:rsidRPr="004F52AB">
        <w:rPr>
          <w:rFonts w:ascii="Times New Roman" w:hAnsi="Times New Roman" w:cs="Times New Roman"/>
          <w:sz w:val="28"/>
          <w:szCs w:val="28"/>
        </w:rPr>
        <w:t>________________</w:t>
      </w:r>
    </w:p>
    <w:p w14:paraId="4AA572E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 xml:space="preserve">Скакалка (1 мин): </w:t>
      </w:r>
      <w:r w:rsidRPr="004F52AB">
        <w:rPr>
          <w:rFonts w:ascii="Times New Roman" w:hAnsi="Times New Roman" w:cs="Times New Roman"/>
          <w:sz w:val="28"/>
          <w:szCs w:val="28"/>
        </w:rPr>
        <w:t>________________</w:t>
      </w:r>
    </w:p>
    <w:p w14:paraId="48366EB2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B418DE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>Самооценка</w:t>
      </w:r>
    </w:p>
    <w:p w14:paraId="4CED1488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Подавать коротко и дл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инно</w:t>
      </w:r>
    </w:p>
    <w:p w14:paraId="3E3981F1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Выполнять смэш</w:t>
      </w:r>
    </w:p>
    <w:p w14:paraId="3F3AE0E7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Бегать челночный</w:t>
      </w:r>
    </w:p>
    <w:p w14:paraId="50D2DC67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45E372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__________________________________________________</w:t>
      </w:r>
    </w:p>
    <w:p w14:paraId="6D75D36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Что улучшить: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</w:t>
      </w:r>
    </w:p>
    <w:p w14:paraId="5C3C6EF6" w14:textId="45FE68EF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579AB1C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СРЕДНЯЯ ШКОЛА (7–8 КЛАССЫ)</w:t>
      </w:r>
    </w:p>
    <w:p w14:paraId="3B15178D" w14:textId="16B13D40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Уроки 11–16 | Спортивный зал</w:t>
      </w:r>
    </w:p>
    <w:p w14:paraId="33354009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Урок № 11</w:t>
      </w:r>
    </w:p>
    <w:p w14:paraId="1CE65B82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7–8 классы</w:t>
      </w:r>
    </w:p>
    <w:p w14:paraId="67004E4C" w14:textId="28876FE8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Тема: Совершенствование подач и удара сверху. Тактические комбинации</w:t>
      </w:r>
    </w:p>
    <w:p w14:paraId="5A5F8B53" w14:textId="6EDCDED6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ТЕЛЯ</w:t>
      </w:r>
    </w:p>
    <w:p w14:paraId="1E70C26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proofErr w:type="gramStart"/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Совершенствовать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технику подач и ударов, ввести тактические комбинации</w:t>
      </w:r>
    </w:p>
    <w:p w14:paraId="66DE955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Ракетки, воланы, сетка, фишки</w:t>
      </w:r>
    </w:p>
    <w:p w14:paraId="04137BE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Обучающий</w:t>
      </w:r>
    </w:p>
    <w:p w14:paraId="7A8606B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(45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(30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02BC8F99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6DD907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4CFBDB5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8–10 мин</w:t>
      </w:r>
    </w:p>
    <w:p w14:paraId="751A1BE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05AD4676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Построение, задача — 1 мин</w:t>
      </w:r>
    </w:p>
    <w:p w14:paraId="6374D2B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Бег, приставные шаги — 2 мин</w:t>
      </w:r>
    </w:p>
    <w:p w14:paraId="13C58D8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ОРФ (8 упр.) — 4 мин</w:t>
      </w:r>
    </w:p>
    <w:p w14:paraId="1CD25679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СБУ с ракеткой — 2 мин</w:t>
      </w:r>
    </w:p>
    <w:p w14:paraId="4C4C13C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Восстановление — 1 мин</w:t>
      </w:r>
    </w:p>
    <w:p w14:paraId="1DA0BA5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3A19D37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0BD2E5C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Бег — 1 мин</w:t>
      </w:r>
    </w:p>
    <w:p w14:paraId="34C60A2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ОРФ (5 упр.) — 2 мин</w:t>
      </w:r>
    </w:p>
    <w:p w14:paraId="2C80C54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СБУ — 1 мин</w:t>
      </w:r>
    </w:p>
    <w:p w14:paraId="631DDED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0BFB672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46B0223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Бег + ОРФ (3 упр.) — 2 мин</w:t>
      </w:r>
    </w:p>
    <w:p w14:paraId="6E1DB840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5325D6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7835C62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30–32 мин</w:t>
      </w:r>
    </w:p>
    <w:p w14:paraId="41FEC30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658D5BE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Совершенствование: подача короткая и длинная (20 попыток) — 4 мин</w:t>
      </w:r>
    </w:p>
    <w:p w14:paraId="7B0C989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Удар сверху: смэш с подачи (напра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вление в зоны) — 5 мин</w:t>
      </w:r>
    </w:p>
    <w:p w14:paraId="2D47D97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Удар сверху: плоский удар (драйв) — 4 мин</w:t>
      </w:r>
    </w:p>
    <w:p w14:paraId="386E6BA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Тактическая комбинация: подача → смэш → игра у сетки — 6 мин</w:t>
      </w:r>
    </w:p>
    <w:p w14:paraId="7F24625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Отработка: длинный → короткий → смэш — 5 мин</w:t>
      </w:r>
    </w:p>
    <w:p w14:paraId="31DEB0A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Учебная игра с тактическим заданием (до 11) — 8 мин</w:t>
      </w:r>
    </w:p>
    <w:p w14:paraId="472BBDE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7421FCF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Подачи — 3 мин</w:t>
      </w:r>
    </w:p>
    <w:p w14:paraId="56F2A80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Смэш — 4 мин</w:t>
      </w:r>
    </w:p>
    <w:p w14:paraId="36262BE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Драйв — 3 мин</w:t>
      </w:r>
    </w:p>
    <w:p w14:paraId="7170133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Комбинация — 4 мин</w:t>
      </w:r>
    </w:p>
    <w:p w14:paraId="739D0E7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Игра — 5 мин</w:t>
      </w:r>
    </w:p>
    <w:p w14:paraId="6B402EE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1854987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Подачи — 3 мин</w:t>
      </w:r>
    </w:p>
    <w:p w14:paraId="0069851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Смэш — 4 мин</w:t>
      </w:r>
    </w:p>
    <w:p w14:paraId="6B22985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Игра — 3 мин</w:t>
      </w:r>
    </w:p>
    <w:p w14:paraId="293C3B06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6B1143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526092C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5DEC13F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44C5E61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771986A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 — 1 мин</w:t>
      </w:r>
    </w:p>
    <w:p w14:paraId="2950982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 — 2 мин</w:t>
      </w:r>
    </w:p>
    <w:p w14:paraId="13E8F87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6B8FC15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04F932F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67244FF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771DBA8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4A8AE06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4CCEE0C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Итоги — 0,5 мин</w:t>
      </w:r>
    </w:p>
    <w:p w14:paraId="3790F4BA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F094847" w14:textId="2A5DA37E" w:rsidR="00EC0F6A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555D40A" w14:textId="77777777" w:rsidR="004F52AB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226BB4A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УЧЕНИКА</w:t>
      </w:r>
    </w:p>
    <w:p w14:paraId="12EBC42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>: ______  Дата: ________</w:t>
      </w:r>
    </w:p>
    <w:p w14:paraId="79D0BD78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801925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4F58D7A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Спортивная форма и кроссовки</w:t>
      </w:r>
    </w:p>
    <w:p w14:paraId="1E56ABD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Снял украшения и часы</w:t>
      </w:r>
    </w:p>
    <w:p w14:paraId="7E0A2B9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Чувствую себя хорошо</w:t>
      </w:r>
    </w:p>
    <w:p w14:paraId="673748AC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EEBE26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Разминка</w:t>
      </w:r>
    </w:p>
    <w:p w14:paraId="4A593CD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Бегал с приставными шагами</w:t>
      </w:r>
    </w:p>
    <w:p w14:paraId="5C7F0EF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Делал разминку (8 упр.)</w:t>
      </w:r>
    </w:p>
    <w:p w14:paraId="116F03C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СБУ с ракеткой</w:t>
      </w:r>
    </w:p>
    <w:p w14:paraId="6AF103DE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B2E514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7AF13E4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Совершенствовал подачи (короткая/длинная)</w:t>
      </w:r>
    </w:p>
    <w:p w14:paraId="13EE0A3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смэш с подачи в зоны</w:t>
      </w:r>
    </w:p>
    <w:p w14:paraId="2E09FE3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Освоил плоский удар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(драйв)</w:t>
      </w:r>
    </w:p>
    <w:p w14:paraId="5069C2C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Отрабатывал комбинацию: подача → смэш → сетка</w:t>
      </w:r>
    </w:p>
    <w:p w14:paraId="0462BE8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Отрабатывал: длинный → короткий → смэш</w:t>
      </w:r>
    </w:p>
    <w:p w14:paraId="5B3470F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Играл с тактическим заданием до 11</w:t>
      </w:r>
    </w:p>
    <w:p w14:paraId="05DEED2F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43DC6B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60FC4AF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Восстановил дыхание</w:t>
      </w:r>
    </w:p>
    <w:p w14:paraId="49D5D22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Сделал заминку</w:t>
      </w:r>
    </w:p>
    <w:p w14:paraId="2AED1BBC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54DB9C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Мои результаты</w:t>
      </w:r>
    </w:p>
    <w:p w14:paraId="71DD409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Попаданий смэшем (из 10):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5003C24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Попаданий драйв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ом (из 10):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3B40634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Очки в тактической игре: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302D5397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5EC958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Самооценка</w:t>
      </w:r>
    </w:p>
    <w:p w14:paraId="70325049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Выполнять смэш и драйв</w:t>
      </w:r>
    </w:p>
    <w:p w14:paraId="553EE958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Комбинировать удары</w:t>
      </w:r>
    </w:p>
    <w:p w14:paraId="698AB34D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Собл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юдать тактическое задание</w:t>
      </w:r>
    </w:p>
    <w:p w14:paraId="090D851D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6B871D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__________________________________________________</w:t>
      </w:r>
    </w:p>
    <w:p w14:paraId="4CF429C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____________________________________________________</w:t>
      </w:r>
    </w:p>
    <w:p w14:paraId="4DF4C8D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42C97D07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Урок № 12</w:t>
      </w:r>
    </w:p>
    <w:p w14:paraId="46CE53BA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7–8 классы</w:t>
      </w:r>
    </w:p>
    <w:p w14:paraId="5E7E387A" w14:textId="28B47779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Тема: Тактика одиночной игры. Моделирование игровых 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ситуаций</w:t>
      </w:r>
    </w:p>
    <w:p w14:paraId="3E6736FA" w14:textId="2E582FC1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18B4FD3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proofErr w:type="gramStart"/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Освоить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тактику одиночной игры через моделирование ситуаций</w:t>
      </w:r>
    </w:p>
    <w:p w14:paraId="726241F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Ракетки, воланы, сетка, фишки</w:t>
      </w:r>
    </w:p>
    <w:p w14:paraId="3E89F35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Комбинированный</w:t>
      </w:r>
    </w:p>
    <w:p w14:paraId="4D49B45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(45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(30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1F973B21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7C4213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0A3A94E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8–10 мин</w:t>
      </w:r>
    </w:p>
    <w:p w14:paraId="046FCAB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4FC0DC6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 — 1 мин</w:t>
      </w:r>
    </w:p>
    <w:p w14:paraId="34D3E99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 — 2 мин</w:t>
      </w:r>
    </w:p>
    <w:p w14:paraId="40B4B94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ОРФ — 4 мин</w:t>
      </w:r>
    </w:p>
    <w:p w14:paraId="7034521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СБУ — 2 мин</w:t>
      </w:r>
    </w:p>
    <w:p w14:paraId="223F6919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Восстановление — 1 мин</w:t>
      </w:r>
    </w:p>
    <w:p w14:paraId="75AFA50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6E5B835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47CA939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Бег — 1 мин</w:t>
      </w:r>
    </w:p>
    <w:p w14:paraId="418E0DB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ОРФ (5 упр.) — 2 мин</w:t>
      </w:r>
    </w:p>
    <w:p w14:paraId="01B0B58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СБУ — 1 мин</w:t>
      </w:r>
    </w:p>
    <w:p w14:paraId="73305DD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218D1FF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3E0FC78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Бег + ОРФ (3 упр.) — 2 мин</w:t>
      </w:r>
    </w:p>
    <w:p w14:paraId="7E676C59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0B4836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0821BDA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30–32 мин</w:t>
      </w:r>
    </w:p>
    <w:p w14:paraId="1175116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5329413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Тактика: «атака задней линии → сброс у сетки» — 5 мин</w:t>
      </w:r>
    </w:p>
    <w:p w14:paraId="70B76F3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Моделирование: соперник у задней линии → сброс — 5 мин</w:t>
      </w:r>
    </w:p>
    <w:p w14:paraId="4832461B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Тактика: «высокий </w:t>
      </w:r>
      <w:proofErr w:type="spellStart"/>
      <w:r w:rsidRPr="004F52AB">
        <w:rPr>
          <w:rFonts w:ascii="Times New Roman" w:hAnsi="Times New Roman" w:cs="Times New Roman"/>
          <w:sz w:val="28"/>
          <w:szCs w:val="28"/>
          <w:lang w:val="ru-RU"/>
        </w:rPr>
        <w:t>отпбор</w:t>
      </w:r>
      <w:proofErr w:type="spell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→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контратака смэшем» — 5 мин</w:t>
      </w:r>
    </w:p>
    <w:p w14:paraId="4BB84B6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Моделирование: два высоких → смэш — 5 мин</w:t>
      </w:r>
    </w:p>
    <w:p w14:paraId="7831A73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Тактика: «приём у сетки → перевод в дальний угол» — 5 мин</w:t>
      </w:r>
    </w:p>
    <w:p w14:paraId="23E8483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Учебная игра с моделированием (до 11) — 7 мин</w:t>
      </w:r>
    </w:p>
    <w:p w14:paraId="2128179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1A1EB88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«Атака → сброс» — 4 мин</w:t>
      </w:r>
    </w:p>
    <w:p w14:paraId="2798F7D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«Высокий → смэш» — 4 мин</w:t>
      </w:r>
    </w:p>
    <w:p w14:paraId="3269D2A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«Сетка → перевод» — 4 мин</w:t>
      </w:r>
    </w:p>
    <w:p w14:paraId="20C3CDD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Игра — 5 мин</w:t>
      </w:r>
    </w:p>
    <w:p w14:paraId="12BCF4F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760EA09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«Атака → сброс» — 4 мин</w:t>
      </w:r>
    </w:p>
    <w:p w14:paraId="2A339A2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«Высокий → смэш» — 4 мин</w:t>
      </w:r>
    </w:p>
    <w:p w14:paraId="18AE513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Игра — 3 мин</w:t>
      </w:r>
    </w:p>
    <w:p w14:paraId="726F8765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BAA1FA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088D548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30EFEF5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7FBCEC6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0DC761C0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 — 1 мин</w:t>
      </w:r>
    </w:p>
    <w:p w14:paraId="34FDCD4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 — 2 мин</w:t>
      </w:r>
    </w:p>
    <w:p w14:paraId="07B9F8E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048ED8B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771D992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458A87B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6E84BFF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75C5035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221E7C8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Итоги — 0,5 мин</w:t>
      </w:r>
    </w:p>
    <w:p w14:paraId="23D34C72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C2879B7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УЧЕНИКА</w:t>
      </w:r>
    </w:p>
    <w:p w14:paraId="37D26C8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>: ______  Дата: ________</w:t>
      </w:r>
    </w:p>
    <w:p w14:paraId="1E9B157F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E946C6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5F10496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Спортивная форма</w:t>
      </w:r>
    </w:p>
    <w:p w14:paraId="0EDD741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Снял украшения</w:t>
      </w:r>
    </w:p>
    <w:p w14:paraId="60BACD7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Чувствую себя хорошо</w:t>
      </w:r>
    </w:p>
    <w:p w14:paraId="796898BA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CB8239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7F3B043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Бегал по залу</w:t>
      </w:r>
    </w:p>
    <w:p w14:paraId="161E9FE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Делал разминку</w:t>
      </w:r>
    </w:p>
    <w:p w14:paraId="2FEA4C6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СБУ</w:t>
      </w:r>
    </w:p>
    <w:p w14:paraId="4A819DDA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99181E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0E3115E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Освоил тактику «атака → сброс»</w:t>
      </w:r>
    </w:p>
    <w:p w14:paraId="0C21B4A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Освоил тактику «высокий → смэш»</w:t>
      </w:r>
    </w:p>
    <w:p w14:paraId="041C48E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Освоил тактику «сетка → перевод»</w:t>
      </w:r>
    </w:p>
    <w:p w14:paraId="4C26994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Моделировал игровые ситуации</w:t>
      </w:r>
    </w:p>
    <w:p w14:paraId="7FD2B87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Играл с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моделированием до 11</w:t>
      </w:r>
    </w:p>
    <w:p w14:paraId="51FC9E1A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34A2DA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2FC724B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Восстановил дыхание</w:t>
      </w:r>
    </w:p>
    <w:p w14:paraId="05D80BF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Сделал заминку</w:t>
      </w:r>
    </w:p>
    <w:p w14:paraId="4C4F14BC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0DB57A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Мои результаты</w:t>
      </w:r>
    </w:p>
    <w:p w14:paraId="49BD5B1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Удачных тактических комбинаций: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005D0DA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Очки в игре с моделированием: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0CE26AC9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52758B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Самооценка</w:t>
      </w:r>
    </w:p>
    <w:p w14:paraId="318264F2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Применять тактические схемы</w:t>
      </w:r>
    </w:p>
    <w:p w14:paraId="72675C9F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Моделировать ситуации</w:t>
      </w:r>
    </w:p>
    <w:p w14:paraId="3276B53E" w14:textId="082CCDF1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Контратаковать</w:t>
      </w:r>
    </w:p>
    <w:p w14:paraId="0F13E33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________________________________________________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</w:t>
      </w:r>
    </w:p>
    <w:p w14:paraId="53A4C55C" w14:textId="2CD43A8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____________________________________________________</w:t>
      </w:r>
    </w:p>
    <w:p w14:paraId="733444F8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Урок № 13</w:t>
      </w:r>
    </w:p>
    <w:p w14:paraId="3746C32C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7–8 классы</w:t>
      </w:r>
    </w:p>
    <w:p w14:paraId="75BC55FE" w14:textId="025FEEAA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Тема: Защитные удары и контратака. Психологическая подготовка</w:t>
      </w:r>
    </w:p>
    <w:p w14:paraId="77FC2371" w14:textId="64D60A8F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1EE8AC7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proofErr w:type="gramStart"/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Освоить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защитные удары и переход в контратаку</w:t>
      </w:r>
    </w:p>
    <w:p w14:paraId="5F2D72B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Инвентарь: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Ракетки, воланы, сетка</w:t>
      </w:r>
    </w:p>
    <w:p w14:paraId="6D96279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Комбинированный</w:t>
      </w:r>
    </w:p>
    <w:p w14:paraId="3479177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(45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(30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2486A4E0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C6FDB0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4A32511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8–10 мин</w:t>
      </w:r>
    </w:p>
    <w:p w14:paraId="075EC0D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5919DDB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 — 1 мин</w:t>
      </w:r>
    </w:p>
    <w:p w14:paraId="505C7460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 — 2 мин</w:t>
      </w:r>
    </w:p>
    <w:p w14:paraId="05E9631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ОРФ — 4 мин</w:t>
      </w:r>
    </w:p>
    <w:p w14:paraId="658C1A0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СБУ — 2 мин</w:t>
      </w:r>
    </w:p>
    <w:p w14:paraId="4ACED40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Восстановление — 1 мин</w:t>
      </w:r>
    </w:p>
    <w:p w14:paraId="7BAA1DA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4840D0E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799B3F8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Бег — 1 мин</w:t>
      </w:r>
    </w:p>
    <w:p w14:paraId="53E00EE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ОРФ (5 упр.) — 2 мин</w:t>
      </w:r>
    </w:p>
    <w:p w14:paraId="55A99CF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СБУ — 1 мин</w:t>
      </w:r>
    </w:p>
    <w:p w14:paraId="66F8C8F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7143706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433BAE6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Бег + ОРФ (3 упр.) — 2 мин</w:t>
      </w:r>
    </w:p>
    <w:p w14:paraId="639E8BD8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467C2E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2BADAF5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30–32 мин</w:t>
      </w:r>
    </w:p>
    <w:p w14:paraId="412BE9F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4CBB179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Защитный высокий у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дар (от обороны) — 4 мин</w:t>
      </w:r>
    </w:p>
    <w:p w14:paraId="4084256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Защитный удар сбоку (от смэша соперника) — 5 мин</w:t>
      </w:r>
    </w:p>
    <w:p w14:paraId="289B2FA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Переход: защита → контратака смэшем — 6 мин</w:t>
      </w:r>
    </w:p>
    <w:p w14:paraId="647F76E6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Ситуация: «соперник атакует — защитишься — атакуешь» — 6 мин</w:t>
      </w:r>
    </w:p>
    <w:p w14:paraId="09014AF9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Психологическая подготовка: концентрация между розыгрышами — 3 мин</w:t>
      </w:r>
    </w:p>
    <w:p w14:paraId="11A5D7C6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Учебная игра с акцентом на защиту и контратаку (до 11) — 8 мин</w:t>
      </w:r>
    </w:p>
    <w:p w14:paraId="22538BF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7A2C5B3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Защитный высокий — 3 мин</w:t>
      </w:r>
    </w:p>
    <w:p w14:paraId="12B33AF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Защитный сбоку — 4 мин</w:t>
      </w:r>
    </w:p>
    <w:p w14:paraId="00E92F2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Защита → контратака — 4 мин</w:t>
      </w:r>
    </w:p>
    <w:p w14:paraId="0CC2D1D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Игра — 5 мин</w:t>
      </w:r>
    </w:p>
    <w:p w14:paraId="28F8394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55BA7C3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Защитный высокий — 3 мин</w:t>
      </w:r>
    </w:p>
    <w:p w14:paraId="6E3D737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Защита →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контратака — 4 мин</w:t>
      </w:r>
    </w:p>
    <w:p w14:paraId="46834DA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Игра — 3 мин</w:t>
      </w:r>
    </w:p>
    <w:p w14:paraId="364807EB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46497F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Заключительная часть</w:t>
      </w:r>
    </w:p>
    <w:p w14:paraId="2225BCA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1CC37D8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12B29D1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69419CC0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 — 1 мин</w:t>
      </w:r>
    </w:p>
    <w:p w14:paraId="1527555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 — 2 мин</w:t>
      </w:r>
    </w:p>
    <w:p w14:paraId="210160B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4CE8273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013567E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78E023F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49CFCDA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4410B99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50AD75E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Итоги — 0,5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мин</w:t>
      </w:r>
    </w:p>
    <w:p w14:paraId="1872FA70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DFE6266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УЧЕНИКА</w:t>
      </w:r>
    </w:p>
    <w:p w14:paraId="7311900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>: ______  Дата: ________</w:t>
      </w:r>
    </w:p>
    <w:p w14:paraId="03CE9C55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850293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264B0A7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Спортивная форма</w:t>
      </w:r>
    </w:p>
    <w:p w14:paraId="27DE248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Снял украшения</w:t>
      </w:r>
    </w:p>
    <w:p w14:paraId="102BC44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Чувствую себя хорошо</w:t>
      </w:r>
    </w:p>
    <w:p w14:paraId="7A14C574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9E7FD2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23E7D7D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Бегал по залу</w:t>
      </w:r>
    </w:p>
    <w:p w14:paraId="1050846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Делал разминку</w:t>
      </w:r>
    </w:p>
    <w:p w14:paraId="7BF39AA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СБУ</w:t>
      </w:r>
    </w:p>
    <w:p w14:paraId="4B813749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732C8F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325425E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защитный высокий удар</w:t>
      </w:r>
    </w:p>
    <w:p w14:paraId="613E48D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защитный удар сбоку</w:t>
      </w:r>
    </w:p>
    <w:p w14:paraId="2D7E002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Переходил от защиты к контратаке</w:t>
      </w:r>
    </w:p>
    <w:p w14:paraId="55D7D48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Отрабатывал ситуацию «защита → атака»</w:t>
      </w:r>
    </w:p>
    <w:p w14:paraId="5400C6A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Тренировал концентрацию между розыгрышами</w:t>
      </w:r>
    </w:p>
    <w:p w14:paraId="3CD315A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Играл с акцентом на защиту и контратаку</w:t>
      </w:r>
    </w:p>
    <w:p w14:paraId="08F22E44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DE5999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7C41A96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Восстановил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</w:t>
      </w:r>
    </w:p>
    <w:p w14:paraId="7E0D41D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Сделал заминку</w:t>
      </w:r>
    </w:p>
    <w:p w14:paraId="5DA4ACF3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18BD54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Мои результаты</w:t>
      </w:r>
    </w:p>
    <w:p w14:paraId="3C80AC1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Удачных защит (из 10):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2F572F9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Удачных контратак: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3EC9C55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Очки в игре: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5DA5773F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FDC8C6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Самооценка</w:t>
      </w:r>
    </w:p>
    <w:p w14:paraId="3B02D6BC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Защищаться высоким и сбоку</w:t>
      </w:r>
    </w:p>
    <w:p w14:paraId="76F4AE2E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получилось — Переходить в контратаку</w:t>
      </w:r>
    </w:p>
    <w:p w14:paraId="23CB0A48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Концентрироваться в игре</w:t>
      </w:r>
    </w:p>
    <w:p w14:paraId="3F563177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8B47CB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__________________________________________________</w:t>
      </w:r>
    </w:p>
    <w:p w14:paraId="6F226F0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____________________________________________________</w:t>
      </w:r>
    </w:p>
    <w:p w14:paraId="170AFA0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B2689EE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Урок № 14</w:t>
      </w:r>
    </w:p>
    <w:p w14:paraId="30862975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7–8 классы</w:t>
      </w:r>
    </w:p>
    <w:p w14:paraId="31EF27CD" w14:textId="355393A6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Тема: Парная игра. Тактика пар: зоны ответственности</w:t>
      </w:r>
    </w:p>
    <w:p w14:paraId="4C8E95BD" w14:textId="6254215E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15134A0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proofErr w:type="gramStart"/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Освоить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тактику парной игры: расстановка, зоны, взаимодействие</w:t>
      </w:r>
    </w:p>
    <w:p w14:paraId="200CBF2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Ракетки, воланы, сетка, фишки</w:t>
      </w:r>
    </w:p>
    <w:p w14:paraId="240CDF6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Комбинированный</w:t>
      </w:r>
    </w:p>
    <w:p w14:paraId="1CE355C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(45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(30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585E6139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7C4AEC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0F7312A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8–10 мин</w:t>
      </w:r>
    </w:p>
    <w:p w14:paraId="4C9EF67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0961373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 — 1 мин</w:t>
      </w:r>
    </w:p>
    <w:p w14:paraId="71906E4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 — 2 мин</w:t>
      </w:r>
    </w:p>
    <w:p w14:paraId="4CE4960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ОРФ — 4 мин</w:t>
      </w:r>
    </w:p>
    <w:p w14:paraId="785D6A5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СБУ — 2 мин</w:t>
      </w:r>
    </w:p>
    <w:p w14:paraId="32C5112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Восстановление — 1 мин</w:t>
      </w:r>
    </w:p>
    <w:p w14:paraId="4D2FC9B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3D5AC62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5E6FA67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Бег — 1 мин</w:t>
      </w:r>
    </w:p>
    <w:p w14:paraId="7C532D0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ОРФ (5 упр.) — 2 мин</w:t>
      </w:r>
    </w:p>
    <w:p w14:paraId="1DF4408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СБУ — 1 мин</w:t>
      </w:r>
    </w:p>
    <w:p w14:paraId="3E5CA88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03B9237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7091AA4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Бег + ОРФ (3 упр.) — 2 мин</w:t>
      </w:r>
    </w:p>
    <w:p w14:paraId="1F3F164E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247690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18942DD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30–32 мин</w:t>
      </w:r>
    </w:p>
    <w:p w14:paraId="07AE9EB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510AB82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Расстановка в паре: «фронтальная» и «диагональная» — 4 мин</w:t>
      </w:r>
    </w:p>
    <w:p w14:paraId="23469CF0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Зоны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ответственности: передний/задний игрок — 4 мин</w:t>
      </w:r>
    </w:p>
    <w:p w14:paraId="66FF599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Отработка: подача → игра переднего → отскок заднего — 5 мин</w:t>
      </w:r>
    </w:p>
    <w:p w14:paraId="6D1CA46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Взаимодействие: смена позиций при атаке — 5 мин</w:t>
      </w:r>
    </w:p>
    <w:p w14:paraId="7EDB3C1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Ситуация: «соперник атакует — парная защита» — 4 мин</w:t>
      </w:r>
    </w:p>
    <w:p w14:paraId="3B9CF4D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Парная учебная игра (до 11) — 10 мин</w:t>
      </w:r>
    </w:p>
    <w:p w14:paraId="0F6944F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Сок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5487199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Расстановка — 3 мин</w:t>
      </w:r>
    </w:p>
    <w:p w14:paraId="5DEE4EC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Зоны ответственности — 3 мин</w:t>
      </w:r>
    </w:p>
    <w:p w14:paraId="1A50678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Взаимодействие — 4 мин</w:t>
      </w:r>
    </w:p>
    <w:p w14:paraId="19A18ED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Парная игра — 5 мин</w:t>
      </w:r>
    </w:p>
    <w:p w14:paraId="65F0FF2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697883F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Расстановка — 3 мин</w:t>
      </w:r>
    </w:p>
    <w:p w14:paraId="4F6B283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Взаимодействие — 3 мин</w:t>
      </w:r>
    </w:p>
    <w:p w14:paraId="5CF2BA7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Парная игра — 4 мин</w:t>
      </w:r>
    </w:p>
    <w:p w14:paraId="66E95EEB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1EB53D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5BFBF2E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6BA1C68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Полный 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режим:</w:t>
      </w:r>
    </w:p>
    <w:p w14:paraId="38492D1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6A547AE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 — 1 мин</w:t>
      </w:r>
    </w:p>
    <w:p w14:paraId="45FB5000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 — 2 мин</w:t>
      </w:r>
    </w:p>
    <w:p w14:paraId="5538DB4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014207D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5D34A2E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4759FD7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625D8E1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3A216D6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58FF98FC" w14:textId="509110BA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Итоги — 0,5 мин</w:t>
      </w:r>
    </w:p>
    <w:p w14:paraId="609CCF51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ACA331C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УЧЕНИКА</w:t>
      </w:r>
    </w:p>
    <w:p w14:paraId="3A17AD7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: ______ 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Дата: ________</w:t>
      </w:r>
    </w:p>
    <w:p w14:paraId="39665E1C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73534A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3F310A3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Спортивная форма</w:t>
      </w:r>
    </w:p>
    <w:p w14:paraId="5762826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Снял украшения</w:t>
      </w:r>
    </w:p>
    <w:p w14:paraId="793184C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Чувствую себя хорошо</w:t>
      </w:r>
    </w:p>
    <w:p w14:paraId="7BBECA0F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15A9BA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6C125FC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Бегал по залу</w:t>
      </w:r>
    </w:p>
    <w:p w14:paraId="17F08C9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Делал разминку</w:t>
      </w:r>
    </w:p>
    <w:p w14:paraId="024F35A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СБУ</w:t>
      </w:r>
    </w:p>
    <w:p w14:paraId="33CB3B77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6B5034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394A6F8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Освоил расстановку «фронтальная» и «диагональная»</w:t>
      </w:r>
    </w:p>
    <w:p w14:paraId="77A4D67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Понял зоны ответственности</w:t>
      </w:r>
    </w:p>
    <w:p w14:paraId="09C3B5C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Отраб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атывал взаимодействие переднего и заднего</w:t>
      </w:r>
    </w:p>
    <w:p w14:paraId="3422199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Тренировал смену позиций при атаке</w:t>
      </w:r>
    </w:p>
    <w:p w14:paraId="1B3D995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Отрабатывал парную защиту</w:t>
      </w:r>
    </w:p>
    <w:p w14:paraId="2B562009" w14:textId="77DFF542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Играл в паре до 11 очков</w:t>
      </w:r>
    </w:p>
    <w:p w14:paraId="2217B8E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031C981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Восстановил дыхание</w:t>
      </w:r>
    </w:p>
    <w:p w14:paraId="6B50942E" w14:textId="518BB65D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Сделал заминку</w:t>
      </w:r>
    </w:p>
    <w:p w14:paraId="0D51907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Мои результаты</w:t>
      </w:r>
    </w:p>
    <w:p w14:paraId="0D20D4E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Очки в парной игре: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50B29FF5" w14:textId="683B99E4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Удачных взаимодействий: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6FAF69A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Самооценка</w:t>
      </w:r>
    </w:p>
    <w:p w14:paraId="3774D182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Взаимодействовать в паре</w:t>
      </w:r>
    </w:p>
    <w:p w14:paraId="179637BA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Менять позиции</w:t>
      </w:r>
    </w:p>
    <w:p w14:paraId="78E4A9B1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Защищаться вдвоём</w:t>
      </w:r>
    </w:p>
    <w:p w14:paraId="774EE44F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899920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получилось: __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</w:t>
      </w:r>
    </w:p>
    <w:p w14:paraId="2BB2D36B" w14:textId="1911D19A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____________________________________________________</w:t>
      </w:r>
    </w:p>
    <w:p w14:paraId="066570B0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Урок № 15</w:t>
      </w:r>
    </w:p>
    <w:p w14:paraId="7CA0C7FB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7–8 классы</w:t>
      </w:r>
    </w:p>
    <w:p w14:paraId="05307882" w14:textId="5BA2C6A1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Тема: Круговая тренировка (5 станций). Соревновательная игра</w:t>
      </w:r>
    </w:p>
    <w:p w14:paraId="230D39A3" w14:textId="0EAAE57C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4D68F7A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proofErr w:type="gramStart"/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Развить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физ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ические и технические качества через станции, закрепить в игре</w:t>
      </w:r>
    </w:p>
    <w:p w14:paraId="4EF0DE6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Ракетки, воланы, сетка, скакалки, набивные мячи, фишки</w:t>
      </w:r>
    </w:p>
    <w:p w14:paraId="0990625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Контрольно-игровой</w:t>
      </w:r>
    </w:p>
    <w:p w14:paraId="03189BE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(45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(30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6222155B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09A2A7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ая часть</w:t>
      </w:r>
    </w:p>
    <w:p w14:paraId="455CD38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8–10 мин</w:t>
      </w:r>
    </w:p>
    <w:p w14:paraId="152ACA6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25A31F9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 — 1 мин</w:t>
      </w:r>
    </w:p>
    <w:p w14:paraId="7DFFC5B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 — 2 мин</w:t>
      </w:r>
    </w:p>
    <w:p w14:paraId="5850B97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ОРФ — 4 мин</w:t>
      </w:r>
    </w:p>
    <w:p w14:paraId="2BE92A0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СБУ — 2 мин</w:t>
      </w:r>
    </w:p>
    <w:p w14:paraId="2AFD65A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Восстановление — 1 мин</w:t>
      </w:r>
    </w:p>
    <w:p w14:paraId="5631396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397391F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21B4568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Бег — 1 мин</w:t>
      </w:r>
    </w:p>
    <w:p w14:paraId="1E6834B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ОРФ (5 упр.) — 2 мин</w:t>
      </w:r>
    </w:p>
    <w:p w14:paraId="1EBA0DE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СБУ — 1 мин</w:t>
      </w:r>
    </w:p>
    <w:p w14:paraId="62B3C86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261B284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7AE5DD7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Бег + ОРФ (3 упр.) — 2 мин</w:t>
      </w:r>
    </w:p>
    <w:p w14:paraId="5F6F54EF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D1A422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03685FC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30–32 мин</w:t>
      </w:r>
    </w:p>
    <w:p w14:paraId="56303DE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13C469A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Круговая тренировка (5 станций × 3 мин, 30 сек переход):</w:t>
      </w:r>
    </w:p>
    <w:p w14:paraId="7115896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 Ст.1: смэш в зоны (4 зоны) — 3 мин</w:t>
      </w:r>
    </w:p>
    <w:p w14:paraId="6245F40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 Ст.2: челночный 6×5 м — 3 мин</w:t>
      </w:r>
    </w:p>
    <w:p w14:paraId="30B0DF2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 Ст.3: подача в зоны (</w:t>
      </w:r>
      <w:proofErr w:type="spellStart"/>
      <w:r w:rsidRPr="004F52AB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ороткая+длинная</w:t>
      </w:r>
      <w:proofErr w:type="spellEnd"/>
      <w:r w:rsidRPr="004F52AB">
        <w:rPr>
          <w:rFonts w:ascii="Times New Roman" w:hAnsi="Times New Roman" w:cs="Times New Roman"/>
          <w:sz w:val="28"/>
          <w:szCs w:val="28"/>
          <w:lang w:val="ru-RU"/>
        </w:rPr>
        <w:t>) — 3 мин</w:t>
      </w:r>
    </w:p>
    <w:p w14:paraId="0C6DD71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 Ст.4: скакалка двойная — 3 мин</w:t>
      </w:r>
    </w:p>
    <w:p w14:paraId="6CE1C48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 Ст.5: защитные удары (</w:t>
      </w:r>
      <w:proofErr w:type="spellStart"/>
      <w:r w:rsidRPr="004F52AB">
        <w:rPr>
          <w:rFonts w:ascii="Times New Roman" w:hAnsi="Times New Roman" w:cs="Times New Roman"/>
          <w:sz w:val="28"/>
          <w:szCs w:val="28"/>
          <w:lang w:val="ru-RU"/>
        </w:rPr>
        <w:t>высокий+сбоку</w:t>
      </w:r>
      <w:proofErr w:type="spellEnd"/>
      <w:r w:rsidRPr="004F52AB">
        <w:rPr>
          <w:rFonts w:ascii="Times New Roman" w:hAnsi="Times New Roman" w:cs="Times New Roman"/>
          <w:sz w:val="28"/>
          <w:szCs w:val="28"/>
          <w:lang w:val="ru-RU"/>
        </w:rPr>
        <w:t>) — 3 мин</w:t>
      </w:r>
    </w:p>
    <w:p w14:paraId="2C3E59B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Соревновательная игра (турнир на выбывание) — 15 мин</w:t>
      </w:r>
    </w:p>
    <w:p w14:paraId="6F03E0E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02D7AC3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Ст.1: смэш — 2 мин</w:t>
      </w:r>
    </w:p>
    <w:p w14:paraId="26F6EA7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Ст.2: челночный — 2 мин</w:t>
      </w:r>
    </w:p>
    <w:p w14:paraId="698C9B7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Ст.3: подача — 2 мин</w:t>
      </w:r>
    </w:p>
    <w:p w14:paraId="5234E75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Ст.4: скакалка — 2 мин</w:t>
      </w:r>
    </w:p>
    <w:p w14:paraId="529CD16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Ст.5: защита — 2 мин</w:t>
      </w:r>
    </w:p>
    <w:p w14:paraId="6519FE2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Игра — 5 мин</w:t>
      </w:r>
    </w:p>
    <w:p w14:paraId="3137548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32B2109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Ст.1: смэш — 3 мин</w:t>
      </w:r>
    </w:p>
    <w:p w14:paraId="7433330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Ст.2: челночный — 3 мин</w:t>
      </w:r>
    </w:p>
    <w:p w14:paraId="6B39093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Игра — 4 мин</w:t>
      </w:r>
    </w:p>
    <w:p w14:paraId="0622E756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41180D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2E87C31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295347A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7AF0C1C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0146257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 — 1 мин</w:t>
      </w:r>
    </w:p>
    <w:p w14:paraId="7B19098B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 — 2 мин</w:t>
      </w:r>
    </w:p>
    <w:p w14:paraId="0A90113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53F1F3D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0424CFD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1346E05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21197D5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69EB3A1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1CC0C991" w14:textId="4D32751A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Итоги — 0,5 мин</w:t>
      </w:r>
    </w:p>
    <w:p w14:paraId="2B018D01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58B329B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УЧЕНИКА</w:t>
      </w:r>
    </w:p>
    <w:p w14:paraId="78215CF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>: ______  Дата: ________</w:t>
      </w:r>
    </w:p>
    <w:p w14:paraId="32F77479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A3C279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50C7995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Спортивная форма</w:t>
      </w:r>
    </w:p>
    <w:p w14:paraId="145224A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Снял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украшения</w:t>
      </w:r>
    </w:p>
    <w:p w14:paraId="2E55CFA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Чувствую себя хорошо</w:t>
      </w:r>
    </w:p>
    <w:p w14:paraId="2D0CD69F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092632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6AF1F33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Бегал по залу</w:t>
      </w:r>
    </w:p>
    <w:p w14:paraId="5F0CFD2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Делал разминку</w:t>
      </w:r>
    </w:p>
    <w:p w14:paraId="10583EB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СБУ</w:t>
      </w:r>
    </w:p>
    <w:p w14:paraId="246A0CBB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377222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5C65D8D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Ст.1: смэш в зоны</w:t>
      </w:r>
    </w:p>
    <w:p w14:paraId="4A3C32B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Ст.2: челночный 6×5 м</w:t>
      </w:r>
    </w:p>
    <w:p w14:paraId="0272F12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Ст.3: подача в зоны</w:t>
      </w:r>
    </w:p>
    <w:p w14:paraId="0E990D2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Ст.4: скакалка двойная</w:t>
      </w:r>
    </w:p>
    <w:p w14:paraId="209A515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Ст.5: защитные удары</w:t>
      </w:r>
    </w:p>
    <w:p w14:paraId="5B2E20C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Участвовал в турнире</w:t>
      </w:r>
    </w:p>
    <w:p w14:paraId="13ABA33F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AA2698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03B7180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Восстановил дыхание</w:t>
      </w:r>
    </w:p>
    <w:p w14:paraId="22211F3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Сделал заминку</w:t>
      </w:r>
    </w:p>
    <w:p w14:paraId="6BB7E2BD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882515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Мои результаты</w:t>
      </w:r>
    </w:p>
    <w:p w14:paraId="0A783B6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Смэш (из 10):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418C618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Челночный (сек):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4186098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Скакалка (1 мин):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4E2759B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Место в турнире: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56A91EF0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114C12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Самооценка</w:t>
      </w:r>
    </w:p>
    <w:p w14:paraId="044267C3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Смэш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 зоны</w:t>
      </w:r>
    </w:p>
    <w:p w14:paraId="0293439D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Челночный бег</w:t>
      </w:r>
    </w:p>
    <w:p w14:paraId="6695921C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Защитные удары</w:t>
      </w:r>
    </w:p>
    <w:p w14:paraId="13131F3C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FA1E9D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__________________________________________________</w:t>
      </w:r>
    </w:p>
    <w:p w14:paraId="6195651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Что улучшить: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____________________________________________________</w:t>
      </w:r>
    </w:p>
    <w:p w14:paraId="3B53870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0E7024C9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Урок № 16</w:t>
      </w:r>
    </w:p>
    <w:p w14:paraId="7F3FF58D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7–8 классы</w:t>
      </w:r>
    </w:p>
    <w:p w14:paraId="75366DAF" w14:textId="14ED7D8A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Тема: Контрольный: нормативы и соревновательный турнир</w:t>
      </w:r>
    </w:p>
    <w:p w14:paraId="532C1897" w14:textId="23C342FC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5DB834B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Цель: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Контроль освоения навыков бадминтона за модуль</w:t>
      </w:r>
    </w:p>
    <w:p w14:paraId="7ECB44D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Ракетки, воланы, сетка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, секундомер, скакалки</w:t>
      </w:r>
    </w:p>
    <w:p w14:paraId="571CEFA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Контрольный</w:t>
      </w:r>
    </w:p>
    <w:p w14:paraId="0C23BE8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(45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(30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525206FB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FE2AA4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25AADFC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8 мин</w:t>
      </w:r>
    </w:p>
    <w:p w14:paraId="275880E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095712E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 — 1 мин</w:t>
      </w:r>
    </w:p>
    <w:p w14:paraId="6C7D566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Разминка — 5 мин</w:t>
      </w:r>
    </w:p>
    <w:p w14:paraId="1F696F0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52AB">
        <w:rPr>
          <w:rFonts w:ascii="Times New Roman" w:hAnsi="Times New Roman" w:cs="Times New Roman"/>
          <w:sz w:val="28"/>
          <w:szCs w:val="28"/>
          <w:lang w:val="ru-RU"/>
        </w:rPr>
        <w:t>Спецразминка</w:t>
      </w:r>
      <w:proofErr w:type="spell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— 2 мин</w:t>
      </w:r>
    </w:p>
    <w:p w14:paraId="2AD490A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37BDD98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094E730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Разминка — 3 мин</w:t>
      </w:r>
    </w:p>
    <w:p w14:paraId="21A061E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20D802B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19ED7B6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Разминка — 2 мин</w:t>
      </w:r>
    </w:p>
    <w:p w14:paraId="46A4E6FA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F3DF19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 — нормативы</w:t>
      </w:r>
    </w:p>
    <w:p w14:paraId="466B0A5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32 мин</w:t>
      </w:r>
    </w:p>
    <w:p w14:paraId="1378CAE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1C0CE03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Норматив 1: подача короткая (из 10) — 4 мин</w:t>
      </w:r>
    </w:p>
    <w:p w14:paraId="3501EE0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Норматив 2: смэш в зону (из 10) — 4 мин</w:t>
      </w:r>
    </w:p>
    <w:p w14:paraId="261552CB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Норматив 3: защитный высокий (из 10) — 4 мин</w:t>
      </w:r>
    </w:p>
    <w:p w14:paraId="1B15FDD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Норматив 4: челночный 6×5 м — 4 мин</w:t>
      </w:r>
    </w:p>
    <w:p w14:paraId="35B77DD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Норматив 5: скакалка 1 мин — 4 мин</w:t>
      </w:r>
    </w:p>
    <w:p w14:paraId="5B627F8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Соревновательный турнир (на выбывание) — 12 мин</w:t>
      </w:r>
    </w:p>
    <w:p w14:paraId="6CC4797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4874FFB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Подача — 3 мин</w:t>
      </w:r>
    </w:p>
    <w:p w14:paraId="4B829A3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Смэш — 3 мин</w:t>
      </w:r>
    </w:p>
    <w:p w14:paraId="6C62490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Защита — 3 мин</w:t>
      </w:r>
    </w:p>
    <w:p w14:paraId="11987BB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Челночный — 3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 мин</w:t>
      </w:r>
    </w:p>
    <w:p w14:paraId="21CF042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Турнир — 5 мин</w:t>
      </w:r>
    </w:p>
    <w:p w14:paraId="1DDF42D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19149A9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Подача — 3 мин</w:t>
      </w:r>
    </w:p>
    <w:p w14:paraId="467C1E5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Смэш — 3 мин</w:t>
      </w:r>
    </w:p>
    <w:p w14:paraId="22A527B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Турнир — 4 мин</w:t>
      </w:r>
    </w:p>
    <w:p w14:paraId="34F10965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E023BD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56BE59E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5F8BF8F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17DAF3D9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45C996A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 модуля — 3 мин</w:t>
      </w:r>
    </w:p>
    <w:p w14:paraId="61A6A30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50C8E2C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45B12F6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3974825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45B85FF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4D45D72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239E9A95" w14:textId="75F5CF40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Итоги — 0,5 мин</w:t>
      </w:r>
    </w:p>
    <w:p w14:paraId="169CF928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F52AB">
        <w:rPr>
          <w:rFonts w:ascii="Times New Roman" w:hAnsi="Times New Roman" w:cs="Times New Roman"/>
          <w:b/>
          <w:sz w:val="28"/>
          <w:szCs w:val="28"/>
        </w:rPr>
        <w:t>Нормативы</w:t>
      </w:r>
      <w:proofErr w:type="spellEnd"/>
      <w:r w:rsidRPr="004F52A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52AB">
        <w:rPr>
          <w:rFonts w:ascii="Times New Roman" w:hAnsi="Times New Roman" w:cs="Times New Roman"/>
          <w:b/>
          <w:sz w:val="28"/>
          <w:szCs w:val="28"/>
        </w:rPr>
        <w:t>для</w:t>
      </w:r>
      <w:proofErr w:type="spellEnd"/>
      <w:r w:rsidRPr="004F52AB">
        <w:rPr>
          <w:rFonts w:ascii="Times New Roman" w:hAnsi="Times New Roman" w:cs="Times New Roman"/>
          <w:b/>
          <w:sz w:val="28"/>
          <w:szCs w:val="28"/>
        </w:rPr>
        <w:t xml:space="preserve"> 7–8 </w:t>
      </w:r>
      <w:proofErr w:type="spellStart"/>
      <w:r w:rsidRPr="004F52AB">
        <w:rPr>
          <w:rFonts w:ascii="Times New Roman" w:hAnsi="Times New Roman" w:cs="Times New Roman"/>
          <w:b/>
          <w:sz w:val="28"/>
          <w:szCs w:val="28"/>
        </w:rPr>
        <w:t>классов</w:t>
      </w:r>
      <w:proofErr w:type="spellEnd"/>
      <w:r w:rsidRPr="004F52AB">
        <w:rPr>
          <w:rFonts w:ascii="Times New Roman" w:hAnsi="Times New Roman" w:cs="Times New Roman"/>
          <w:b/>
          <w:sz w:val="28"/>
          <w:szCs w:val="28"/>
        </w:rPr>
        <w:t xml:space="preserve"> (бадминтон)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419"/>
        <w:gridCol w:w="3419"/>
        <w:gridCol w:w="3419"/>
      </w:tblGrid>
      <w:tr w:rsidR="00EC0F6A" w:rsidRPr="004F52AB" w14:paraId="20046707" w14:textId="77777777">
        <w:trPr>
          <w:jc w:val="center"/>
        </w:trPr>
        <w:tc>
          <w:tcPr>
            <w:tcW w:w="3419" w:type="dxa"/>
            <w:shd w:val="clear" w:color="auto" w:fill="D9E2F3"/>
          </w:tcPr>
          <w:p w14:paraId="1F0F41C2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b/>
                <w:sz w:val="28"/>
                <w:szCs w:val="28"/>
              </w:rPr>
              <w:t>Норматив</w:t>
            </w:r>
          </w:p>
        </w:tc>
        <w:tc>
          <w:tcPr>
            <w:tcW w:w="3419" w:type="dxa"/>
            <w:shd w:val="clear" w:color="auto" w:fill="D9E2F3"/>
          </w:tcPr>
          <w:p w14:paraId="275A7B3B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b/>
                <w:sz w:val="28"/>
                <w:szCs w:val="28"/>
              </w:rPr>
              <w:t>7 класс (отл.)</w:t>
            </w:r>
          </w:p>
        </w:tc>
        <w:tc>
          <w:tcPr>
            <w:tcW w:w="3419" w:type="dxa"/>
            <w:shd w:val="clear" w:color="auto" w:fill="D9E2F3"/>
          </w:tcPr>
          <w:p w14:paraId="55365269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b/>
                <w:sz w:val="28"/>
                <w:szCs w:val="28"/>
              </w:rPr>
              <w:t>8 класс (отл.)</w:t>
            </w:r>
          </w:p>
        </w:tc>
      </w:tr>
      <w:tr w:rsidR="00EC0F6A" w:rsidRPr="004F52AB" w14:paraId="1314241F" w14:textId="77777777">
        <w:trPr>
          <w:jc w:val="center"/>
        </w:trPr>
        <w:tc>
          <w:tcPr>
            <w:tcW w:w="3419" w:type="dxa"/>
          </w:tcPr>
          <w:p w14:paraId="63F14C0F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Подача короткая (из 10)</w:t>
            </w:r>
          </w:p>
        </w:tc>
        <w:tc>
          <w:tcPr>
            <w:tcW w:w="3419" w:type="dxa"/>
          </w:tcPr>
          <w:p w14:paraId="3AFFD775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19" w:type="dxa"/>
          </w:tcPr>
          <w:p w14:paraId="03F96E96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EC0F6A" w:rsidRPr="004F52AB" w14:paraId="168022E8" w14:textId="77777777">
        <w:trPr>
          <w:jc w:val="center"/>
        </w:trPr>
        <w:tc>
          <w:tcPr>
            <w:tcW w:w="3419" w:type="dxa"/>
          </w:tcPr>
          <w:p w14:paraId="06BA7283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Смэш в зону (из 10)</w:t>
            </w:r>
          </w:p>
        </w:tc>
        <w:tc>
          <w:tcPr>
            <w:tcW w:w="3419" w:type="dxa"/>
          </w:tcPr>
          <w:p w14:paraId="39C7B660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19" w:type="dxa"/>
          </w:tcPr>
          <w:p w14:paraId="3DAC4FDA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0F6A" w:rsidRPr="004F52AB" w14:paraId="26006EFE" w14:textId="77777777">
        <w:trPr>
          <w:jc w:val="center"/>
        </w:trPr>
        <w:tc>
          <w:tcPr>
            <w:tcW w:w="3419" w:type="dxa"/>
          </w:tcPr>
          <w:p w14:paraId="4CC7E769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Защитный высокий (из 10)</w:t>
            </w:r>
          </w:p>
        </w:tc>
        <w:tc>
          <w:tcPr>
            <w:tcW w:w="3419" w:type="dxa"/>
          </w:tcPr>
          <w:p w14:paraId="2C058BC6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419" w:type="dxa"/>
          </w:tcPr>
          <w:p w14:paraId="6BD00298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0F6A" w:rsidRPr="004F52AB" w14:paraId="030DC74E" w14:textId="77777777">
        <w:trPr>
          <w:jc w:val="center"/>
        </w:trPr>
        <w:tc>
          <w:tcPr>
            <w:tcW w:w="3419" w:type="dxa"/>
          </w:tcPr>
          <w:p w14:paraId="79AEBDCB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Челночный 6×5 м</w:t>
            </w:r>
          </w:p>
        </w:tc>
        <w:tc>
          <w:tcPr>
            <w:tcW w:w="3419" w:type="dxa"/>
          </w:tcPr>
          <w:p w14:paraId="3FB40570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12,5 сек</w:t>
            </w:r>
          </w:p>
        </w:tc>
        <w:tc>
          <w:tcPr>
            <w:tcW w:w="3419" w:type="dxa"/>
          </w:tcPr>
          <w:p w14:paraId="78417AB7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12,0 сек</w:t>
            </w:r>
          </w:p>
        </w:tc>
      </w:tr>
      <w:tr w:rsidR="00EC0F6A" w:rsidRPr="004F52AB" w14:paraId="3FF13CB5" w14:textId="77777777">
        <w:trPr>
          <w:jc w:val="center"/>
        </w:trPr>
        <w:tc>
          <w:tcPr>
            <w:tcW w:w="3419" w:type="dxa"/>
          </w:tcPr>
          <w:p w14:paraId="42A3A286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Скакалка 1 мин</w:t>
            </w:r>
          </w:p>
        </w:tc>
        <w:tc>
          <w:tcPr>
            <w:tcW w:w="3419" w:type="dxa"/>
          </w:tcPr>
          <w:p w14:paraId="1A9EC873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130 раз</w:t>
            </w:r>
          </w:p>
        </w:tc>
        <w:tc>
          <w:tcPr>
            <w:tcW w:w="3419" w:type="dxa"/>
          </w:tcPr>
          <w:p w14:paraId="587C9F1F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140 раз</w:t>
            </w:r>
          </w:p>
        </w:tc>
      </w:tr>
    </w:tbl>
    <w:p w14:paraId="24B2BA6E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7A6DD28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>ЧЕК-ЛИСТ УЧЕНИКА</w:t>
      </w:r>
    </w:p>
    <w:p w14:paraId="577F478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</w:rPr>
        <w:t>: ______  Дата: ________</w:t>
      </w:r>
    </w:p>
    <w:p w14:paraId="48E7295B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72A6DC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>Подготовка к уроку</w:t>
      </w:r>
    </w:p>
    <w:p w14:paraId="61C391A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Спортивная форма</w:t>
      </w:r>
    </w:p>
    <w:p w14:paraId="26B7FD1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Снял украшения</w:t>
      </w:r>
    </w:p>
    <w:p w14:paraId="7B74A55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Чувствую себя хорошо</w:t>
      </w:r>
    </w:p>
    <w:p w14:paraId="44F78924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67550D3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>Разминка</w:t>
      </w:r>
    </w:p>
    <w:p w14:paraId="44E8900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lastRenderedPageBreak/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Бегал на разминке</w:t>
      </w:r>
    </w:p>
    <w:p w14:paraId="28E969D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Делал упражнения</w:t>
      </w:r>
    </w:p>
    <w:p w14:paraId="6218604F" w14:textId="2EFA84CF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52AB">
        <w:rPr>
          <w:rFonts w:ascii="Times New Roman" w:hAnsi="Times New Roman" w:cs="Times New Roman"/>
          <w:sz w:val="28"/>
          <w:szCs w:val="28"/>
        </w:rPr>
        <w:t>Разминался</w:t>
      </w:r>
      <w:proofErr w:type="spellEnd"/>
      <w:r w:rsidRPr="004F52AB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4F52AB">
        <w:rPr>
          <w:rFonts w:ascii="Times New Roman" w:hAnsi="Times New Roman" w:cs="Times New Roman"/>
          <w:sz w:val="28"/>
          <w:szCs w:val="28"/>
        </w:rPr>
        <w:t>ракеткой</w:t>
      </w:r>
      <w:proofErr w:type="spellEnd"/>
    </w:p>
    <w:p w14:paraId="5C3391F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41736D5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Сдавал: подача короткая</w:t>
      </w:r>
    </w:p>
    <w:p w14:paraId="0436C72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Сдавал: смэш в зону</w:t>
      </w:r>
    </w:p>
    <w:p w14:paraId="4482D22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Сдавал: защитный высокий</w:t>
      </w:r>
    </w:p>
    <w:p w14:paraId="69C4D15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Сдавал: челночный</w:t>
      </w:r>
    </w:p>
    <w:p w14:paraId="3EA113F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Сдавал: скакалка</w:t>
      </w:r>
    </w:p>
    <w:p w14:paraId="44EF7444" w14:textId="45537D4B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Участвовал в турнире</w:t>
      </w:r>
    </w:p>
    <w:p w14:paraId="314C296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F52AB">
        <w:rPr>
          <w:rFonts w:ascii="Times New Roman" w:hAnsi="Times New Roman" w:cs="Times New Roman"/>
          <w:b/>
          <w:sz w:val="28"/>
          <w:szCs w:val="28"/>
        </w:rPr>
        <w:t>Заминка</w:t>
      </w:r>
      <w:proofErr w:type="spellEnd"/>
    </w:p>
    <w:p w14:paraId="51DC051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Восстановил дыхание</w:t>
      </w:r>
    </w:p>
    <w:p w14:paraId="4E061E53" w14:textId="55D77294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52AB">
        <w:rPr>
          <w:rFonts w:ascii="Times New Roman" w:hAnsi="Times New Roman" w:cs="Times New Roman"/>
          <w:sz w:val="28"/>
          <w:szCs w:val="28"/>
        </w:rPr>
        <w:t>Сделал</w:t>
      </w:r>
      <w:proofErr w:type="spellEnd"/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52AB">
        <w:rPr>
          <w:rFonts w:ascii="Times New Roman" w:hAnsi="Times New Roman" w:cs="Times New Roman"/>
          <w:sz w:val="28"/>
          <w:szCs w:val="28"/>
        </w:rPr>
        <w:t>заминку</w:t>
      </w:r>
      <w:proofErr w:type="spellEnd"/>
    </w:p>
    <w:p w14:paraId="5BC62EB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Мои результаты</w:t>
      </w:r>
    </w:p>
    <w:p w14:paraId="5CFB229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Подача (из 10):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</w:t>
      </w:r>
    </w:p>
    <w:p w14:paraId="296B856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Смэш (из 10):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1CE8916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Защита (из 10):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211E50D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Челночный (сек):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230F313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Скакалка (1 мин):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4A5DDB2E" w14:textId="721CCC53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Место в турнире: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0DAE59D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F52AB">
        <w:rPr>
          <w:rFonts w:ascii="Times New Roman" w:hAnsi="Times New Roman" w:cs="Times New Roman"/>
          <w:b/>
          <w:sz w:val="28"/>
          <w:szCs w:val="28"/>
        </w:rPr>
        <w:t>Самооценка</w:t>
      </w:r>
      <w:proofErr w:type="spellEnd"/>
    </w:p>
    <w:p w14:paraId="74B956AF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Подавать коротко</w:t>
      </w:r>
    </w:p>
    <w:p w14:paraId="053F5FA7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</w:t>
      </w:r>
      <w:proofErr w:type="spellStart"/>
      <w:r w:rsidRPr="004F52AB">
        <w:rPr>
          <w:rFonts w:ascii="Times New Roman" w:hAnsi="Times New Roman" w:cs="Times New Roman"/>
          <w:sz w:val="28"/>
          <w:szCs w:val="28"/>
          <w:lang w:val="ru-RU"/>
        </w:rPr>
        <w:t>Смэшить</w:t>
      </w:r>
      <w:proofErr w:type="spell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в зоны</w:t>
      </w:r>
    </w:p>
    <w:p w14:paraId="5C023232" w14:textId="5BC5B584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Защищаться высоким</w:t>
      </w:r>
    </w:p>
    <w:p w14:paraId="5B4C931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__________________________________________________</w:t>
      </w:r>
    </w:p>
    <w:p w14:paraId="23B3948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улучшит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ь: ____________________________________________________</w:t>
      </w:r>
    </w:p>
    <w:p w14:paraId="3B56ABBB" w14:textId="4AD16B42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706FBDB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СТАРШАЯ ШКОЛА (9 КЛАСС)</w:t>
      </w:r>
    </w:p>
    <w:p w14:paraId="2B6AA29A" w14:textId="03B4BAE9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Уроки 11–16 | Спортивный зал</w:t>
      </w:r>
    </w:p>
    <w:p w14:paraId="34ECAD8F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Урок № 11</w:t>
      </w:r>
    </w:p>
    <w:p w14:paraId="76CB28F4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9 класс</w:t>
      </w:r>
    </w:p>
    <w:p w14:paraId="6F3783A1" w14:textId="4773287A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Тема: Технико-тактическая подготовка. Совершенствование подач и ударов</w:t>
      </w:r>
    </w:p>
    <w:p w14:paraId="056056AC" w14:textId="27E4B420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ЕЛЯ</w:t>
      </w:r>
    </w:p>
    <w:p w14:paraId="5BE9BEC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proofErr w:type="gramStart"/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Совершенствовать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технико-тактическое мастерство, подачи и все виды ударов</w:t>
      </w:r>
    </w:p>
    <w:p w14:paraId="3148BE4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Ракетки, воланы, сетка, фишки, секундомер</w:t>
      </w:r>
    </w:p>
    <w:p w14:paraId="4EB83F1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Обучающий</w:t>
      </w:r>
    </w:p>
    <w:p w14:paraId="0D5885D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(45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(30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1814071D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361B43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664C2D5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8–10 мин</w:t>
      </w:r>
    </w:p>
    <w:p w14:paraId="1373A69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56CAB5B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Построение, задача — 1 мин</w:t>
      </w:r>
    </w:p>
    <w:p w14:paraId="39AAE70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Бег, приставные шаги — 2 мин</w:t>
      </w:r>
    </w:p>
    <w:p w14:paraId="6C6EE44B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ОРФ (8 упр.) — 4 мин</w:t>
      </w:r>
    </w:p>
    <w:p w14:paraId="7538F3C6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СБУ с ракеткой — 2 мин</w:t>
      </w:r>
    </w:p>
    <w:p w14:paraId="24ECEDB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Восстановление — 1 мин</w:t>
      </w:r>
    </w:p>
    <w:p w14:paraId="30693A6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4FF2A45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2A96668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Бег — 1 мин</w:t>
      </w:r>
    </w:p>
    <w:p w14:paraId="66E9391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ОРФ (5 упр.) — 2 мин</w:t>
      </w:r>
    </w:p>
    <w:p w14:paraId="1C40099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СБУ — 1 мин</w:t>
      </w:r>
    </w:p>
    <w:p w14:paraId="5FBC9E5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6213BAE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29F5684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Бег + ОРФ (3 упр.) — 2 мин</w:t>
      </w:r>
    </w:p>
    <w:p w14:paraId="46AE9FD8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4370DD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3F19D76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30–32 мин</w:t>
      </w:r>
    </w:p>
    <w:p w14:paraId="5D6A5BE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54543E3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Совершенствование подач: 4 вида (короткая, длинная, плоская, обманная) — 6 мин</w:t>
      </w:r>
    </w:p>
    <w:p w14:paraId="3EE40F56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Смэш: направление в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4 зоны, 20 ударов — 5 мин</w:t>
      </w:r>
    </w:p>
    <w:p w14:paraId="4E2D2F0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Драйв (плоский): вдоль сетки в зоны — 4 мин</w:t>
      </w:r>
    </w:p>
    <w:p w14:paraId="3672291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Смешивание ударов: высокий → смэш → сброс — 5 мин</w:t>
      </w:r>
    </w:p>
    <w:p w14:paraId="54A003E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Тактическая задача: «разведка соперника» — 4 мин</w:t>
      </w:r>
    </w:p>
    <w:p w14:paraId="19C2312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Учебная игра с тактическим заданием (до 11) — 8 мин</w:t>
      </w:r>
    </w:p>
    <w:p w14:paraId="49E53BA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7A2F3BC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Подачи (4 вида) — 4 мин</w:t>
      </w:r>
    </w:p>
    <w:p w14:paraId="0114482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Смэш в зоны — 4 мин</w:t>
      </w:r>
    </w:p>
    <w:p w14:paraId="0220254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Смешивание — 4 мин</w:t>
      </w:r>
    </w:p>
    <w:p w14:paraId="2643085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Игра — 5 мин</w:t>
      </w:r>
    </w:p>
    <w:p w14:paraId="74A38DA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417E89B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Подачи — 4 мин</w:t>
      </w:r>
    </w:p>
    <w:p w14:paraId="2E75F05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Смэш — 4 мин</w:t>
      </w:r>
    </w:p>
    <w:p w14:paraId="7D92490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Игра — 3 мин</w:t>
      </w:r>
    </w:p>
    <w:p w14:paraId="7008119E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098BB4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7E558DB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332BDB5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348B514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5FBA107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 — 1 мин</w:t>
      </w:r>
    </w:p>
    <w:p w14:paraId="0016B93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 — 2 мин</w:t>
      </w:r>
    </w:p>
    <w:p w14:paraId="02CC42D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712D972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7D0CF1F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74AB013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5F5AAA9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3450512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2D9AEF2E" w14:textId="0BDF075F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Итоги — 0,5 мин</w:t>
      </w:r>
    </w:p>
    <w:p w14:paraId="2BD68749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010D19C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УЧЕНИКА</w:t>
      </w:r>
    </w:p>
    <w:p w14:paraId="22744F94" w14:textId="062A6F8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>: ______  Дата: ________</w:t>
      </w:r>
    </w:p>
    <w:p w14:paraId="631D9C4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020080B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Спортивная форма и кроссовки</w:t>
      </w:r>
    </w:p>
    <w:p w14:paraId="6857E10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Снял украшения и часы</w:t>
      </w:r>
    </w:p>
    <w:p w14:paraId="0E60818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Чувствую себя хорошо</w:t>
      </w:r>
    </w:p>
    <w:p w14:paraId="275589BC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791B08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4B2E5D4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Бегал с приставными шагами</w:t>
      </w:r>
    </w:p>
    <w:p w14:paraId="4CBE0B2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Делал разминку (8 упр.)</w:t>
      </w:r>
    </w:p>
    <w:p w14:paraId="13EB9348" w14:textId="2505415F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СБУ с ракеткой</w:t>
      </w:r>
    </w:p>
    <w:p w14:paraId="4F7DF09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2D84D7D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Совершенствовал 4 вида подач</w:t>
      </w:r>
    </w:p>
    <w:p w14:paraId="5C58D89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смэш в 4 зоны</w:t>
      </w:r>
    </w:p>
    <w:p w14:paraId="5779633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Освоил драйв вдоль сетки</w:t>
      </w:r>
    </w:p>
    <w:p w14:paraId="66DFBFF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Смешивал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удары: высокий → смэш → сброс</w:t>
      </w:r>
    </w:p>
    <w:p w14:paraId="30D5680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тактическую задачу «разведка»</w:t>
      </w:r>
    </w:p>
    <w:p w14:paraId="659E0064" w14:textId="55A99D3F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Играл с тактическим заданием до 11</w:t>
      </w:r>
    </w:p>
    <w:p w14:paraId="7981DDF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062CF3D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Восстановил дыхание</w:t>
      </w:r>
    </w:p>
    <w:p w14:paraId="057F5746" w14:textId="607DCACA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Сделал заминку</w:t>
      </w:r>
    </w:p>
    <w:p w14:paraId="0143C6F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Мои результаты</w:t>
      </w:r>
    </w:p>
    <w:p w14:paraId="20349D7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Попаданий подачей (из 20):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1D8AA14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Попаданий смэшем (из 10):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</w:t>
      </w:r>
    </w:p>
    <w:p w14:paraId="6CF9D4E5" w14:textId="67025B84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Очки в тактической игре: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4769593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Самооценка</w:t>
      </w:r>
    </w:p>
    <w:p w14:paraId="2F906EEB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Выполнять 4 вида подач</w:t>
      </w:r>
    </w:p>
    <w:p w14:paraId="52FC0257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</w:t>
      </w:r>
      <w:proofErr w:type="spellStart"/>
      <w:r w:rsidRPr="004F52AB">
        <w:rPr>
          <w:rFonts w:ascii="Times New Roman" w:hAnsi="Times New Roman" w:cs="Times New Roman"/>
          <w:sz w:val="28"/>
          <w:szCs w:val="28"/>
          <w:lang w:val="ru-RU"/>
        </w:rPr>
        <w:t>Смэшить</w:t>
      </w:r>
      <w:proofErr w:type="spell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в зоны</w:t>
      </w:r>
    </w:p>
    <w:p w14:paraId="28F29CB2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Смешивать удары</w:t>
      </w:r>
    </w:p>
    <w:p w14:paraId="7E723160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DDD327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получилось: __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</w:t>
      </w:r>
    </w:p>
    <w:p w14:paraId="29E63CE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____________________________________________________</w:t>
      </w:r>
    </w:p>
    <w:p w14:paraId="00BA2D0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015E1C3F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Урок № 12</w:t>
      </w:r>
    </w:p>
    <w:p w14:paraId="126E40EE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9 класс</w:t>
      </w:r>
    </w:p>
    <w:p w14:paraId="4B393E90" w14:textId="7DC3FB98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Тема: Атакующие и защитные удары. Моделирование игровых ситуаций</w:t>
      </w:r>
    </w:p>
    <w:p w14:paraId="273D2257" w14:textId="6EA9A8F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6F5B355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proofErr w:type="gramStart"/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Совершенствовать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атакующие и защитные удары через моделирование</w:t>
      </w:r>
    </w:p>
    <w:p w14:paraId="191A9E0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Ракетки, воланы, сетка, фишки</w:t>
      </w:r>
    </w:p>
    <w:p w14:paraId="2D2E495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Комбинированный</w:t>
      </w:r>
    </w:p>
    <w:p w14:paraId="677C4EB2" w14:textId="6297FDC3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(45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(30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26E3F60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1263467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8–10 мин</w:t>
      </w:r>
    </w:p>
    <w:p w14:paraId="0591F7E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4BDF274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 — 1 мин</w:t>
      </w:r>
    </w:p>
    <w:p w14:paraId="4AF21BD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 — 2 мин</w:t>
      </w:r>
    </w:p>
    <w:p w14:paraId="4522F38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ОРФ — 4 мин</w:t>
      </w:r>
    </w:p>
    <w:p w14:paraId="68E5558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СБУ — 2 мин</w:t>
      </w:r>
    </w:p>
    <w:p w14:paraId="410E69C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Восстановление — 1 мин</w:t>
      </w:r>
    </w:p>
    <w:p w14:paraId="60FC629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4D5FF5C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7564BDD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Бег — 1 мин</w:t>
      </w:r>
    </w:p>
    <w:p w14:paraId="34D3C62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ОРФ (5 упр.) — 2 мин</w:t>
      </w:r>
    </w:p>
    <w:p w14:paraId="3B66D44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СБУ — 1 мин</w:t>
      </w:r>
    </w:p>
    <w:p w14:paraId="72E9EA5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12D05AA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37B4AA40" w14:textId="7BEF124E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Бег + ОРФ (3 уп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р.) — 2 мин</w:t>
      </w:r>
    </w:p>
    <w:p w14:paraId="28F42DD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3A8F941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30–32 мин</w:t>
      </w:r>
    </w:p>
    <w:p w14:paraId="3130B09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33F344DB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Атака: смэш по линии и по диагонали — 5 мин</w:t>
      </w:r>
    </w:p>
    <w:p w14:paraId="16A561A6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Атака: обманный удар (кинь-движение) у сетки — 4 мин</w:t>
      </w:r>
    </w:p>
    <w:p w14:paraId="619FD9D8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Защита: высокий </w:t>
      </w:r>
      <w:proofErr w:type="spellStart"/>
      <w:r w:rsidRPr="004F52AB">
        <w:rPr>
          <w:rFonts w:ascii="Times New Roman" w:hAnsi="Times New Roman" w:cs="Times New Roman"/>
          <w:sz w:val="28"/>
          <w:szCs w:val="28"/>
          <w:lang w:val="ru-RU"/>
        </w:rPr>
        <w:t>отпбор</w:t>
      </w:r>
      <w:proofErr w:type="spell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от смэша — 4 мин</w:t>
      </w:r>
    </w:p>
    <w:p w14:paraId="4C752AA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Защита: блок у сетки от драйва — 4 мин</w:t>
      </w:r>
    </w:p>
    <w:p w14:paraId="45F32EA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Моделирование: «5 розыгрышей атака → 5 защита» — 6 мин</w:t>
      </w:r>
    </w:p>
    <w:p w14:paraId="1D52780B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Учебная игра с моделированием (до 11) — 9 мин</w:t>
      </w:r>
    </w:p>
    <w:p w14:paraId="7FD405A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03E8BDD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Атака: смэш — 4 мин</w:t>
      </w:r>
    </w:p>
    <w:p w14:paraId="12C7BE8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Атака: обманный — 3 мин</w:t>
      </w:r>
    </w:p>
    <w:p w14:paraId="13E5A16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Защита: высокий — 3 мин</w:t>
      </w:r>
    </w:p>
    <w:p w14:paraId="6B6CD9A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Моделирование — 4 мин</w:t>
      </w:r>
    </w:p>
    <w:p w14:paraId="49E5FC0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Игра — 5 мин</w:t>
      </w:r>
    </w:p>
    <w:p w14:paraId="1703ADF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03364A8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Атака: смэш — 4 мин</w:t>
      </w:r>
    </w:p>
    <w:p w14:paraId="54D6F14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Защита — 4 мин</w:t>
      </w:r>
    </w:p>
    <w:p w14:paraId="54F39D9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Игра — 3 мин</w:t>
      </w:r>
    </w:p>
    <w:p w14:paraId="20F0B3EC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D331BF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3CC45AD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53DD1BC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64808ECB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32F2DD3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 — 1 мин</w:t>
      </w:r>
    </w:p>
    <w:p w14:paraId="2A1E185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 — 2 мин</w:t>
      </w:r>
    </w:p>
    <w:p w14:paraId="5F97CD3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5DA999F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4E85704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703126D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28AADD4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3DF8571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4574B3C6" w14:textId="1D9E2CD4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Итоги — 0,5 мин</w:t>
      </w:r>
    </w:p>
    <w:p w14:paraId="29218640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УЧЕНИКА</w:t>
      </w:r>
    </w:p>
    <w:p w14:paraId="06281E7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>: ______  Дата: ________</w:t>
      </w:r>
    </w:p>
    <w:p w14:paraId="4C268810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D3EA1C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66D24D6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Спортивная форма</w:t>
      </w:r>
    </w:p>
    <w:p w14:paraId="2CF1368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Снял украшения</w:t>
      </w:r>
    </w:p>
    <w:p w14:paraId="014DC043" w14:textId="582A8978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Чувствую себя хорошо</w:t>
      </w:r>
    </w:p>
    <w:p w14:paraId="1ED56BE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7C998B8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Бегал по залу</w:t>
      </w:r>
    </w:p>
    <w:p w14:paraId="2989D29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Делал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разминку</w:t>
      </w:r>
    </w:p>
    <w:p w14:paraId="2761546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СБУ</w:t>
      </w:r>
    </w:p>
    <w:p w14:paraId="5BEFFA4A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061C0E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613307F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смэш по линии и диагонали</w:t>
      </w:r>
    </w:p>
    <w:p w14:paraId="7DC617C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Освоил обманный удар у сетки</w:t>
      </w:r>
    </w:p>
    <w:p w14:paraId="338A0C5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Выполнял высокий </w:t>
      </w:r>
      <w:proofErr w:type="spellStart"/>
      <w:r w:rsidRPr="004F52AB">
        <w:rPr>
          <w:rFonts w:ascii="Times New Roman" w:hAnsi="Times New Roman" w:cs="Times New Roman"/>
          <w:sz w:val="28"/>
          <w:szCs w:val="28"/>
          <w:lang w:val="ru-RU"/>
        </w:rPr>
        <w:t>отпбор</w:t>
      </w:r>
      <w:proofErr w:type="spell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от смэша</w:t>
      </w:r>
    </w:p>
    <w:p w14:paraId="520885E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блок от драйва</w:t>
      </w:r>
    </w:p>
    <w:p w14:paraId="2C04D08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Моделировал «атака → защита»</w:t>
      </w:r>
    </w:p>
    <w:p w14:paraId="2114076E" w14:textId="72E8B33B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Играл с моделированием до 11</w:t>
      </w:r>
    </w:p>
    <w:p w14:paraId="186DC7A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4690159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Восстановил дыхание</w:t>
      </w:r>
    </w:p>
    <w:p w14:paraId="38C0837A" w14:textId="6430DB30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Сделал заминку</w:t>
      </w:r>
    </w:p>
    <w:p w14:paraId="4C80A51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Мои результаты</w:t>
      </w:r>
    </w:p>
    <w:p w14:paraId="7E49CE3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Попаданий смэшем (из 10):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7079585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Удачных защит (из 10):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012C613B" w14:textId="4155AAE9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Очки в игре: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1E9ABAE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Самооценка</w:t>
      </w:r>
    </w:p>
    <w:p w14:paraId="30FFDDD2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Атаковать смэшем и обманным</w:t>
      </w:r>
    </w:p>
    <w:p w14:paraId="62ED9A57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Защищаться высоким и блоком</w:t>
      </w:r>
    </w:p>
    <w:p w14:paraId="5046E404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Моделировать ситуации</w:t>
      </w:r>
    </w:p>
    <w:p w14:paraId="4AA65EE5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B93512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__________________________________________________</w:t>
      </w:r>
    </w:p>
    <w:p w14:paraId="0D9E315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________________________________________________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</w:t>
      </w:r>
    </w:p>
    <w:p w14:paraId="08D6E7F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378CB12A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Урок № 13</w:t>
      </w:r>
    </w:p>
    <w:p w14:paraId="2B755CF8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9 класс</w:t>
      </w:r>
    </w:p>
    <w:p w14:paraId="4E5DF256" w14:textId="0E8A8AC2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Тема: Тактические комбинации. Индивидуальная тактика</w:t>
      </w:r>
    </w:p>
    <w:p w14:paraId="3691460D" w14:textId="73F9ED58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7E393E8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proofErr w:type="gramStart"/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Освоить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индивидуальные тактические комбинации и вариативность</w:t>
      </w:r>
    </w:p>
    <w:p w14:paraId="7520D12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Ракетки, воланы, сетка, фишки</w:t>
      </w:r>
    </w:p>
    <w:p w14:paraId="0703C43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Комбинированный</w:t>
      </w:r>
    </w:p>
    <w:p w14:paraId="1B32EE95" w14:textId="56134400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Реж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(45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(30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0BF7807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3107B01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8–10 мин</w:t>
      </w:r>
    </w:p>
    <w:p w14:paraId="0EFA526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3438AF5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 — 1 мин</w:t>
      </w:r>
    </w:p>
    <w:p w14:paraId="7DAB2F4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 — 2 мин</w:t>
      </w:r>
    </w:p>
    <w:p w14:paraId="2B40FFF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ОРФ — 4 мин</w:t>
      </w:r>
    </w:p>
    <w:p w14:paraId="77A7C240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СБУ — 2 мин</w:t>
      </w:r>
    </w:p>
    <w:p w14:paraId="79D3FB3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Восстановление — 1 мин</w:t>
      </w:r>
    </w:p>
    <w:p w14:paraId="5458A75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6819CB3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4096DA4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Бег — 1 мин</w:t>
      </w:r>
    </w:p>
    <w:p w14:paraId="7641681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ОРФ (5 упр.) — 2 мин</w:t>
      </w:r>
    </w:p>
    <w:p w14:paraId="4643AD2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СБУ — 1 мин</w:t>
      </w:r>
    </w:p>
    <w:p w14:paraId="2D556BE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41188CF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65E51E6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Бег + ОРФ (3 упр.) — 2 мин</w:t>
      </w:r>
    </w:p>
    <w:p w14:paraId="21CCF9A4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F91CB5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27329C6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30–32 мин</w:t>
      </w:r>
    </w:p>
    <w:p w14:paraId="5BA5EB8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074AC13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Комбинация: «3 высоких → смэш» — 5 мин</w:t>
      </w:r>
    </w:p>
    <w:p w14:paraId="59E4176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Комбинация: «короткий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→ обманный → смэш» — 5 мин</w:t>
      </w:r>
    </w:p>
    <w:p w14:paraId="1E62A6E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Комбинация: «драйв → блок → смэш» — 5 мин</w:t>
      </w:r>
    </w:p>
    <w:p w14:paraId="49A8E51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Индивидуальная тактика: «игра на слабую сторону» — 4 мин</w:t>
      </w:r>
    </w:p>
    <w:p w14:paraId="6F6AB8D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Вариативность: смена темпа (быстрый → медленный) — 4 мин</w:t>
      </w:r>
    </w:p>
    <w:p w14:paraId="6C42F7F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Учебная игра с индивидуальным планом (до 11) — 9 мин</w:t>
      </w:r>
    </w:p>
    <w:p w14:paraId="6030689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3C2883C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Комбинация 1 — 4 мин</w:t>
      </w:r>
    </w:p>
    <w:p w14:paraId="795441D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Комбинация 2 — 4 мин</w:t>
      </w:r>
    </w:p>
    <w:p w14:paraId="306F633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Индивидуальная тактика — 3 мин</w:t>
      </w:r>
    </w:p>
    <w:p w14:paraId="3C3E548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Игра — 5 мин</w:t>
      </w:r>
    </w:p>
    <w:p w14:paraId="3E3CA7B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37F9E81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Комбинация 1 — 4 мин</w:t>
      </w:r>
    </w:p>
    <w:p w14:paraId="0948F24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Комбинация 2 — 4 мин</w:t>
      </w:r>
    </w:p>
    <w:p w14:paraId="4E834B4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Игра — 3 мин</w:t>
      </w:r>
    </w:p>
    <w:p w14:paraId="1DECF469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6692A6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2B8C651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4410167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383B1359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4D620CA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 — 1 мин</w:t>
      </w:r>
    </w:p>
    <w:p w14:paraId="458D56C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 — 2 мин</w:t>
      </w:r>
    </w:p>
    <w:p w14:paraId="5A4651B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56BA331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404625F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5E2B21D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37BDF5E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0D9016C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4475F29A" w14:textId="3C2497BB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Итоги — 0,5 мин</w:t>
      </w:r>
    </w:p>
    <w:p w14:paraId="7BE8E32C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05FF809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УЧЕНИКА</w:t>
      </w:r>
    </w:p>
    <w:p w14:paraId="6CBB3E3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>: ______  Дата: ________</w:t>
      </w:r>
    </w:p>
    <w:p w14:paraId="664ED916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9EB0CD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ку</w:t>
      </w:r>
    </w:p>
    <w:p w14:paraId="4957700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Спортивная форма</w:t>
      </w:r>
    </w:p>
    <w:p w14:paraId="3A71050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Снял украшения</w:t>
      </w:r>
    </w:p>
    <w:p w14:paraId="048D85F0" w14:textId="62DDB1B4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Чувствую себя хорошо</w:t>
      </w:r>
    </w:p>
    <w:p w14:paraId="4457F22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7CF16AD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Бегал по залу</w:t>
      </w:r>
    </w:p>
    <w:p w14:paraId="549D1F3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Делал разминку</w:t>
      </w:r>
    </w:p>
    <w:p w14:paraId="2AC42C5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СБУ</w:t>
      </w:r>
    </w:p>
    <w:p w14:paraId="42E5125E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8FE6C0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038408A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Отрабатывал комбинацию «3 высоких → смэш»</w:t>
      </w:r>
    </w:p>
    <w:p w14:paraId="7B4C2DD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Отрабатывал «короткий → обманный → смэш»</w:t>
      </w:r>
    </w:p>
    <w:p w14:paraId="3487FFD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Отрабатывал «драйв → блок →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смэш»</w:t>
      </w:r>
    </w:p>
    <w:p w14:paraId="606E36C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Применил тактику «игра на слабую сторону»</w:t>
      </w:r>
    </w:p>
    <w:p w14:paraId="7F37D35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Менял темп игры</w:t>
      </w:r>
    </w:p>
    <w:p w14:paraId="7F2A3EF0" w14:textId="6DF73F3F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Играл с индивидуальным планом до 11</w:t>
      </w:r>
    </w:p>
    <w:p w14:paraId="12BD8CC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0CCD7C7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Восстановил дыхание</w:t>
      </w:r>
    </w:p>
    <w:p w14:paraId="422D9FF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Сделал заминку</w:t>
      </w:r>
    </w:p>
    <w:p w14:paraId="6B5F081E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7C75FF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Мои результаты</w:t>
      </w:r>
    </w:p>
    <w:p w14:paraId="76BA0E6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Удачных комбинаций: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2EBACBFF" w14:textId="41425391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Очки в игре с планом: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4F30C49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Самооценк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</w:t>
      </w:r>
    </w:p>
    <w:p w14:paraId="1CF37FBF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Выполнять тактические комбинации</w:t>
      </w:r>
    </w:p>
    <w:p w14:paraId="44788B84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Играть на слабую сторону</w:t>
      </w:r>
    </w:p>
    <w:p w14:paraId="5F8D2B95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Менять темп</w:t>
      </w:r>
    </w:p>
    <w:p w14:paraId="45CDCACC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2E9BB8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Что получилось: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__________________________________________________</w:t>
      </w:r>
    </w:p>
    <w:p w14:paraId="5BCB94C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____________________________________________________</w:t>
      </w:r>
    </w:p>
    <w:p w14:paraId="2C16E69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05981E79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Урок № 14</w:t>
      </w:r>
    </w:p>
    <w:p w14:paraId="37D5BA9C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9 класс</w:t>
      </w:r>
    </w:p>
    <w:p w14:paraId="3DD01D3B" w14:textId="288CA8EF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Тема: Соревновательная деятельность. Судейство</w:t>
      </w:r>
    </w:p>
    <w:p w14:paraId="78B2BC42" w14:textId="3739A8B3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7BED1EC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proofErr w:type="gramStart"/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Подготовить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к соревнования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м, научить основам судейства</w:t>
      </w:r>
    </w:p>
    <w:p w14:paraId="52C3447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Ракетки, воланы, сетка, судейские карточки, протокол</w:t>
      </w:r>
    </w:p>
    <w:p w14:paraId="2826404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Контрольно-игровой</w:t>
      </w:r>
    </w:p>
    <w:p w14:paraId="17EAB2BE" w14:textId="3A09A6A1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(45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(30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21D7DCD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7141132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8–10 мин</w:t>
      </w:r>
    </w:p>
    <w:p w14:paraId="6889A01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м:</w:t>
      </w:r>
    </w:p>
    <w:p w14:paraId="02CF0D7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 — 1 мин</w:t>
      </w:r>
    </w:p>
    <w:p w14:paraId="5C452F4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 — 2 мин</w:t>
      </w:r>
    </w:p>
    <w:p w14:paraId="6534945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ОРФ — 4 мин</w:t>
      </w:r>
    </w:p>
    <w:p w14:paraId="2D2B7F49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СБУ — 2 мин</w:t>
      </w:r>
    </w:p>
    <w:p w14:paraId="78BED76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Восстановление — 1 мин</w:t>
      </w:r>
    </w:p>
    <w:p w14:paraId="4C5A79F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4606A43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07D6D2D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Бег — 1 мин</w:t>
      </w:r>
    </w:p>
    <w:p w14:paraId="5764059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ОРФ (5 упр.) — 2 мин</w:t>
      </w:r>
    </w:p>
    <w:p w14:paraId="3336FFC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СБУ — 1 мин</w:t>
      </w:r>
    </w:p>
    <w:p w14:paraId="5FFFE05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764E626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382168A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Бег + ОРФ (3 упр.) — 2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мин</w:t>
      </w:r>
    </w:p>
    <w:p w14:paraId="74B9804C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B7BE07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2A5E1A3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30–32 мин</w:t>
      </w:r>
    </w:p>
    <w:p w14:paraId="77201DD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2625E95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Правила соревнований: краткое повторение — 3 мин</w:t>
      </w:r>
    </w:p>
    <w:p w14:paraId="1774C06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Судейство: обязанности судьи на линии — 3 мин</w:t>
      </w:r>
    </w:p>
    <w:p w14:paraId="7505686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Судейство: обязанности главного судьи — 3 мин</w:t>
      </w:r>
    </w:p>
    <w:p w14:paraId="6B82704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Практика судейства: ученики судят пару — 5 мин</w:t>
      </w:r>
    </w:p>
    <w:p w14:paraId="061B788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Разминк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перед матчем (по ритуалу) — 3 мин</w:t>
      </w:r>
    </w:p>
    <w:p w14:paraId="66EB367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Соревновательная игра в подгруппах (круговая) — 15 мин</w:t>
      </w:r>
    </w:p>
    <w:p w14:paraId="6896781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6F8A991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Правила — 2 мин</w:t>
      </w:r>
    </w:p>
    <w:p w14:paraId="331F2BA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Судейство — 4 мин</w:t>
      </w:r>
    </w:p>
    <w:p w14:paraId="4DDA263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Практика судейства — 4 мин</w:t>
      </w:r>
    </w:p>
    <w:p w14:paraId="44F80A0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Соревновательная игра — 5 мин</w:t>
      </w:r>
    </w:p>
    <w:p w14:paraId="7AA6964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63DFD77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Судейство — 3 мин</w:t>
      </w:r>
    </w:p>
    <w:p w14:paraId="767BEFE0" w14:textId="1F4A52E5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Со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ревновательная игра — 4 мин</w:t>
      </w:r>
    </w:p>
    <w:p w14:paraId="0BAE63D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3C3894C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61B1860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72701A5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51AFDE0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 — 1 мин</w:t>
      </w:r>
    </w:p>
    <w:p w14:paraId="62E5FC79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 соревнований — 2 мин</w:t>
      </w:r>
    </w:p>
    <w:p w14:paraId="2C139BC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074CEC4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2D1038D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6261E8B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6129DFC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1E7A44E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53B1746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Итоги — 0,5 мин</w:t>
      </w:r>
    </w:p>
    <w:p w14:paraId="73B6F7BD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D4B0638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УЧЕНИКА</w:t>
      </w:r>
    </w:p>
    <w:p w14:paraId="523A763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>: ______  Дата: ________</w:t>
      </w:r>
    </w:p>
    <w:p w14:paraId="27D6476B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27E9E2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2E850BB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Спортивная форма</w:t>
      </w:r>
    </w:p>
    <w:p w14:paraId="411E458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Снял украшения</w:t>
      </w:r>
    </w:p>
    <w:p w14:paraId="415DA5F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Чувствую себя хорошо</w:t>
      </w:r>
    </w:p>
    <w:p w14:paraId="40B55D88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8D211F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7E07BEE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Бегал по залу</w:t>
      </w:r>
    </w:p>
    <w:p w14:paraId="0A33175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Делал разминку</w:t>
      </w:r>
    </w:p>
    <w:p w14:paraId="6512DDE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СБУ</w:t>
      </w:r>
    </w:p>
    <w:p w14:paraId="1FD913A9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5D3FB3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Основная часть</w:t>
      </w:r>
    </w:p>
    <w:p w14:paraId="1058FEA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Повторил правила соревнований</w:t>
      </w:r>
    </w:p>
    <w:p w14:paraId="412E948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Освоил обязанности судьи на линии</w:t>
      </w:r>
    </w:p>
    <w:p w14:paraId="3303DD0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Освоил обязанности главного судьи</w:t>
      </w:r>
    </w:p>
    <w:p w14:paraId="3643FA7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Практиковал судейство пары</w:t>
      </w:r>
    </w:p>
    <w:p w14:paraId="68EB75C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разминку перед матчем</w:t>
      </w:r>
    </w:p>
    <w:p w14:paraId="7220BE02" w14:textId="015ADDF5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Участвовал в соревновательной игре</w:t>
      </w:r>
    </w:p>
    <w:p w14:paraId="6D264DA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717F0F4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Восстановил дыхание</w:t>
      </w:r>
    </w:p>
    <w:p w14:paraId="32794B5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Сделал заминку</w:t>
      </w:r>
    </w:p>
    <w:p w14:paraId="724C25E3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E567B2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Мои 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результаты</w:t>
      </w:r>
    </w:p>
    <w:p w14:paraId="06BEC95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Место в подгруппе: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603F613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Очки в соревнованиях: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7A81DE9C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346002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Самооценка</w:t>
      </w:r>
    </w:p>
    <w:p w14:paraId="0F7FDCC4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Судить матч</w:t>
      </w:r>
    </w:p>
    <w:p w14:paraId="3744F876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Готовиться к соревнованиям</w:t>
      </w:r>
    </w:p>
    <w:p w14:paraId="6BFC959D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лось — Применять правила</w:t>
      </w:r>
    </w:p>
    <w:p w14:paraId="5404A491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12A245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__________________________________________________</w:t>
      </w:r>
    </w:p>
    <w:p w14:paraId="58C028D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____________________________________________________</w:t>
      </w:r>
    </w:p>
    <w:p w14:paraId="5EECA6A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37C19AD3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Урок № 15</w:t>
      </w:r>
    </w:p>
    <w:p w14:paraId="195D61CD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9 класс</w:t>
      </w:r>
    </w:p>
    <w:p w14:paraId="29E6347D" w14:textId="1601AD6A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Тема: Круговая тренировка (6 станций). Тактика парной иг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ры</w:t>
      </w:r>
    </w:p>
    <w:p w14:paraId="494F5AC3" w14:textId="596671D5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0459C29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proofErr w:type="gramStart"/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Развить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качества через 6 станций, совершенствовать тактику парной игры</w:t>
      </w:r>
    </w:p>
    <w:p w14:paraId="028A9C8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Ракетки, воланы, сетка, скакалки, набивные мячи, фишки, секундомер</w:t>
      </w:r>
    </w:p>
    <w:p w14:paraId="1AA2DA8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Контрольно-игровой</w:t>
      </w:r>
    </w:p>
    <w:p w14:paraId="74A73D5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(45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 Сокращённый (30 мин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Аварийный (15 мин)</w:t>
      </w:r>
    </w:p>
    <w:p w14:paraId="4EE86B6C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456DF92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26FC551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8–10 мин</w:t>
      </w:r>
    </w:p>
    <w:p w14:paraId="395919D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2A420A3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 — 1 мин</w:t>
      </w:r>
    </w:p>
    <w:p w14:paraId="428E3B5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 — 2 мин</w:t>
      </w:r>
    </w:p>
    <w:p w14:paraId="6587594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ОРФ — 4 мин</w:t>
      </w:r>
    </w:p>
    <w:p w14:paraId="1478455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СБУ — 2 мин</w:t>
      </w:r>
    </w:p>
    <w:p w14:paraId="6508166E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Восстановление — 1 мин</w:t>
      </w:r>
    </w:p>
    <w:p w14:paraId="02516A4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08670A5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7404C90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Бег — 1 мин</w:t>
      </w:r>
    </w:p>
    <w:p w14:paraId="76A11A6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ОРФ (5 упр.) — 2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мин</w:t>
      </w:r>
    </w:p>
    <w:p w14:paraId="1D7FB31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СБУ — 1 мин</w:t>
      </w:r>
    </w:p>
    <w:p w14:paraId="470778E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04B67BE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67BB3C8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Бег + ОРФ (3 упр.) — 2 мин</w:t>
      </w:r>
    </w:p>
    <w:p w14:paraId="150E066D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6192EF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1F2C338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30–32 мин</w:t>
      </w:r>
    </w:p>
    <w:p w14:paraId="7DC2259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1C29511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Круговая тренировка (6 станций × 3 мин):</w:t>
      </w:r>
    </w:p>
    <w:p w14:paraId="78180E5B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 Ст.1: смэш в зоны (4 зоны, 20 ударов) — 3 мин</w:t>
      </w:r>
    </w:p>
    <w:p w14:paraId="4DEBABB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 Ст.2: челночный 10×5 м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— 3 мин</w:t>
      </w:r>
    </w:p>
    <w:p w14:paraId="6526C89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 Ст.3: подачи (4 вида) в зоны — 3 мин</w:t>
      </w:r>
    </w:p>
    <w:p w14:paraId="1BE95B0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 Ст.4: скакалка (двойная, 1 мин работа) — 3 мин</w:t>
      </w:r>
    </w:p>
    <w:p w14:paraId="625550F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 Ст.5: защитные удары (высокий + блок) — 3 мин</w:t>
      </w:r>
    </w:p>
    <w:p w14:paraId="7E10DE0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 Ст.6: обманные удары у сетки — 3 мин</w:t>
      </w:r>
    </w:p>
    <w:p w14:paraId="68220CB4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Парная игра с тактическим заданием (до 11) — 10 мин</w:t>
      </w:r>
    </w:p>
    <w:p w14:paraId="7D4E39B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3D092A0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Ст.1: смэш — 2 мин</w:t>
      </w:r>
    </w:p>
    <w:p w14:paraId="239D1A0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Ст.2: челночный — 2 мин</w:t>
      </w:r>
    </w:p>
    <w:p w14:paraId="5CFCDBE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Ст.3: подачи — 2 мин</w:t>
      </w:r>
    </w:p>
    <w:p w14:paraId="6B8C364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Ст.4: скакалка — 2 мин</w:t>
      </w:r>
    </w:p>
    <w:p w14:paraId="7D0C39E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Ст.5: защита — 2 мин</w:t>
      </w:r>
    </w:p>
    <w:p w14:paraId="5917595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Парная игра — 5 мин</w:t>
      </w:r>
    </w:p>
    <w:p w14:paraId="6FCC595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0D8D4C6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Ст.1: смэш — 3 мин</w:t>
      </w:r>
    </w:p>
    <w:p w14:paraId="00B902E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Ст.2: челночный — 3 мин</w:t>
      </w:r>
    </w:p>
    <w:p w14:paraId="54B2336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Парная игра — 4 мин</w:t>
      </w:r>
    </w:p>
    <w:p w14:paraId="536C1466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745761A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Заключительная часть</w:t>
      </w:r>
    </w:p>
    <w:p w14:paraId="5749F9E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4C05735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082637E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3D3A8ED3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Ходьба — 1 мин</w:t>
      </w:r>
    </w:p>
    <w:p w14:paraId="0A861790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 — 2 мин</w:t>
      </w:r>
    </w:p>
    <w:p w14:paraId="554299C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7713009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2F09DC9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2860A14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1E18673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293C0F2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316220A2" w14:textId="4A29D1CE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Итоги — 0,5 мин</w:t>
      </w:r>
    </w:p>
    <w:p w14:paraId="1C8AB6CD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УЧЕНИКА</w:t>
      </w:r>
    </w:p>
    <w:p w14:paraId="1093A90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  <w:lang w:val="ru-RU"/>
        </w:rPr>
        <w:t>: ______  Дата: ________</w:t>
      </w:r>
    </w:p>
    <w:p w14:paraId="0BC8EB48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5F6EC4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Подготовка к уроку</w:t>
      </w:r>
    </w:p>
    <w:p w14:paraId="5CD3C97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Спортивная форма</w:t>
      </w:r>
    </w:p>
    <w:p w14:paraId="43E5D53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Снял украшения</w:t>
      </w:r>
    </w:p>
    <w:p w14:paraId="6331952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Чувствую себя хорошо</w:t>
      </w:r>
    </w:p>
    <w:p w14:paraId="00337114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5085CE6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384D145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Бегал по залу</w:t>
      </w:r>
    </w:p>
    <w:p w14:paraId="0012800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Делал разминку</w:t>
      </w:r>
    </w:p>
    <w:p w14:paraId="60C5B93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Выполнял СБУ</w:t>
      </w:r>
    </w:p>
    <w:p w14:paraId="1C5F9A26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1AA96E2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70F2EF6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Ст.1: смэш в зоны</w:t>
      </w:r>
    </w:p>
    <w:p w14:paraId="32D6650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Ст.2: челночный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10×5 м</w:t>
      </w:r>
    </w:p>
    <w:p w14:paraId="65EFBDF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Ст.3: подачи 4 вида</w:t>
      </w:r>
    </w:p>
    <w:p w14:paraId="3958DFC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Ст.4: скакалка двойная</w:t>
      </w:r>
    </w:p>
    <w:p w14:paraId="218D2CE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Ст.5: защитные удары</w:t>
      </w:r>
    </w:p>
    <w:p w14:paraId="40009DC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Ст.6: обманные у сетки</w:t>
      </w:r>
    </w:p>
    <w:p w14:paraId="72B2429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Играл в паре с тактическим заданием</w:t>
      </w:r>
    </w:p>
    <w:p w14:paraId="3BB1B6DB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2BC0D04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Заминка</w:t>
      </w:r>
    </w:p>
    <w:p w14:paraId="1F0393D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Восстановил дыхание</w:t>
      </w:r>
    </w:p>
    <w:p w14:paraId="674B09E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Сделал заминку</w:t>
      </w:r>
    </w:p>
    <w:p w14:paraId="44C7AD3F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B4E2AE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Мои результаты</w:t>
      </w:r>
    </w:p>
    <w:p w14:paraId="40D15BD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Смэш (из 20):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3ABCA16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Челночный (сек):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718951B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Скакалка (1 мин):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3C1012F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Очки в парной игре: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4FB4B74B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2E8941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Самооценка</w:t>
      </w:r>
    </w:p>
    <w:p w14:paraId="0F86C42D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Смэш в зоны</w:t>
      </w:r>
    </w:p>
    <w:p w14:paraId="4020A932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Челночный бег</w:t>
      </w:r>
    </w:p>
    <w:p w14:paraId="4007BB81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Обманные удары</w:t>
      </w:r>
    </w:p>
    <w:p w14:paraId="03B123A0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DB069D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получилось: __________________________________________________</w:t>
      </w:r>
    </w:p>
    <w:p w14:paraId="33D9709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t>Что улучшить: ____________________________________________________</w:t>
      </w:r>
    </w:p>
    <w:p w14:paraId="37C0302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630370CD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Урок № 16</w:t>
      </w:r>
    </w:p>
    <w:p w14:paraId="160B4A42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Модуль: Бадминтон | 9 класс</w:t>
      </w:r>
    </w:p>
    <w:p w14:paraId="27788619" w14:textId="4162B0B1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Тема: Контрольный: норма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тивы и соревновательный турнир</w:t>
      </w:r>
    </w:p>
    <w:p w14:paraId="57CCCF1F" w14:textId="02213C83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ЧЕК-ЛИСТ УЧИТЕЛЯ</w:t>
      </w:r>
    </w:p>
    <w:p w14:paraId="6732CD2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Цель: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Контроль освоения навыков бадминтона за модуль</w:t>
      </w:r>
    </w:p>
    <w:p w14:paraId="22F5126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Инвентарь: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Ракетки, воланы, сетка, секундомер, скакалки, протокол</w:t>
      </w:r>
    </w:p>
    <w:p w14:paraId="2ED0E7D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Тип урока: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Контрольный</w:t>
      </w:r>
    </w:p>
    <w:p w14:paraId="1F5A1F4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Режим: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Полный (45 </w:t>
      </w:r>
      <w:proofErr w:type="gramStart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мин)   </w:t>
      </w:r>
      <w:proofErr w:type="gramEnd"/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 Сокращённый (30 мин)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А Аварийны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й (15 мин)</w:t>
      </w:r>
    </w:p>
    <w:p w14:paraId="5F6FE021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61F6484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Вводно-подготовительная часть</w:t>
      </w:r>
    </w:p>
    <w:p w14:paraId="4040848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8 мин</w:t>
      </w:r>
    </w:p>
    <w:p w14:paraId="0629A8C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073CC3C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Построение — 1 мин</w:t>
      </w:r>
    </w:p>
    <w:p w14:paraId="413012FF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Разминка — 5 мин</w:t>
      </w:r>
    </w:p>
    <w:p w14:paraId="6C5588B7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4F52AB">
        <w:rPr>
          <w:rFonts w:ascii="Times New Roman" w:hAnsi="Times New Roman" w:cs="Times New Roman"/>
          <w:sz w:val="28"/>
          <w:szCs w:val="28"/>
          <w:lang w:val="ru-RU"/>
        </w:rPr>
        <w:t>Спецразминка</w:t>
      </w:r>
      <w:proofErr w:type="spell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— 2 мин</w:t>
      </w:r>
    </w:p>
    <w:p w14:paraId="286ACAA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23ECE0A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Построение — 0,5 мин</w:t>
      </w:r>
    </w:p>
    <w:p w14:paraId="51732FC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Разминка — 3 мин</w:t>
      </w:r>
    </w:p>
    <w:p w14:paraId="4AFD89B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7B99EF5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Построение — 0,5 мин</w:t>
      </w:r>
    </w:p>
    <w:p w14:paraId="5B7F30E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Разминка — 2 мин</w:t>
      </w:r>
    </w:p>
    <w:p w14:paraId="3984AB9F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1B8BD1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 — нормативы</w:t>
      </w:r>
    </w:p>
    <w:p w14:paraId="173AFC6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32 мин</w:t>
      </w:r>
    </w:p>
    <w:p w14:paraId="4CF1446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5EDAB0A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Норматив 1: подача (4 вида, из 20) — 5 мин</w:t>
      </w:r>
    </w:p>
    <w:p w14:paraId="06B7290C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Норматив 2: смэш в зоны (из 10) — 4 мин</w:t>
      </w:r>
    </w:p>
    <w:p w14:paraId="3BAE5DF1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Норматив 3: защитный высокий (из 10) — 4 мин</w:t>
      </w:r>
    </w:p>
    <w:p w14:paraId="2B56C350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Норматив 4: челночный 10×5 м — 4 мин</w:t>
      </w:r>
    </w:p>
    <w:p w14:paraId="3A8FA8F5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Норматив 5: скакалка 1 мин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— 4 мин</w:t>
      </w:r>
    </w:p>
    <w:p w14:paraId="34519120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Соревновательный турнир (олимпийская система) — 11 мин</w:t>
      </w:r>
    </w:p>
    <w:p w14:paraId="3839557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0A906BB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Подача — 4 мин</w:t>
      </w:r>
    </w:p>
    <w:p w14:paraId="6181B2E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Смэш — 3 мин</w:t>
      </w:r>
    </w:p>
    <w:p w14:paraId="47BA5809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Защита — 3 мин</w:t>
      </w:r>
    </w:p>
    <w:p w14:paraId="52D0299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Челночный — 3 мин</w:t>
      </w:r>
    </w:p>
    <w:p w14:paraId="16D9256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Турнир — 5 мин</w:t>
      </w:r>
    </w:p>
    <w:p w14:paraId="237DCC0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2C09AF1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Подача — 3 мин</w:t>
      </w:r>
    </w:p>
    <w:p w14:paraId="0A8EF12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Смэш — 3 мин</w:t>
      </w:r>
    </w:p>
    <w:p w14:paraId="28C733C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Турнир — 4 мин</w:t>
      </w:r>
    </w:p>
    <w:p w14:paraId="7D1AFAE3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0F17D83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Заключительн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ая часть</w:t>
      </w:r>
    </w:p>
    <w:p w14:paraId="20CF8D1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i/>
          <w:sz w:val="28"/>
          <w:szCs w:val="28"/>
          <w:lang w:val="ru-RU"/>
        </w:rPr>
        <w:t>Время: 5 мин</w:t>
      </w:r>
    </w:p>
    <w:p w14:paraId="556407D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Полный режим:</w:t>
      </w:r>
    </w:p>
    <w:p w14:paraId="798D9932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Дыхание — 1 мин</w:t>
      </w:r>
    </w:p>
    <w:p w14:paraId="483B080D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Итоги модуля — 3 мин</w:t>
      </w:r>
    </w:p>
    <w:p w14:paraId="1BB0C25A" w14:textId="77777777" w:rsidR="00EC0F6A" w:rsidRPr="004F52AB" w:rsidRDefault="004F52AB" w:rsidP="004F52AB">
      <w:pPr>
        <w:spacing w:after="0"/>
        <w:ind w:left="454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Уход — 1 мин</w:t>
      </w:r>
    </w:p>
    <w:p w14:paraId="671CB230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Сокращённый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С):</w:t>
      </w:r>
    </w:p>
    <w:p w14:paraId="52ECBDD1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Дыхание — 1 мин</w:t>
      </w:r>
    </w:p>
    <w:p w14:paraId="5F3AE7B8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0000B4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 xml:space="preserve">С </w:t>
      </w:r>
      <w:r w:rsidRPr="004F52AB">
        <w:rPr>
          <w:rFonts w:ascii="Times New Roman" w:hAnsi="Times New Roman" w:cs="Times New Roman"/>
          <w:color w:val="0000B4"/>
          <w:sz w:val="28"/>
          <w:szCs w:val="28"/>
          <w:lang w:val="ru-RU"/>
        </w:rPr>
        <w:t>Итоги — 1 мин</w:t>
      </w:r>
    </w:p>
    <w:p w14:paraId="71D8742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Аварийный (</w:t>
      </w:r>
      <w:r w:rsidRPr="004F52AB">
        <w:rPr>
          <w:rFonts w:ascii="Segoe UI Symbol" w:hAnsi="Segoe UI Symbol" w:cs="Segoe UI Symbol"/>
          <w:b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А):</w:t>
      </w:r>
    </w:p>
    <w:p w14:paraId="17ECF51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Дыхание — 1 мин</w:t>
      </w:r>
    </w:p>
    <w:p w14:paraId="05E7D1B9" w14:textId="501B28A2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color w:val="B40000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 xml:space="preserve">А </w:t>
      </w:r>
      <w:r w:rsidRPr="004F52AB">
        <w:rPr>
          <w:rFonts w:ascii="Times New Roman" w:hAnsi="Times New Roman" w:cs="Times New Roman"/>
          <w:color w:val="B40000"/>
          <w:sz w:val="28"/>
          <w:szCs w:val="28"/>
          <w:lang w:val="ru-RU"/>
        </w:rPr>
        <w:t>Итоги — 0,5 мин</w:t>
      </w:r>
    </w:p>
    <w:p w14:paraId="296556B0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F52AB">
        <w:rPr>
          <w:rFonts w:ascii="Times New Roman" w:hAnsi="Times New Roman" w:cs="Times New Roman"/>
          <w:b/>
          <w:sz w:val="28"/>
          <w:szCs w:val="28"/>
        </w:rPr>
        <w:t>Нормативы</w:t>
      </w:r>
      <w:proofErr w:type="spellEnd"/>
      <w:r w:rsidRPr="004F52AB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F52AB">
        <w:rPr>
          <w:rFonts w:ascii="Times New Roman" w:hAnsi="Times New Roman" w:cs="Times New Roman"/>
          <w:b/>
          <w:sz w:val="28"/>
          <w:szCs w:val="28"/>
        </w:rPr>
        <w:t>для</w:t>
      </w:r>
      <w:proofErr w:type="spellEnd"/>
      <w:r w:rsidRPr="004F52AB">
        <w:rPr>
          <w:rFonts w:ascii="Times New Roman" w:hAnsi="Times New Roman" w:cs="Times New Roman"/>
          <w:b/>
          <w:sz w:val="28"/>
          <w:szCs w:val="28"/>
        </w:rPr>
        <w:t xml:space="preserve"> 9 </w:t>
      </w:r>
      <w:proofErr w:type="spellStart"/>
      <w:r w:rsidRPr="004F52AB">
        <w:rPr>
          <w:rFonts w:ascii="Times New Roman" w:hAnsi="Times New Roman" w:cs="Times New Roman"/>
          <w:b/>
          <w:sz w:val="28"/>
          <w:szCs w:val="28"/>
        </w:rPr>
        <w:t>класса</w:t>
      </w:r>
      <w:proofErr w:type="spellEnd"/>
      <w:r w:rsidRPr="004F52AB">
        <w:rPr>
          <w:rFonts w:ascii="Times New Roman" w:hAnsi="Times New Roman" w:cs="Times New Roman"/>
          <w:b/>
          <w:sz w:val="28"/>
          <w:szCs w:val="28"/>
        </w:rPr>
        <w:t xml:space="preserve"> (бадминтон)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419"/>
        <w:gridCol w:w="3419"/>
        <w:gridCol w:w="3419"/>
      </w:tblGrid>
      <w:tr w:rsidR="00EC0F6A" w:rsidRPr="004F52AB" w14:paraId="1F6648D0" w14:textId="77777777">
        <w:trPr>
          <w:jc w:val="center"/>
        </w:trPr>
        <w:tc>
          <w:tcPr>
            <w:tcW w:w="3419" w:type="dxa"/>
            <w:shd w:val="clear" w:color="auto" w:fill="D9E2F3"/>
          </w:tcPr>
          <w:p w14:paraId="2FBB656C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b/>
                <w:sz w:val="28"/>
                <w:szCs w:val="28"/>
              </w:rPr>
              <w:t>Норматив</w:t>
            </w:r>
          </w:p>
        </w:tc>
        <w:tc>
          <w:tcPr>
            <w:tcW w:w="3419" w:type="dxa"/>
            <w:shd w:val="clear" w:color="auto" w:fill="D9E2F3"/>
          </w:tcPr>
          <w:p w14:paraId="432E9EA6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Юноши </w:t>
            </w:r>
            <w:r w:rsidRPr="004F52AB">
              <w:rPr>
                <w:rFonts w:ascii="Times New Roman" w:hAnsi="Times New Roman" w:cs="Times New Roman"/>
                <w:b/>
                <w:sz w:val="28"/>
                <w:szCs w:val="28"/>
              </w:rPr>
              <w:t>(отл.)</w:t>
            </w:r>
          </w:p>
        </w:tc>
        <w:tc>
          <w:tcPr>
            <w:tcW w:w="3419" w:type="dxa"/>
            <w:shd w:val="clear" w:color="auto" w:fill="D9E2F3"/>
          </w:tcPr>
          <w:p w14:paraId="6E892BE8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b/>
                <w:sz w:val="28"/>
                <w:szCs w:val="28"/>
              </w:rPr>
              <w:t>Девушки (отл.)</w:t>
            </w:r>
          </w:p>
        </w:tc>
      </w:tr>
      <w:tr w:rsidR="00EC0F6A" w:rsidRPr="004F52AB" w14:paraId="0E133BC7" w14:textId="77777777">
        <w:trPr>
          <w:jc w:val="center"/>
        </w:trPr>
        <w:tc>
          <w:tcPr>
            <w:tcW w:w="3419" w:type="dxa"/>
          </w:tcPr>
          <w:p w14:paraId="32040BD6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Подача (4 вида, из 20)</w:t>
            </w:r>
          </w:p>
        </w:tc>
        <w:tc>
          <w:tcPr>
            <w:tcW w:w="3419" w:type="dxa"/>
          </w:tcPr>
          <w:p w14:paraId="6046D407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419" w:type="dxa"/>
          </w:tcPr>
          <w:p w14:paraId="1840EEBB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EC0F6A" w:rsidRPr="004F52AB" w14:paraId="155C124F" w14:textId="77777777">
        <w:trPr>
          <w:jc w:val="center"/>
        </w:trPr>
        <w:tc>
          <w:tcPr>
            <w:tcW w:w="3419" w:type="dxa"/>
          </w:tcPr>
          <w:p w14:paraId="12E8EB7B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Смэш в зоны (из 10)</w:t>
            </w:r>
          </w:p>
        </w:tc>
        <w:tc>
          <w:tcPr>
            <w:tcW w:w="3419" w:type="dxa"/>
          </w:tcPr>
          <w:p w14:paraId="0C9E8B47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419" w:type="dxa"/>
          </w:tcPr>
          <w:p w14:paraId="3951E21C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0F6A" w:rsidRPr="004F52AB" w14:paraId="5E7D4A1A" w14:textId="77777777">
        <w:trPr>
          <w:jc w:val="center"/>
        </w:trPr>
        <w:tc>
          <w:tcPr>
            <w:tcW w:w="3419" w:type="dxa"/>
          </w:tcPr>
          <w:p w14:paraId="083714C7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Защитный высокий (из 10)</w:t>
            </w:r>
          </w:p>
        </w:tc>
        <w:tc>
          <w:tcPr>
            <w:tcW w:w="3419" w:type="dxa"/>
          </w:tcPr>
          <w:p w14:paraId="4424D2FC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419" w:type="dxa"/>
          </w:tcPr>
          <w:p w14:paraId="53BEEC55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EC0F6A" w:rsidRPr="004F52AB" w14:paraId="29AC1F7C" w14:textId="77777777">
        <w:trPr>
          <w:jc w:val="center"/>
        </w:trPr>
        <w:tc>
          <w:tcPr>
            <w:tcW w:w="3419" w:type="dxa"/>
          </w:tcPr>
          <w:p w14:paraId="07909D64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Челночный 10×5 м</w:t>
            </w:r>
          </w:p>
        </w:tc>
        <w:tc>
          <w:tcPr>
            <w:tcW w:w="3419" w:type="dxa"/>
          </w:tcPr>
          <w:p w14:paraId="51F2C5EA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16,0 сек</w:t>
            </w:r>
          </w:p>
        </w:tc>
        <w:tc>
          <w:tcPr>
            <w:tcW w:w="3419" w:type="dxa"/>
          </w:tcPr>
          <w:p w14:paraId="699F91E0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17,0 сек</w:t>
            </w:r>
          </w:p>
        </w:tc>
      </w:tr>
      <w:tr w:rsidR="00EC0F6A" w:rsidRPr="004F52AB" w14:paraId="30E3CF65" w14:textId="77777777">
        <w:trPr>
          <w:jc w:val="center"/>
        </w:trPr>
        <w:tc>
          <w:tcPr>
            <w:tcW w:w="3419" w:type="dxa"/>
          </w:tcPr>
          <w:p w14:paraId="4B409B1B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Скакалка 1 мин</w:t>
            </w:r>
          </w:p>
        </w:tc>
        <w:tc>
          <w:tcPr>
            <w:tcW w:w="3419" w:type="dxa"/>
          </w:tcPr>
          <w:p w14:paraId="088B4A75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145 раз</w:t>
            </w:r>
          </w:p>
        </w:tc>
        <w:tc>
          <w:tcPr>
            <w:tcW w:w="3419" w:type="dxa"/>
          </w:tcPr>
          <w:p w14:paraId="62B41057" w14:textId="77777777" w:rsidR="00EC0F6A" w:rsidRPr="004F52AB" w:rsidRDefault="004F52AB" w:rsidP="004F52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F52AB">
              <w:rPr>
                <w:rFonts w:ascii="Times New Roman" w:hAnsi="Times New Roman" w:cs="Times New Roman"/>
                <w:sz w:val="28"/>
                <w:szCs w:val="28"/>
              </w:rPr>
              <w:t>150 раз</w:t>
            </w:r>
          </w:p>
        </w:tc>
      </w:tr>
    </w:tbl>
    <w:p w14:paraId="2E981DD9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BDE49A" w14:textId="77777777" w:rsidR="00EC0F6A" w:rsidRPr="004F52AB" w:rsidRDefault="004F52AB" w:rsidP="004F52A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>ЧЕК-ЛИСТ УЧЕНИКА</w:t>
      </w:r>
    </w:p>
    <w:p w14:paraId="3BF7A87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 xml:space="preserve">Фамилия, имя: </w:t>
      </w:r>
      <w:r w:rsidRPr="004F52AB">
        <w:rPr>
          <w:rFonts w:ascii="Times New Roman" w:hAnsi="Times New Roman" w:cs="Times New Roman"/>
          <w:sz w:val="28"/>
          <w:szCs w:val="28"/>
        </w:rPr>
        <w:t>___________________</w:t>
      </w:r>
      <w:proofErr w:type="gramStart"/>
      <w:r w:rsidRPr="004F52AB">
        <w:rPr>
          <w:rFonts w:ascii="Times New Roman" w:hAnsi="Times New Roman" w:cs="Times New Roman"/>
          <w:sz w:val="28"/>
          <w:szCs w:val="28"/>
        </w:rPr>
        <w:t>_  Класс</w:t>
      </w:r>
      <w:proofErr w:type="gramEnd"/>
      <w:r w:rsidRPr="004F52AB">
        <w:rPr>
          <w:rFonts w:ascii="Times New Roman" w:hAnsi="Times New Roman" w:cs="Times New Roman"/>
          <w:sz w:val="28"/>
          <w:szCs w:val="28"/>
        </w:rPr>
        <w:t xml:space="preserve">: ______  Дата: </w:t>
      </w:r>
      <w:r w:rsidRPr="004F52AB">
        <w:rPr>
          <w:rFonts w:ascii="Times New Roman" w:hAnsi="Times New Roman" w:cs="Times New Roman"/>
          <w:sz w:val="28"/>
          <w:szCs w:val="28"/>
        </w:rPr>
        <w:t>________</w:t>
      </w:r>
    </w:p>
    <w:p w14:paraId="27067968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E6C49A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b/>
          <w:sz w:val="28"/>
          <w:szCs w:val="28"/>
        </w:rPr>
        <w:t>Подготовка к уроку</w:t>
      </w:r>
    </w:p>
    <w:p w14:paraId="5B5227F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Спортивная форма</w:t>
      </w:r>
    </w:p>
    <w:p w14:paraId="79D5081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Снял украшения</w:t>
      </w:r>
    </w:p>
    <w:p w14:paraId="2C7F90AB" w14:textId="422CA19E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52AB">
        <w:rPr>
          <w:rFonts w:ascii="Times New Roman" w:hAnsi="Times New Roman" w:cs="Times New Roman"/>
          <w:sz w:val="28"/>
          <w:szCs w:val="28"/>
        </w:rPr>
        <w:t>Чувствую</w:t>
      </w:r>
      <w:proofErr w:type="spellEnd"/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52AB">
        <w:rPr>
          <w:rFonts w:ascii="Times New Roman" w:hAnsi="Times New Roman" w:cs="Times New Roman"/>
          <w:sz w:val="28"/>
          <w:szCs w:val="28"/>
        </w:rPr>
        <w:t>себя</w:t>
      </w:r>
      <w:proofErr w:type="spellEnd"/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52AB">
        <w:rPr>
          <w:rFonts w:ascii="Times New Roman" w:hAnsi="Times New Roman" w:cs="Times New Roman"/>
          <w:sz w:val="28"/>
          <w:szCs w:val="28"/>
        </w:rPr>
        <w:t>хорошо</w:t>
      </w:r>
      <w:proofErr w:type="spellEnd"/>
    </w:p>
    <w:p w14:paraId="34DDC9F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Разминка</w:t>
      </w:r>
    </w:p>
    <w:p w14:paraId="3B99B40A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lastRenderedPageBreak/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Бегал на разминке</w:t>
      </w:r>
    </w:p>
    <w:p w14:paraId="129CBD06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Делал упражнения</w:t>
      </w:r>
    </w:p>
    <w:p w14:paraId="4F682A88" w14:textId="0F4E1948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Разминался с ракеткой</w:t>
      </w:r>
    </w:p>
    <w:p w14:paraId="6A3495B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Основная часть</w:t>
      </w:r>
    </w:p>
    <w:p w14:paraId="7E61A14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Сдавал: подача (4 вида)</w:t>
      </w:r>
    </w:p>
    <w:p w14:paraId="0274A89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Сдавал: смэш в зоны</w:t>
      </w:r>
    </w:p>
    <w:p w14:paraId="5074582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Сдавал: защитный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высокий</w:t>
      </w:r>
    </w:p>
    <w:p w14:paraId="1A6601CC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Сдавал: челночный</w:t>
      </w:r>
    </w:p>
    <w:p w14:paraId="565FB9BD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Сдавал: скакалка</w:t>
      </w:r>
    </w:p>
    <w:p w14:paraId="18DBC2DD" w14:textId="761B45B5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Участвовал в турнире</w:t>
      </w:r>
    </w:p>
    <w:p w14:paraId="41CF672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F52AB">
        <w:rPr>
          <w:rFonts w:ascii="Times New Roman" w:hAnsi="Times New Roman" w:cs="Times New Roman"/>
          <w:b/>
          <w:sz w:val="28"/>
          <w:szCs w:val="28"/>
        </w:rPr>
        <w:t>Заминка</w:t>
      </w:r>
      <w:proofErr w:type="spellEnd"/>
    </w:p>
    <w:p w14:paraId="4CB65A2E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r w:rsidRPr="004F52AB">
        <w:rPr>
          <w:rFonts w:ascii="Times New Roman" w:hAnsi="Times New Roman" w:cs="Times New Roman"/>
          <w:sz w:val="28"/>
          <w:szCs w:val="28"/>
        </w:rPr>
        <w:t>Восстановил дыхание</w:t>
      </w:r>
    </w:p>
    <w:p w14:paraId="5F3DB89F" w14:textId="4501EE2E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Segoe UI Symbol" w:hAnsi="Segoe UI Symbol" w:cs="Segoe UI Symbol"/>
          <w:sz w:val="28"/>
          <w:szCs w:val="28"/>
        </w:rPr>
        <w:t>☐</w:t>
      </w:r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52AB">
        <w:rPr>
          <w:rFonts w:ascii="Times New Roman" w:hAnsi="Times New Roman" w:cs="Times New Roman"/>
          <w:sz w:val="28"/>
          <w:szCs w:val="28"/>
        </w:rPr>
        <w:t>Сделал</w:t>
      </w:r>
      <w:proofErr w:type="spellEnd"/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52AB">
        <w:rPr>
          <w:rFonts w:ascii="Times New Roman" w:hAnsi="Times New Roman" w:cs="Times New Roman"/>
          <w:sz w:val="28"/>
          <w:szCs w:val="28"/>
        </w:rPr>
        <w:t>заминку</w:t>
      </w:r>
      <w:proofErr w:type="spellEnd"/>
    </w:p>
    <w:p w14:paraId="5DE086F3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>Мои результаты</w:t>
      </w:r>
    </w:p>
    <w:p w14:paraId="09A5F44B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Подача (из 20):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3E9996D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Смэш (из 10):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253BCB4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Защита (из 10):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01F17C12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Челночный (сек):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</w:t>
      </w:r>
    </w:p>
    <w:p w14:paraId="283170E5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Скакалка (1 мин):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14AFE8A9" w14:textId="3CF2ADCA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Times New Roman" w:hAnsi="Times New Roman" w:cs="Times New Roman"/>
          <w:b/>
          <w:sz w:val="28"/>
          <w:szCs w:val="28"/>
          <w:lang w:val="ru-RU"/>
        </w:rPr>
        <w:t xml:space="preserve">Место в турнире: 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>________________</w:t>
      </w:r>
    </w:p>
    <w:p w14:paraId="3B7D5AEF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F52AB">
        <w:rPr>
          <w:rFonts w:ascii="Times New Roman" w:hAnsi="Times New Roman" w:cs="Times New Roman"/>
          <w:b/>
          <w:sz w:val="28"/>
          <w:szCs w:val="28"/>
        </w:rPr>
        <w:t>Самооценка</w:t>
      </w:r>
      <w:proofErr w:type="spellEnd"/>
    </w:p>
    <w:p w14:paraId="53165DDC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Подавать 4 видами</w:t>
      </w:r>
    </w:p>
    <w:p w14:paraId="1C1BB55D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</w:t>
      </w:r>
      <w:proofErr w:type="spellStart"/>
      <w:r w:rsidRPr="004F52AB">
        <w:rPr>
          <w:rFonts w:ascii="Times New Roman" w:hAnsi="Times New Roman" w:cs="Times New Roman"/>
          <w:sz w:val="28"/>
          <w:szCs w:val="28"/>
          <w:lang w:val="ru-RU"/>
        </w:rPr>
        <w:t>Смэшить</w:t>
      </w:r>
      <w:proofErr w:type="spellEnd"/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в зоны</w:t>
      </w:r>
    </w:p>
    <w:p w14:paraId="6E096E99" w14:textId="77777777" w:rsidR="00EC0F6A" w:rsidRPr="004F52AB" w:rsidRDefault="004F52AB" w:rsidP="004F52AB">
      <w:pPr>
        <w:spacing w:after="0"/>
        <w:ind w:left="283"/>
        <w:rPr>
          <w:rFonts w:ascii="Times New Roman" w:hAnsi="Times New Roman" w:cs="Times New Roman"/>
          <w:sz w:val="28"/>
          <w:szCs w:val="28"/>
          <w:lang w:val="ru-RU"/>
        </w:rPr>
      </w:pP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Освоил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Частично   </w:t>
      </w:r>
      <w:r w:rsidRPr="004F52AB">
        <w:rPr>
          <w:rFonts w:ascii="Segoe UI Symbol" w:hAnsi="Segoe UI Symbol" w:cs="Segoe UI Symbol"/>
          <w:sz w:val="28"/>
          <w:szCs w:val="28"/>
          <w:lang w:val="ru-RU"/>
        </w:rPr>
        <w:t>☐</w:t>
      </w:r>
      <w:r w:rsidRPr="004F52AB">
        <w:rPr>
          <w:rFonts w:ascii="Times New Roman" w:hAnsi="Times New Roman" w:cs="Times New Roman"/>
          <w:sz w:val="28"/>
          <w:szCs w:val="28"/>
          <w:lang w:val="ru-RU"/>
        </w:rPr>
        <w:t xml:space="preserve"> Не получилось — Защищаться высоким</w:t>
      </w:r>
    </w:p>
    <w:p w14:paraId="7AE4DE29" w14:textId="77777777" w:rsidR="00EC0F6A" w:rsidRPr="004F52AB" w:rsidRDefault="00EC0F6A" w:rsidP="004F52AB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</w:p>
    <w:p w14:paraId="392BD164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spellStart"/>
      <w:r w:rsidRPr="004F52AB">
        <w:rPr>
          <w:rFonts w:ascii="Times New Roman" w:hAnsi="Times New Roman" w:cs="Times New Roman"/>
          <w:sz w:val="28"/>
          <w:szCs w:val="28"/>
        </w:rPr>
        <w:t>Что</w:t>
      </w:r>
      <w:proofErr w:type="spellEnd"/>
      <w:r w:rsidRPr="004F52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F52AB">
        <w:rPr>
          <w:rFonts w:ascii="Times New Roman" w:hAnsi="Times New Roman" w:cs="Times New Roman"/>
          <w:sz w:val="28"/>
          <w:szCs w:val="28"/>
        </w:rPr>
        <w:t>получ</w:t>
      </w:r>
      <w:bookmarkStart w:id="0" w:name="_GoBack"/>
      <w:bookmarkEnd w:id="0"/>
      <w:r w:rsidRPr="004F52AB">
        <w:rPr>
          <w:rFonts w:ascii="Times New Roman" w:hAnsi="Times New Roman" w:cs="Times New Roman"/>
          <w:sz w:val="28"/>
          <w:szCs w:val="28"/>
        </w:rPr>
        <w:t>илось</w:t>
      </w:r>
      <w:proofErr w:type="spellEnd"/>
      <w:r w:rsidRPr="004F52AB">
        <w:rPr>
          <w:rFonts w:ascii="Times New Roman" w:hAnsi="Times New Roman" w:cs="Times New Roman"/>
          <w:sz w:val="28"/>
          <w:szCs w:val="28"/>
        </w:rPr>
        <w:t>: __________________________________________________</w:t>
      </w:r>
    </w:p>
    <w:p w14:paraId="610CC4F7" w14:textId="77777777" w:rsidR="00EC0F6A" w:rsidRPr="004F52AB" w:rsidRDefault="004F52AB" w:rsidP="004F52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F52AB">
        <w:rPr>
          <w:rFonts w:ascii="Times New Roman" w:hAnsi="Times New Roman" w:cs="Times New Roman"/>
          <w:sz w:val="28"/>
          <w:szCs w:val="28"/>
        </w:rPr>
        <w:t>Что улучшить: ____________________________________________________</w:t>
      </w:r>
    </w:p>
    <w:sectPr w:rsidR="00EC0F6A" w:rsidRPr="004F52AB" w:rsidSect="00034616">
      <w:pgSz w:w="12240" w:h="15840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F52AB"/>
    <w:rsid w:val="00AA1D8D"/>
    <w:rsid w:val="00B47730"/>
    <w:rsid w:val="00CB0664"/>
    <w:rsid w:val="00EC0F6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9F7603"/>
  <w14:defaultImageDpi w14:val="300"/>
  <w15:docId w15:val="{33C86B76-9BEA-4171-8732-966A4873B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Calibri" w:hAnsi="Calibri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A5B1EC0-EB89-48DC-9FC5-972E18D4D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73</Pages>
  <Words>8969</Words>
  <Characters>51124</Characters>
  <Application>Microsoft Office Word</Application>
  <DocSecurity>0</DocSecurity>
  <Lines>426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59974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cnppm20</cp:lastModifiedBy>
  <cp:revision>2</cp:revision>
  <dcterms:created xsi:type="dcterms:W3CDTF">2013-12-23T23:15:00Z</dcterms:created>
  <dcterms:modified xsi:type="dcterms:W3CDTF">2026-10-01T08:11:00Z</dcterms:modified>
  <cp:category/>
</cp:coreProperties>
</file>