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41D32" w14:textId="77777777" w:rsidR="009141AF" w:rsidRPr="00197B5A" w:rsidRDefault="00197B5A">
      <w:pPr>
        <w:spacing w:after="8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</w:t>
      </w:r>
    </w:p>
    <w:p w14:paraId="3920F323" w14:textId="77777777" w:rsidR="009141AF" w:rsidRPr="00197B5A" w:rsidRDefault="00197B5A">
      <w:pPr>
        <w:spacing w:after="8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Уроки 11–16 | 10–11 классы | Спортивный зал</w:t>
      </w:r>
    </w:p>
    <w:p w14:paraId="401C55D0" w14:textId="77777777" w:rsidR="009141AF" w:rsidRPr="00197B5A" w:rsidRDefault="00197B5A">
      <w:pPr>
        <w:spacing w:after="24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Чек-листы для учителя и ученика</w:t>
      </w:r>
    </w:p>
    <w:p w14:paraId="1A14ED13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Условные обозначения:</w:t>
      </w:r>
    </w:p>
    <w:p w14:paraId="2FD7A395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— полный режим (40–45 мин) — стандартный урок</w:t>
      </w:r>
    </w:p>
    <w:p w14:paraId="7EAB4F03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С — сокращённый режим (25–30 мин) — меньше повторений, структура сохранена</w:t>
      </w:r>
    </w:p>
    <w:p w14:paraId="0D0315A9" w14:textId="77777777" w:rsidR="009141AF" w:rsidRPr="00197B5A" w:rsidRDefault="00197B5A">
      <w:pPr>
        <w:spacing w:after="2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А —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аварийный режим (15–20 мин) — минимальный набор при отмене/замене/отсутствии зала</w:t>
      </w:r>
    </w:p>
    <w:p w14:paraId="4A62B9B4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Требования безопасности (СанПиН 1.2.3685-21):</w:t>
      </w:r>
    </w:p>
    <w:p w14:paraId="487B08E7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• Температура в зале 18–24 °</w:t>
      </w:r>
      <w:r w:rsidRPr="00197B5A">
        <w:rPr>
          <w:rFonts w:ascii="Times New Roman" w:hAnsi="Times New Roman" w:cs="Times New Roman"/>
          <w:sz w:val="28"/>
          <w:szCs w:val="28"/>
        </w:rPr>
        <w:t>C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, влажность 40–60%</w:t>
      </w:r>
    </w:p>
    <w:p w14:paraId="33116FF1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• Расстояние между воланами на соседних кортах — не менее 2 м</w:t>
      </w:r>
    </w:p>
    <w:p w14:paraId="3F004B37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• Свободная зона в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округ корта — не менее 1 м со всех сторон</w:t>
      </w:r>
    </w:p>
    <w:p w14:paraId="09524E95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• Ракетки проверены: струны целы, обмотка ручки не скользит</w:t>
      </w:r>
    </w:p>
    <w:p w14:paraId="359D5630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• Воланы светлые (белые/жёлтые), контрастные фону зала</w:t>
      </w:r>
    </w:p>
    <w:p w14:paraId="700041C8" w14:textId="77777777" w:rsidR="009141AF" w:rsidRPr="00197B5A" w:rsidRDefault="00197B5A">
      <w:pPr>
        <w:spacing w:after="2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• Дистанция между учениками при замахе — не менее 3 м</w:t>
      </w:r>
    </w:p>
    <w:p w14:paraId="54E88765" w14:textId="77777777" w:rsidR="009141AF" w:rsidRPr="00197B5A" w:rsidRDefault="00197B5A">
      <w:pPr>
        <w:pStyle w:val="21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Урок № 11. Вводный. Основы бадминтона: хватка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, стойка, подача</w:t>
      </w:r>
    </w:p>
    <w:p w14:paraId="779F23B3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2F298D74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Режим: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Полный   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  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А Аварийный</w:t>
      </w:r>
    </w:p>
    <w:p w14:paraId="682465B1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Цель: освоить хватку ракетки, базовую стойку, технику подачи</w:t>
      </w:r>
    </w:p>
    <w:p w14:paraId="575E2D3D" w14:textId="77777777" w:rsidR="009141AF" w:rsidRPr="00197B5A" w:rsidRDefault="00197B5A">
      <w:pPr>
        <w:spacing w:after="16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Инвентарь: ракетки (на каждого), воланы, стойки/скакалки для разметки корта</w:t>
      </w:r>
    </w:p>
    <w:p w14:paraId="52FA5340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 (10–1</w:t>
      </w: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2 мин)</w:t>
      </w:r>
    </w:p>
    <w:p w14:paraId="6858B323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Построение, рапорт, постановка задач урока — 1 мин</w:t>
      </w:r>
    </w:p>
    <w:p w14:paraId="2DDD2D58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Ходьба обычная, на носках, пятках, внешней/внутренней стороне стопы — 2 мин</w:t>
      </w:r>
    </w:p>
    <w:p w14:paraId="19214477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Бег в умеренном темпе, приставные шаги правым/левым боком — 2 мин</w:t>
      </w:r>
    </w:p>
    <w:p w14:paraId="2C4C4540" w14:textId="4D099F1A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У: </w:t>
      </w:r>
      <w:proofErr w:type="spellStart"/>
      <w:r w:rsidRPr="00197B5A">
        <w:rPr>
          <w:rFonts w:ascii="Times New Roman" w:hAnsi="Times New Roman" w:cs="Times New Roman"/>
          <w:sz w:val="28"/>
          <w:szCs w:val="28"/>
          <w:lang w:val="ru-RU"/>
        </w:rPr>
        <w:t>захлёст</w:t>
      </w:r>
      <w:proofErr w:type="spellEnd"/>
      <w:r w:rsidRPr="00197B5A">
        <w:rPr>
          <w:rFonts w:ascii="Times New Roman" w:hAnsi="Times New Roman" w:cs="Times New Roman"/>
          <w:sz w:val="28"/>
          <w:szCs w:val="28"/>
          <w:lang w:val="ru-RU"/>
        </w:rPr>
        <w:t>, высокий под</w:t>
      </w:r>
      <w:r>
        <w:rPr>
          <w:rFonts w:ascii="Times New Roman" w:hAnsi="Times New Roman" w:cs="Times New Roman"/>
          <w:sz w:val="28"/>
          <w:szCs w:val="28"/>
          <w:lang w:val="ru-RU"/>
        </w:rPr>
        <w:t>ъём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бедра, прыжки — 2 м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ин</w:t>
      </w:r>
    </w:p>
    <w:p w14:paraId="05096EB0" w14:textId="116314BE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ОР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 ракеткой (вращения, махи, наклоны с ракеткой) — 4 мин</w:t>
      </w:r>
    </w:p>
    <w:p w14:paraId="55E7FF86" w14:textId="268EA423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С ОР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У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сокращённо — 2 мин</w:t>
      </w:r>
    </w:p>
    <w:p w14:paraId="40428A40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lastRenderedPageBreak/>
        <w:t>☐</w:t>
      </w:r>
      <w:proofErr w:type="gramStart"/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А</w:t>
      </w:r>
      <w:proofErr w:type="gramEnd"/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Только бег и </w:t>
      </w:r>
      <w:proofErr w:type="spellStart"/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захлёст</w:t>
      </w:r>
      <w:proofErr w:type="spellEnd"/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 xml:space="preserve"> — 2 мин</w:t>
      </w:r>
    </w:p>
    <w:p w14:paraId="53BE9988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 (25–28 мин)</w:t>
      </w:r>
    </w:p>
    <w:p w14:paraId="5214DFE8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Хватка ракетки «рукопожатие» — демонстрация, проверка каждого — 3 мин</w:t>
      </w:r>
    </w:p>
    <w:p w14:paraId="05DE9789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Базовая стойка игрока (ноги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шире плеч, вес на передней стопе) — 3 мин</w:t>
      </w:r>
    </w:p>
    <w:p w14:paraId="4768047D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Перемещение из стойки: шаг, два шага к сетке, от сети — 5 мин</w:t>
      </w:r>
    </w:p>
    <w:p w14:paraId="7C80FF35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Подача короткая снизу — демонстрация, имитация без волана — 5 мин</w:t>
      </w:r>
    </w:p>
    <w:p w14:paraId="7BCB7F40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Подача с воланом в парах через сетку (или шнур) — 7 мин</w:t>
      </w:r>
    </w:p>
    <w:p w14:paraId="48DDA2C6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Упражнение «волан в ст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ену» — отбивание снизу — 5 мин</w:t>
      </w:r>
    </w:p>
    <w:p w14:paraId="79BA6EC0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С Хватка + стойка + подача в парах — 10 мин</w:t>
      </w:r>
    </w:p>
    <w:p w14:paraId="0037C061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А Хватка + стойка + имитация подачи — 7 мин</w:t>
      </w:r>
    </w:p>
    <w:p w14:paraId="75DBE9D4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 (5–8 мин)</w:t>
      </w:r>
    </w:p>
    <w:p w14:paraId="10A66ABF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Бег трусцой — 2 мин</w:t>
      </w:r>
    </w:p>
    <w:p w14:paraId="5B59E57F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Упражнения на восстановление дыхания — 2 мин</w:t>
      </w:r>
    </w:p>
    <w:p w14:paraId="22C61740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Подведение итогов, домашнее задан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ие (имитация подачи 50 раз) — 3 мин</w:t>
      </w:r>
    </w:p>
    <w:p w14:paraId="2476AB1F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С Заминка 2 мин + итоги — 3 мин</w:t>
      </w:r>
    </w:p>
    <w:p w14:paraId="778F98ED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А Итоги — 1 мин</w:t>
      </w:r>
    </w:p>
    <w:p w14:paraId="5AEAC60A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Критерии оценивания (10 баллов):</w:t>
      </w:r>
    </w:p>
    <w:p w14:paraId="7BBC56E7" w14:textId="77777777" w:rsidR="009141AF" w:rsidRPr="00197B5A" w:rsidRDefault="00197B5A">
      <w:pPr>
        <w:spacing w:after="2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• Хватка ракетки — 3 б | Стойка и перемещение — 3 б | Подача — 4 б</w:t>
      </w:r>
    </w:p>
    <w:p w14:paraId="035EE3FE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УЧЕНКА</w:t>
      </w:r>
    </w:p>
    <w:p w14:paraId="6A5D355A" w14:textId="77777777" w:rsidR="009141AF" w:rsidRPr="00197B5A" w:rsidRDefault="00197B5A">
      <w:pPr>
        <w:spacing w:after="16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Фамилия, имя: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_____________________ Класс: ___ Дата: ______</w:t>
      </w:r>
    </w:p>
    <w:p w14:paraId="14D4B2BC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3ED9A57F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Спортивная форма надета, сменная обувь есть</w:t>
      </w:r>
    </w:p>
    <w:p w14:paraId="3EAED2C0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Удалены часы, украшения, длинные волосы собраны</w:t>
      </w:r>
    </w:p>
    <w:p w14:paraId="53D7F2E1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Самочувствие хорошее, готов заниматься</w:t>
      </w:r>
    </w:p>
    <w:p w14:paraId="1E8D877E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3693B9E0" w14:textId="211F85EE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бег и С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У</w:t>
      </w:r>
    </w:p>
    <w:p w14:paraId="5C4E9CB1" w14:textId="2FBCAE1B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ОР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ракеткой</w:t>
      </w:r>
    </w:p>
    <w:p w14:paraId="4EDE15BB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Разминка завершена, чувствую готовность</w:t>
      </w:r>
    </w:p>
    <w:p w14:paraId="38F48232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17339B26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Освоил хватку «рукопожатие» — ракетка не вращается в руке</w:t>
      </w:r>
    </w:p>
    <w:p w14:paraId="31D3B242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Принял базовую стойку — вес на передней стопе, ракетка впереди</w:t>
      </w:r>
    </w:p>
    <w:p w14:paraId="216A6352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перемещения из стойки — шаг к сетке, шаг от сети</w:t>
      </w:r>
    </w:p>
    <w:p w14:paraId="0971165C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олнил имитацию подачи без волана</w:t>
      </w:r>
    </w:p>
    <w:p w14:paraId="52738B88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подачу с воланом в парах (___ удачных из 10)</w:t>
      </w:r>
    </w:p>
    <w:p w14:paraId="35BCBE84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Отбивание волана в стену — ___ раз подряд</w:t>
      </w:r>
    </w:p>
    <w:p w14:paraId="24E5AD30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Заминка и итоги</w:t>
      </w:r>
    </w:p>
    <w:p w14:paraId="1A31DF1C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восстановительные упражнения</w:t>
      </w:r>
    </w:p>
    <w:p w14:paraId="0648F264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Понял, что нужно улучшить на следующем уроке</w:t>
      </w:r>
    </w:p>
    <w:p w14:paraId="3787A92A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Самооценка:</w:t>
      </w:r>
    </w:p>
    <w:p w14:paraId="6A718AFE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Хватка: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освоил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частично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</w:t>
      </w:r>
    </w:p>
    <w:p w14:paraId="20EE3134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Стойка: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освоил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частично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</w:t>
      </w:r>
    </w:p>
    <w:p w14:paraId="6CE26630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Подача: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освоил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частично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</w:t>
      </w:r>
    </w:p>
    <w:p w14:paraId="44773886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</w:t>
      </w:r>
    </w:p>
    <w:p w14:paraId="2CC0348A" w14:textId="77777777" w:rsidR="009141AF" w:rsidRPr="00197B5A" w:rsidRDefault="00197B5A">
      <w:pPr>
        <w:spacing w:after="2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</w:t>
      </w:r>
    </w:p>
    <w:p w14:paraId="64AC4D06" w14:textId="77777777" w:rsidR="009141AF" w:rsidRPr="00197B5A" w:rsidRDefault="00197B5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4113D68A" w14:textId="77777777" w:rsidR="009141AF" w:rsidRPr="00197B5A" w:rsidRDefault="00197B5A">
      <w:pPr>
        <w:pStyle w:val="21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lastRenderedPageBreak/>
        <w:t>Урок № 12. Передвижения по корту и у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дар сверху</w:t>
      </w:r>
    </w:p>
    <w:p w14:paraId="311A5389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5A037BB8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Режим: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Полный   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  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А Аварийный</w:t>
      </w:r>
    </w:p>
    <w:p w14:paraId="52AE3096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Цель: освоить передвижения по корту (шаги, выпады) и удар сверху сбоку/над головой</w:t>
      </w:r>
    </w:p>
    <w:p w14:paraId="7F8AD629" w14:textId="77777777" w:rsidR="009141AF" w:rsidRPr="00197B5A" w:rsidRDefault="00197B5A">
      <w:pPr>
        <w:spacing w:after="16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Инвентарь: ракетки, воланы, скакалки для разметки, конусы</w:t>
      </w:r>
    </w:p>
    <w:p w14:paraId="0C46E3C6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Вводно-подготовительная часть (10–12 </w:t>
      </w: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мин)</w:t>
      </w:r>
    </w:p>
    <w:p w14:paraId="169CE698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Построение, рапорт, задачи урока — 1 мин</w:t>
      </w:r>
    </w:p>
    <w:p w14:paraId="1C470985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Бег с ускорениями по периметру зала — 3 мин</w:t>
      </w:r>
    </w:p>
    <w:p w14:paraId="6C4504E9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Специальные шаги бадминтониста (шассе, выпады) — 4 мин</w:t>
      </w:r>
    </w:p>
    <w:p w14:paraId="2EDA576E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ОРР с акцентом на плечи, запястья, колени — 4 мин</w:t>
      </w:r>
    </w:p>
    <w:p w14:paraId="0958E950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С Шаги бадминтониста + ОРР — 6 мин</w:t>
      </w:r>
    </w:p>
    <w:p w14:paraId="32FB4714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 xml:space="preserve">А Бег 2 мин + 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шаги 3 мин</w:t>
      </w:r>
    </w:p>
    <w:p w14:paraId="6CE299C3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 (25–28 мин)</w:t>
      </w:r>
    </w:p>
    <w:p w14:paraId="4C31C354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Передвижение к 6 точкам корта (из центра по сигналу) — 5 мин</w:t>
      </w:r>
    </w:p>
    <w:p w14:paraId="2C1F402A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Выпад вперёд с возвратом в центр — 5 мин</w:t>
      </w:r>
    </w:p>
    <w:p w14:paraId="45ED4C25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Удар сверху сбоку: имитация без волана, с воланом в стену — 7 мин</w:t>
      </w:r>
    </w:p>
    <w:p w14:paraId="3B8F0CD2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Удар сверху над головой: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имитация, работа в парах (партнёр набрасывает) — 6 мин</w:t>
      </w:r>
    </w:p>
    <w:p w14:paraId="79EBA4E9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Упражнение «две подачи — два удара» в парах через сетку — 5 мин</w:t>
      </w:r>
    </w:p>
    <w:p w14:paraId="60226991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С Передвижения + удар сверху в парах — 15 мин</w:t>
      </w:r>
    </w:p>
    <w:p w14:paraId="2338C14F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А Передвижения к точкам + имитация удара — 10 мин</w:t>
      </w:r>
    </w:p>
    <w:p w14:paraId="535CC12D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 (5–8 мин)</w:t>
      </w:r>
    </w:p>
    <w:p w14:paraId="286BAE25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Бег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трусцой с замедлением — 2 мин</w:t>
      </w:r>
    </w:p>
    <w:p w14:paraId="46049044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Растяжка плечевого пояса, ног — 3 мин</w:t>
      </w:r>
    </w:p>
    <w:p w14:paraId="381F5DD7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Итоги, ДЗ: 20 выпадов + 30 имитаций удара — 3 мин</w:t>
      </w:r>
    </w:p>
    <w:p w14:paraId="265FD27B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С Растяжка 2 мин + итоги — 2 мин</w:t>
      </w:r>
    </w:p>
    <w:p w14:paraId="451A7633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А Итоги — 1 мин</w:t>
      </w:r>
    </w:p>
    <w:p w14:paraId="2335613D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Критерии оценивания (10 баллов):</w:t>
      </w:r>
    </w:p>
    <w:p w14:paraId="51E02B6A" w14:textId="77777777" w:rsidR="009141AF" w:rsidRPr="00197B5A" w:rsidRDefault="00197B5A">
      <w:pPr>
        <w:spacing w:after="2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• Передвижения по корту — 3 б | Выпад и возврат —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3 б | Удар сверху — 4 б</w:t>
      </w:r>
    </w:p>
    <w:p w14:paraId="1FEE5B93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УЧЕНКА</w:t>
      </w:r>
    </w:p>
    <w:p w14:paraId="163BD69E" w14:textId="77777777" w:rsidR="009141AF" w:rsidRPr="00197B5A" w:rsidRDefault="00197B5A">
      <w:pPr>
        <w:spacing w:after="16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Фамилия, имя: _____________________ Класс: ___ Дата: ______</w:t>
      </w:r>
    </w:p>
    <w:p w14:paraId="10A5386E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2D727CF3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Спортивная форма, сменная обувь</w:t>
      </w:r>
    </w:p>
    <w:p w14:paraId="1C303778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Часы и украшения сняты</w:t>
      </w:r>
    </w:p>
    <w:p w14:paraId="00CCAB1F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Самочувствие хорошее</w:t>
      </w:r>
    </w:p>
    <w:p w14:paraId="46CD8466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555D297A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бег с ускорениями</w:t>
      </w:r>
    </w:p>
    <w:p w14:paraId="720D0C40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Освоил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специальные шаги бадминтониста (шассе, выпады)</w:t>
      </w:r>
    </w:p>
    <w:p w14:paraId="799BF8C5" w14:textId="08F342BC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ОР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</w:p>
    <w:p w14:paraId="6FA391C7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711C7501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Передвигаюсь к 6 точкам корта из центра</w:t>
      </w:r>
    </w:p>
    <w:p w14:paraId="6BC18EFD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Выполняю выпад вперёд с возвратом в центр</w:t>
      </w:r>
    </w:p>
    <w:p w14:paraId="7B9761D7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Освоил удар сверху сбоку (имитация + волан в стену)</w:t>
      </w:r>
    </w:p>
    <w:p w14:paraId="79915E87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Освоил удар над головой в парах (___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удачных из 10)</w:t>
      </w:r>
    </w:p>
    <w:p w14:paraId="58E450C3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упражнение «две подачи — два удара»</w:t>
      </w:r>
    </w:p>
    <w:p w14:paraId="49FB1C16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Заминка и итоги</w:t>
      </w:r>
    </w:p>
    <w:p w14:paraId="41714A44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растяжку плеч и ног</w:t>
      </w:r>
    </w:p>
    <w:p w14:paraId="323AD71D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Записал домашнее задание</w:t>
      </w:r>
    </w:p>
    <w:p w14:paraId="165B4728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Самооценка:</w:t>
      </w:r>
    </w:p>
    <w:p w14:paraId="46C59848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Передвижения: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освоил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частично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</w:t>
      </w:r>
    </w:p>
    <w:p w14:paraId="256FD853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Удар сверху: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освоил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частично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</w:t>
      </w:r>
    </w:p>
    <w:p w14:paraId="4ECABDA5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Что получ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илось: ______________________________</w:t>
      </w:r>
    </w:p>
    <w:p w14:paraId="52DA4672" w14:textId="77777777" w:rsidR="009141AF" w:rsidRPr="00197B5A" w:rsidRDefault="00197B5A">
      <w:pPr>
        <w:spacing w:after="2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</w:t>
      </w:r>
    </w:p>
    <w:p w14:paraId="1ACD65A6" w14:textId="77777777" w:rsidR="009141AF" w:rsidRPr="00197B5A" w:rsidRDefault="00197B5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54C149CD" w14:textId="77777777" w:rsidR="009141AF" w:rsidRPr="00197B5A" w:rsidRDefault="00197B5A">
      <w:pPr>
        <w:pStyle w:val="21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lastRenderedPageBreak/>
        <w:t>Урок № 13. Короткие и длинные подачи. Игра в парах</w:t>
      </w:r>
    </w:p>
    <w:p w14:paraId="163915AB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2700EC95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Режим: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Полный   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  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А Аварийный</w:t>
      </w:r>
    </w:p>
    <w:p w14:paraId="6980D117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Цель: отработка короткой и длинной подачи, начало и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гры в парах</w:t>
      </w:r>
    </w:p>
    <w:p w14:paraId="0DE24BB5" w14:textId="77777777" w:rsidR="009141AF" w:rsidRPr="00197B5A" w:rsidRDefault="00197B5A">
      <w:pPr>
        <w:spacing w:after="16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Инвентарь: ракетки, воланы, сетка/шнур, мел для разметки зон</w:t>
      </w:r>
    </w:p>
    <w:p w14:paraId="3D7F04E5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 (10–12 мин)</w:t>
      </w:r>
    </w:p>
    <w:p w14:paraId="4CEB8A20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Построение, рапорт, задачи урока — 1 мин</w:t>
      </w:r>
    </w:p>
    <w:p w14:paraId="031ECBAA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Бег, приставные шаги, челночный бег 3×6 м — 3 мин</w:t>
      </w:r>
    </w:p>
    <w:p w14:paraId="4F77EAA9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СБУ с имитацией ударов ракеткой на ходу — 3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мин</w:t>
      </w:r>
    </w:p>
    <w:p w14:paraId="46722E30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ОРР с акцентом на кисти, предплечья, голеностоп — 4 мин</w:t>
      </w:r>
    </w:p>
    <w:p w14:paraId="2562BB49" w14:textId="4F0581CE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С Бег + С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У + ОР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У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 xml:space="preserve"> — 6 мин</w:t>
      </w:r>
    </w:p>
    <w:p w14:paraId="57B79CCF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А Бег 2 мин + кисти 2 мин</w:t>
      </w:r>
    </w:p>
    <w:p w14:paraId="3A07A15E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 (25–28 мин)</w:t>
      </w:r>
    </w:p>
    <w:p w14:paraId="51C669C4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Короткая подача: техника, 10 подач в зону у сетки — 6 мин</w:t>
      </w:r>
    </w:p>
    <w:p w14:paraId="43D45D25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Длинная подача: техника, 10 подач в заднюю зону —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6 мин</w:t>
      </w:r>
    </w:p>
    <w:p w14:paraId="45061F38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Чередование короткой и длинной подачи по сигналу — 4 мин</w:t>
      </w:r>
    </w:p>
    <w:p w14:paraId="16E88BD3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Игра в парах на половине корта (до 5 очков) — 7 мин</w:t>
      </w:r>
    </w:p>
    <w:p w14:paraId="7248E761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Игра в парах на полном корте (до 11 очков) — 5 мин</w:t>
      </w:r>
    </w:p>
    <w:p w14:paraId="71E16A3F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С Короткая + длинная подача + игра до 5 — 15 мин</w:t>
      </w:r>
    </w:p>
    <w:p w14:paraId="6FB5F662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А Короткая подача + имитация длин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ной — 8 мин</w:t>
      </w:r>
    </w:p>
    <w:p w14:paraId="32BA056A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 (5–8 мин)</w:t>
      </w:r>
    </w:p>
    <w:p w14:paraId="256E7812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Бег трусцой — 2 мин</w:t>
      </w:r>
    </w:p>
    <w:p w14:paraId="1A0105BC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Упражнения на расслабление кистей — 2 мин</w:t>
      </w:r>
    </w:p>
    <w:p w14:paraId="3445C3CE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Итоги, ДЗ: 20 коротких + 20 длинных подач дома (имитация) — 3 мин</w:t>
      </w:r>
    </w:p>
    <w:p w14:paraId="73758CC0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С Заминка 2 мин + итоги — 2 мин</w:t>
      </w:r>
    </w:p>
    <w:p w14:paraId="7FA5968F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А Итоги — 1 мин</w:t>
      </w:r>
    </w:p>
    <w:p w14:paraId="0E8DF30C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Критерии оценивания (10 балло</w:t>
      </w: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в):</w:t>
      </w:r>
    </w:p>
    <w:p w14:paraId="76B1DA04" w14:textId="77777777" w:rsidR="009141AF" w:rsidRPr="00197B5A" w:rsidRDefault="00197B5A">
      <w:pPr>
        <w:spacing w:after="2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• Короткая подача (точность) — 3 б | Длинная подача — 3 б | Игра в парах — 4 б</w:t>
      </w:r>
    </w:p>
    <w:p w14:paraId="2005B04F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ЧЕК-ЛИСТ УЧЕНКА</w:t>
      </w:r>
    </w:p>
    <w:p w14:paraId="15498D0F" w14:textId="77777777" w:rsidR="009141AF" w:rsidRPr="00197B5A" w:rsidRDefault="00197B5A">
      <w:pPr>
        <w:spacing w:after="16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Фамилия, имя: _____________________ Класс: ___ Дата: ______</w:t>
      </w:r>
    </w:p>
    <w:p w14:paraId="41B5416E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619BEFA7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Спортивная форма, сменная обувь</w:t>
      </w:r>
    </w:p>
    <w:p w14:paraId="3645B994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Часы и украшения сняты</w:t>
      </w:r>
    </w:p>
    <w:p w14:paraId="2BED296D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Самочувствие хорошее</w:t>
      </w:r>
    </w:p>
    <w:p w14:paraId="445AF917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7112AD90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бег и челночный</w:t>
      </w:r>
    </w:p>
    <w:p w14:paraId="74994EB7" w14:textId="21518F4F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С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У с имитацией ударов</w:t>
      </w:r>
    </w:p>
    <w:p w14:paraId="386DC7C7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Размял кисти и голеностоп</w:t>
      </w:r>
    </w:p>
    <w:p w14:paraId="6695FC86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23059BB7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10 коротких подач в зону у сетки (___ попал)</w:t>
      </w:r>
    </w:p>
    <w:p w14:paraId="293378B3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10 длинных подач в заднюю зону (___ попал)</w:t>
      </w:r>
    </w:p>
    <w:p w14:paraId="36AA2DDD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Чередовал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подачи по сигналу</w:t>
      </w:r>
    </w:p>
    <w:p w14:paraId="39AE5206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Сыграл в парах на половине корта — счёт: __</w:t>
      </w:r>
      <w:proofErr w:type="gramStart"/>
      <w:r w:rsidRPr="00197B5A">
        <w:rPr>
          <w:rFonts w:ascii="Times New Roman" w:hAnsi="Times New Roman" w:cs="Times New Roman"/>
          <w:sz w:val="28"/>
          <w:szCs w:val="28"/>
          <w:lang w:val="ru-RU"/>
        </w:rPr>
        <w:t>_:_</w:t>
      </w:r>
      <w:proofErr w:type="gramEnd"/>
      <w:r w:rsidRPr="00197B5A">
        <w:rPr>
          <w:rFonts w:ascii="Times New Roman" w:hAnsi="Times New Roman" w:cs="Times New Roman"/>
          <w:sz w:val="28"/>
          <w:szCs w:val="28"/>
          <w:lang w:val="ru-RU"/>
        </w:rPr>
        <w:t>__</w:t>
      </w:r>
    </w:p>
    <w:p w14:paraId="6F8D88BE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Сыграл в парах на полном корте — счёт: __</w:t>
      </w:r>
      <w:proofErr w:type="gramStart"/>
      <w:r w:rsidRPr="00197B5A">
        <w:rPr>
          <w:rFonts w:ascii="Times New Roman" w:hAnsi="Times New Roman" w:cs="Times New Roman"/>
          <w:sz w:val="28"/>
          <w:szCs w:val="28"/>
          <w:lang w:val="ru-RU"/>
        </w:rPr>
        <w:t>_:_</w:t>
      </w:r>
      <w:proofErr w:type="gramEnd"/>
      <w:r w:rsidRPr="00197B5A">
        <w:rPr>
          <w:rFonts w:ascii="Times New Roman" w:hAnsi="Times New Roman" w:cs="Times New Roman"/>
          <w:sz w:val="28"/>
          <w:szCs w:val="28"/>
          <w:lang w:val="ru-RU"/>
        </w:rPr>
        <w:t>__</w:t>
      </w:r>
    </w:p>
    <w:p w14:paraId="23C3D5B0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Заминка и итоги</w:t>
      </w:r>
    </w:p>
    <w:p w14:paraId="2AE993BC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расслабление кистей</w:t>
      </w:r>
    </w:p>
    <w:p w14:paraId="5DD5621F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Записал домашнее задание</w:t>
      </w:r>
    </w:p>
    <w:p w14:paraId="5E221C65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Самооценка:</w:t>
      </w:r>
    </w:p>
    <w:p w14:paraId="5DA8466D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Короткая подача: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точно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частично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</w:t>
      </w:r>
    </w:p>
    <w:p w14:paraId="1BA2A77B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Длинная подача: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точно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частично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</w:t>
      </w:r>
    </w:p>
    <w:p w14:paraId="49FFD208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Игра в парах: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уверенно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сложно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не играл</w:t>
      </w:r>
    </w:p>
    <w:p w14:paraId="76294728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</w:t>
      </w:r>
    </w:p>
    <w:p w14:paraId="289BC9F6" w14:textId="77777777" w:rsidR="009141AF" w:rsidRPr="00197B5A" w:rsidRDefault="00197B5A">
      <w:pPr>
        <w:spacing w:after="2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</w:t>
      </w:r>
    </w:p>
    <w:p w14:paraId="7B9FA2BA" w14:textId="77777777" w:rsidR="009141AF" w:rsidRPr="00197B5A" w:rsidRDefault="00197B5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3632BAE6" w14:textId="77777777" w:rsidR="009141AF" w:rsidRPr="00197B5A" w:rsidRDefault="00197B5A">
      <w:pPr>
        <w:pStyle w:val="21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lastRenderedPageBreak/>
        <w:t>Урок № 14. Удары снизу и сбоку. Защитные действия</w:t>
      </w:r>
    </w:p>
    <w:p w14:paraId="5338D0D0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45AF8B70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Режим: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Полный   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  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А Аварийный</w:t>
      </w:r>
    </w:p>
    <w:p w14:paraId="7A851349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Цель: освоить удар снизу сбоку, защитные действия и возврат в центр</w:t>
      </w:r>
    </w:p>
    <w:p w14:paraId="5E41E249" w14:textId="77777777" w:rsidR="009141AF" w:rsidRPr="00197B5A" w:rsidRDefault="00197B5A">
      <w:pPr>
        <w:spacing w:after="16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Инвентарь: ракетки, воланы, сетка/шнур</w:t>
      </w:r>
    </w:p>
    <w:p w14:paraId="2092F3A5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 (10–12 мин)</w:t>
      </w:r>
    </w:p>
    <w:p w14:paraId="4099D4B6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Построение, рапорт, задачи урока — 1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мин</w:t>
      </w:r>
    </w:p>
    <w:p w14:paraId="688226CD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Бег, приставные шаги, выпады с возвратом — 3 мин</w:t>
      </w:r>
    </w:p>
    <w:p w14:paraId="64177AC2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Имитация ударов сверху и снизу на ходу — 3 мин</w:t>
      </w:r>
    </w:p>
    <w:p w14:paraId="73CD6114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ОРР с ракеткой: кисти, плечи, корпус — 4 мин</w:t>
      </w:r>
    </w:p>
    <w:p w14:paraId="29123F18" w14:textId="2A15A200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С Бег + выпады + ОР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У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 xml:space="preserve"> — 6 мин</w:t>
      </w:r>
    </w:p>
    <w:p w14:paraId="3C0B34E4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А Бег 2 мин + выпады 2 мин</w:t>
      </w:r>
    </w:p>
    <w:p w14:paraId="14F8D903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 (25–28 мин)</w:t>
      </w:r>
    </w:p>
    <w:p w14:paraId="29A9F4D3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Удар снизу сбоку: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имитация, работа в парах (партнёр направляет) — 6 мин</w:t>
      </w:r>
    </w:p>
    <w:p w14:paraId="782206FC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Защита: приём высокой подачи в задней зоне — 5 мин</w:t>
      </w:r>
    </w:p>
    <w:p w14:paraId="4C72E490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Защита: приём укороченного удара у сетки — 5 мин</w:t>
      </w:r>
    </w:p>
    <w:p w14:paraId="6EB73B41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Возврат в центр после каждого удара (правило «дом») — 4 мин</w:t>
      </w:r>
    </w:p>
    <w:p w14:paraId="06692FBE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Учебная игра в парах с акцентом на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защиту — 8 мин</w:t>
      </w:r>
    </w:p>
    <w:p w14:paraId="0C593AB5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С Удар снизу + приём у сетки + учебная игра — 15 мин</w:t>
      </w:r>
    </w:p>
    <w:p w14:paraId="562DEB73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А Удар снизу (имитация) + приём подачи — 8 мин</w:t>
      </w:r>
    </w:p>
    <w:p w14:paraId="3AAE6F5F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 (5–8 мин)</w:t>
      </w:r>
    </w:p>
    <w:p w14:paraId="50F36C1F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Бег трусцой — 2 мин</w:t>
      </w:r>
    </w:p>
    <w:p w14:paraId="2587CE96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Растяжка ног, спины — 3 мин</w:t>
      </w:r>
    </w:p>
    <w:p w14:paraId="660D047E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Итоги, ДЗ: 20 выпадов + имитация удара снизу 30 раз —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3 мин</w:t>
      </w:r>
    </w:p>
    <w:p w14:paraId="1C7231DD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С Растяжка 2 мин + итоги — 2 мин</w:t>
      </w:r>
    </w:p>
    <w:p w14:paraId="63EFA7D3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А Итоги — 1 мин</w:t>
      </w:r>
    </w:p>
    <w:p w14:paraId="7C0640DC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Критерии оценивания (10 баллов):</w:t>
      </w:r>
    </w:p>
    <w:p w14:paraId="16F337C1" w14:textId="77777777" w:rsidR="009141AF" w:rsidRPr="00197B5A" w:rsidRDefault="00197B5A">
      <w:pPr>
        <w:spacing w:after="2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• Удар снизу — 3 б | Защитные действия — 4 б | Возврат в центр — 3 б</w:t>
      </w:r>
    </w:p>
    <w:p w14:paraId="0BAE9619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ЧЕК-ЛИСТ УЧЕНКА</w:t>
      </w:r>
    </w:p>
    <w:p w14:paraId="43C0EC49" w14:textId="77777777" w:rsidR="009141AF" w:rsidRPr="00197B5A" w:rsidRDefault="00197B5A">
      <w:pPr>
        <w:spacing w:after="16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Фамилия, имя: _____________________ Класс: ___ Дата: ______</w:t>
      </w:r>
    </w:p>
    <w:p w14:paraId="5B3596FE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Подготовка к </w:t>
      </w: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уроку</w:t>
      </w:r>
    </w:p>
    <w:p w14:paraId="31EE6C62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Спортивная форма, сменная обувь</w:t>
      </w:r>
    </w:p>
    <w:p w14:paraId="22C0CAD6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Часы и украшения сняты</w:t>
      </w:r>
    </w:p>
    <w:p w14:paraId="59324869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Самочувствие хорошее</w:t>
      </w:r>
    </w:p>
    <w:p w14:paraId="7910C7B9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13CAED69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бег, приставные, выпады</w:t>
      </w:r>
    </w:p>
    <w:p w14:paraId="6B028984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Имитировал удары на ходу</w:t>
      </w:r>
    </w:p>
    <w:p w14:paraId="5B628BE1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Размял кисти и корпус</w:t>
      </w:r>
    </w:p>
    <w:p w14:paraId="6E9D2B8D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1E9CA0E2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Освоил удар снизу сбоку (___ удачных из 10)</w:t>
      </w:r>
    </w:p>
    <w:p w14:paraId="79D4BDDD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Принял выс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окую подачу в задней зоне</w:t>
      </w:r>
    </w:p>
    <w:p w14:paraId="7184B73A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Принял укороченный удар у сетки</w:t>
      </w:r>
    </w:p>
    <w:p w14:paraId="0B76144D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Возвращаюсь в центр после каждого удара</w:t>
      </w:r>
    </w:p>
    <w:p w14:paraId="4BF5748F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Сыграл учебную игру с акцентом на защиту — счёт: __</w:t>
      </w:r>
      <w:proofErr w:type="gramStart"/>
      <w:r w:rsidRPr="00197B5A">
        <w:rPr>
          <w:rFonts w:ascii="Times New Roman" w:hAnsi="Times New Roman" w:cs="Times New Roman"/>
          <w:sz w:val="28"/>
          <w:szCs w:val="28"/>
          <w:lang w:val="ru-RU"/>
        </w:rPr>
        <w:t>_:_</w:t>
      </w:r>
      <w:proofErr w:type="gramEnd"/>
      <w:r w:rsidRPr="00197B5A">
        <w:rPr>
          <w:rFonts w:ascii="Times New Roman" w:hAnsi="Times New Roman" w:cs="Times New Roman"/>
          <w:sz w:val="28"/>
          <w:szCs w:val="28"/>
          <w:lang w:val="ru-RU"/>
        </w:rPr>
        <w:t>__</w:t>
      </w:r>
    </w:p>
    <w:p w14:paraId="228580B2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Заминка и итоги</w:t>
      </w:r>
    </w:p>
    <w:p w14:paraId="76A6F1F8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растяжку</w:t>
      </w:r>
    </w:p>
    <w:p w14:paraId="7D9DB7F8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Записал домашнее задание</w:t>
      </w:r>
    </w:p>
    <w:p w14:paraId="26A78F1F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Самооценка:</w:t>
      </w:r>
    </w:p>
    <w:p w14:paraId="052A4CA4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Удар снизу: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освоил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частично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</w:t>
      </w:r>
    </w:p>
    <w:p w14:paraId="42CAE1C8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Защита: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уверенно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частично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</w:t>
      </w:r>
    </w:p>
    <w:p w14:paraId="7C4483F4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Возврат в центр: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автоматически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забываю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не получается</w:t>
      </w:r>
    </w:p>
    <w:p w14:paraId="6B8720B9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</w:t>
      </w:r>
    </w:p>
    <w:p w14:paraId="39FF476D" w14:textId="77777777" w:rsidR="009141AF" w:rsidRPr="00197B5A" w:rsidRDefault="00197B5A">
      <w:pPr>
        <w:spacing w:after="2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</w:t>
      </w:r>
    </w:p>
    <w:p w14:paraId="116401EF" w14:textId="77777777" w:rsidR="009141AF" w:rsidRPr="00197B5A" w:rsidRDefault="00197B5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44AADF6D" w14:textId="77777777" w:rsidR="009141AF" w:rsidRPr="00197B5A" w:rsidRDefault="00197B5A">
      <w:pPr>
        <w:pStyle w:val="21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lastRenderedPageBreak/>
        <w:t>Урок № 15. Тактика од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иночной игры. Круговая тренировка</w:t>
      </w:r>
    </w:p>
    <w:p w14:paraId="6A4A3BE0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3CE7F411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Режим: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Полный   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  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А Аварийный</w:t>
      </w:r>
    </w:p>
    <w:p w14:paraId="298AF509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Цель: отработка тактических комбинаций, физическая подготовка на станциях</w:t>
      </w:r>
    </w:p>
    <w:p w14:paraId="52E73156" w14:textId="77777777" w:rsidR="009141AF" w:rsidRPr="00197B5A" w:rsidRDefault="00197B5A">
      <w:pPr>
        <w:spacing w:after="16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Инвентарь: ракетки, воланы, сетка, скакалки, конусы, маты</w:t>
      </w:r>
    </w:p>
    <w:p w14:paraId="0A5C8CA2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 (10–12 мин)</w:t>
      </w:r>
    </w:p>
    <w:p w14:paraId="1B8BD4E8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Построение, рапорт, задачи урока — 1 мин</w:t>
      </w:r>
    </w:p>
    <w:p w14:paraId="5E7388A5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Бег с изменением направления по сигналу — 3 мин</w:t>
      </w:r>
    </w:p>
    <w:p w14:paraId="114DFCE8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Шаги бадминтониста по всем направлениям — 3 мин</w:t>
      </w:r>
    </w:p>
    <w:p w14:paraId="77EC1763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ОРР с ракеткой — 4 мин</w:t>
      </w:r>
    </w:p>
    <w:p w14:paraId="374A1944" w14:textId="37E09993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С Бег + шаги + ОР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У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 xml:space="preserve"> — 6 мин</w:t>
      </w:r>
    </w:p>
    <w:p w14:paraId="30B8198D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А Бег 2 мин + шаг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и 2 мин</w:t>
      </w:r>
    </w:p>
    <w:p w14:paraId="21B8F384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 (25–28 мин)</w:t>
      </w:r>
    </w:p>
    <w:p w14:paraId="4F62D8C2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Тактика: «длинный — короткий» в парах (чередование) — 6 мин</w:t>
      </w:r>
    </w:p>
    <w:p w14:paraId="1E226119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Тактика: «вразброс» — удар в свободную зону — 6 мин</w:t>
      </w:r>
    </w:p>
    <w:p w14:paraId="27F3AEA9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Круговая тренировка, 4 станции по 2 мин: — 10 мин</w:t>
      </w:r>
    </w:p>
    <w:p w14:paraId="4A80542C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  Станция 1: скакалка (скорость)</w:t>
      </w:r>
    </w:p>
    <w:p w14:paraId="382A0077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  Станция 2: вып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ады с ракеткой (сила)</w:t>
      </w:r>
    </w:p>
    <w:p w14:paraId="3E609EF6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  Станция 3: челночный бег 4×6 м (выносливость)</w:t>
      </w:r>
    </w:p>
    <w:p w14:paraId="1BBF1305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  Станция 4: отбивание волана в стену снизу (координация)</w:t>
      </w:r>
    </w:p>
    <w:p w14:paraId="0C495D84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С Тактика «длинный-короткий» + 2 станции — 15 мин</w:t>
      </w:r>
    </w:p>
    <w:p w14:paraId="75955B5B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А Тактика + 1 станция (скакалка) — 8 мин</w:t>
      </w:r>
    </w:p>
    <w:p w14:paraId="7DDE9A0E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 (5–8 мин)</w:t>
      </w:r>
    </w:p>
    <w:p w14:paraId="5FC90FC8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Бег трусцой — 2 мин</w:t>
      </w:r>
    </w:p>
    <w:p w14:paraId="3F6F5FDF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Растяжка всего тела — 3 мин</w:t>
      </w:r>
    </w:p>
    <w:p w14:paraId="2EBDBD4A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Итоги, ДЗ: скакалка 3×1 мин, выпады 3×15 — 3 мин</w:t>
      </w:r>
    </w:p>
    <w:p w14:paraId="40137A1A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С Растяжка 2 мин + итоги — 2 мин</w:t>
      </w:r>
    </w:p>
    <w:p w14:paraId="46401674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А Итоги — 1 мин</w:t>
      </w:r>
    </w:p>
    <w:p w14:paraId="23AA4645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Критерии оценивания (10 баллов):</w:t>
      </w:r>
    </w:p>
    <w:p w14:paraId="56568EA5" w14:textId="77777777" w:rsidR="009141AF" w:rsidRPr="00197B5A" w:rsidRDefault="00197B5A">
      <w:pPr>
        <w:spacing w:after="2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• Тактическое сочетание — 4 б | Круговая тренировка — 4 б |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Перемещение — 2 б</w:t>
      </w:r>
    </w:p>
    <w:p w14:paraId="51AB3804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УЧЕНКА</w:t>
      </w:r>
    </w:p>
    <w:p w14:paraId="3090D6C2" w14:textId="77777777" w:rsidR="009141AF" w:rsidRPr="00197B5A" w:rsidRDefault="00197B5A">
      <w:pPr>
        <w:spacing w:after="16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Фамилия, имя: _____________________ Класс: ___ Дата: ______</w:t>
      </w:r>
    </w:p>
    <w:p w14:paraId="3F8B9A22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69A4D308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Спортивная форма, сменная обувь</w:t>
      </w:r>
    </w:p>
    <w:p w14:paraId="7340BB16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Часы и украшения сняты</w:t>
      </w:r>
    </w:p>
    <w:p w14:paraId="15562B63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Самочувствие хорошее</w:t>
      </w:r>
    </w:p>
    <w:p w14:paraId="25CB3A20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0081AA35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бег с изменением направления</w:t>
      </w:r>
    </w:p>
    <w:p w14:paraId="096B58CC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Выполнил шаги по всем направлениям</w:t>
      </w:r>
    </w:p>
    <w:p w14:paraId="763A3DA9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ОРР</w:t>
      </w:r>
    </w:p>
    <w:p w14:paraId="335C608A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79F04BCC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тактическое сочетание «длинный — короткий» в парах</w:t>
      </w:r>
    </w:p>
    <w:p w14:paraId="1298BDC2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Выполнял удары в свободную зону («вразброс»)</w:t>
      </w:r>
    </w:p>
    <w:p w14:paraId="08B47DA4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Станция 1 — скакалка: ___ раз за 2 мин</w:t>
      </w:r>
    </w:p>
    <w:p w14:paraId="0F44BEF8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Станция 2 — выпады: ___ раз за 2 мин</w:t>
      </w:r>
    </w:p>
    <w:p w14:paraId="5B5EE105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Станция 3 — челночный: ___ сек</w:t>
      </w:r>
    </w:p>
    <w:p w14:paraId="61EB6E1B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Станция 4 — отбивание в стену: ___ раз подряд</w:t>
      </w:r>
    </w:p>
    <w:p w14:paraId="1FEBF43A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Заминка и итоги</w:t>
      </w:r>
    </w:p>
    <w:p w14:paraId="3A05168F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растяжку</w:t>
      </w:r>
    </w:p>
    <w:p w14:paraId="703F3C58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Записал домашнее задание</w:t>
      </w:r>
    </w:p>
    <w:p w14:paraId="44FAF85A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Самооценка:</w:t>
      </w:r>
    </w:p>
    <w:p w14:paraId="6B165C40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Тактика: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понимаю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частично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не понял</w:t>
      </w:r>
    </w:p>
    <w:p w14:paraId="53DDEEFF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Круговая тренировка: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справился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тяжело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</w:t>
      </w:r>
    </w:p>
    <w:p w14:paraId="04268E46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Лучший результат на станции: ____________________</w:t>
      </w:r>
    </w:p>
    <w:p w14:paraId="0CFD394C" w14:textId="77646902" w:rsidR="009141AF" w:rsidRPr="00197B5A" w:rsidRDefault="00197B5A" w:rsidP="00197B5A">
      <w:pPr>
        <w:spacing w:after="2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</w:t>
      </w:r>
    </w:p>
    <w:p w14:paraId="698BC112" w14:textId="77777777" w:rsidR="009141AF" w:rsidRPr="00197B5A" w:rsidRDefault="00197B5A">
      <w:pPr>
        <w:pStyle w:val="21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lastRenderedPageBreak/>
        <w:t>Урок № 16. Контрольный. Нормативы и учебная игра</w:t>
      </w:r>
    </w:p>
    <w:p w14:paraId="317AACAD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4A3F3A38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Режим: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Полный   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  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А Аварийный</w:t>
      </w:r>
    </w:p>
    <w:p w14:paraId="76A95A38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Цель: контроль освоения модуля — норматив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ы и учебная игра</w:t>
      </w:r>
    </w:p>
    <w:p w14:paraId="59F71B6A" w14:textId="77777777" w:rsidR="009141AF" w:rsidRPr="00197B5A" w:rsidRDefault="00197B5A">
      <w:pPr>
        <w:spacing w:after="16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Инвентарь: ракетки, воланы, сетка, секундомер, скакалка, рулетка</w:t>
      </w:r>
    </w:p>
    <w:p w14:paraId="77E3A21F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 (10–12 мин)</w:t>
      </w:r>
    </w:p>
    <w:p w14:paraId="72CF7FB0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Построение, рапорт, задачи урока — 1 мин</w:t>
      </w:r>
    </w:p>
    <w:p w14:paraId="1D6269AB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Бег в умеренном темпе — 3 мин</w:t>
      </w:r>
    </w:p>
    <w:p w14:paraId="637C79CB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Шаги бадминтониста, выпады — 3 мин</w:t>
      </w:r>
    </w:p>
    <w:p w14:paraId="3959552F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ОРР — 4 мин</w:t>
      </w:r>
    </w:p>
    <w:p w14:paraId="3325D041" w14:textId="1DF0917D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С Бег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 xml:space="preserve"> + шаги + ОР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У</w:t>
      </w:r>
      <w:bookmarkStart w:id="0" w:name="_GoBack"/>
      <w:bookmarkEnd w:id="0"/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 xml:space="preserve"> — 6 мин</w:t>
      </w:r>
    </w:p>
    <w:p w14:paraId="4CB321D5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А Бег 2 мин + шаги 2 мин</w:t>
      </w:r>
    </w:p>
    <w:p w14:paraId="0F25C884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 (25–28 мин) — Нормативы</w:t>
      </w:r>
    </w:p>
    <w:p w14:paraId="378A2527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Норматив 1: Подача короткая — 10 попыток, засчитываются в зону — 4 мин</w:t>
      </w:r>
    </w:p>
    <w:p w14:paraId="49C021A8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Норматив 2: Подача длинная — 10 попыток, в заднюю зону — 4 мин</w:t>
      </w:r>
    </w:p>
    <w:p w14:paraId="6AD817B9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Норматив 3: Удар сверху — 10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набросов, засчитываются удачные — 4 мин</w:t>
      </w:r>
    </w:p>
    <w:p w14:paraId="7F131169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Норматив 4: Челночный бег 4×6 м — на время — 4 мин</w:t>
      </w:r>
    </w:p>
    <w:p w14:paraId="198FD711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Норматив 5: Скакалка 1 мин (скорость) — 3 мин</w:t>
      </w:r>
    </w:p>
    <w:p w14:paraId="3E3A6CA2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Учебная игра в парах до 11 очков — 8 мин</w:t>
      </w:r>
    </w:p>
    <w:p w14:paraId="62666B4D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С Нормативы 1, 2, 4 + игра до 5 — 15 мин</w:t>
      </w:r>
    </w:p>
    <w:p w14:paraId="0E2F4AC2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А Норматив 1 (подача) + челно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чный — 8 мин</w:t>
      </w:r>
    </w:p>
    <w:p w14:paraId="4753A987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 (5–8 мин)</w:t>
      </w:r>
    </w:p>
    <w:p w14:paraId="6F9B6A98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Бег трусцой — 2 мин</w:t>
      </w:r>
    </w:p>
    <w:p w14:paraId="38553F28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Растяжка — 3 мин</w:t>
      </w:r>
    </w:p>
    <w:p w14:paraId="3964B7C6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Подведение итогов модуля, анализ нормативов — 3 мин</w:t>
      </w:r>
    </w:p>
    <w:p w14:paraId="67EB0364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С Растяжка 2 мин + итоги — 2 мин</w:t>
      </w:r>
    </w:p>
    <w:p w14:paraId="3DEDF2B6" w14:textId="77777777" w:rsidR="009141AF" w:rsidRPr="00197B5A" w:rsidRDefault="00197B5A">
      <w:pPr>
        <w:spacing w:after="40"/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i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i/>
          <w:sz w:val="28"/>
          <w:szCs w:val="28"/>
          <w:lang w:val="ru-RU"/>
        </w:rPr>
        <w:t>А Итоги — 1 мин</w:t>
      </w:r>
    </w:p>
    <w:p w14:paraId="6C8512B8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Критерии оценивания (10 баллов):</w:t>
      </w:r>
    </w:p>
    <w:p w14:paraId="482C1E8B" w14:textId="77777777" w:rsidR="009141AF" w:rsidRPr="00197B5A" w:rsidRDefault="00197B5A">
      <w:pPr>
        <w:spacing w:after="16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• 5 нормативов по 1,5 б |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Учебная игра — 2,5 б</w:t>
      </w:r>
    </w:p>
    <w:p w14:paraId="5F9CA485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</w:rPr>
      </w:pPr>
      <w:proofErr w:type="spellStart"/>
      <w:r w:rsidRPr="00197B5A">
        <w:rPr>
          <w:rFonts w:ascii="Times New Roman" w:hAnsi="Times New Roman" w:cs="Times New Roman"/>
          <w:b/>
          <w:sz w:val="28"/>
          <w:szCs w:val="28"/>
        </w:rPr>
        <w:t>Нормативы</w:t>
      </w:r>
      <w:proofErr w:type="spellEnd"/>
      <w:r w:rsidRPr="00197B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97B5A">
        <w:rPr>
          <w:rFonts w:ascii="Times New Roman" w:hAnsi="Times New Roman" w:cs="Times New Roman"/>
          <w:b/>
          <w:sz w:val="28"/>
          <w:szCs w:val="28"/>
        </w:rPr>
        <w:t>для</w:t>
      </w:r>
      <w:proofErr w:type="spellEnd"/>
      <w:r w:rsidRPr="00197B5A">
        <w:rPr>
          <w:rFonts w:ascii="Times New Roman" w:hAnsi="Times New Roman" w:cs="Times New Roman"/>
          <w:b/>
          <w:sz w:val="28"/>
          <w:szCs w:val="28"/>
        </w:rPr>
        <w:t xml:space="preserve"> 10–11 </w:t>
      </w:r>
      <w:proofErr w:type="spellStart"/>
      <w:r w:rsidRPr="00197B5A">
        <w:rPr>
          <w:rFonts w:ascii="Times New Roman" w:hAnsi="Times New Roman" w:cs="Times New Roman"/>
          <w:b/>
          <w:sz w:val="28"/>
          <w:szCs w:val="28"/>
        </w:rPr>
        <w:t>классов</w:t>
      </w:r>
      <w:proofErr w:type="spellEnd"/>
      <w:r w:rsidRPr="00197B5A">
        <w:rPr>
          <w:rFonts w:ascii="Times New Roman" w:hAnsi="Times New Roman" w:cs="Times New Roman"/>
          <w:b/>
          <w:sz w:val="28"/>
          <w:szCs w:val="28"/>
        </w:rPr>
        <w:t xml:space="preserve"> (бадминтон):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9141AF" w:rsidRPr="00197B5A" w14:paraId="1CFCE46A" w14:textId="77777777">
        <w:trPr>
          <w:jc w:val="center"/>
        </w:trPr>
        <w:tc>
          <w:tcPr>
            <w:tcW w:w="2160" w:type="dxa"/>
          </w:tcPr>
          <w:p w14:paraId="17605CFC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Норматив</w:t>
            </w:r>
          </w:p>
        </w:tc>
        <w:tc>
          <w:tcPr>
            <w:tcW w:w="2160" w:type="dxa"/>
          </w:tcPr>
          <w:p w14:paraId="66DBDAC7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Юноши (отл/хор/удовл)</w:t>
            </w:r>
          </w:p>
        </w:tc>
        <w:tc>
          <w:tcPr>
            <w:tcW w:w="2160" w:type="dxa"/>
          </w:tcPr>
          <w:p w14:paraId="1B64FD14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Девушки (отл/хор/удовл)</w:t>
            </w:r>
          </w:p>
        </w:tc>
        <w:tc>
          <w:tcPr>
            <w:tcW w:w="2160" w:type="dxa"/>
          </w:tcPr>
          <w:p w14:paraId="0C4DBA9E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</w:tr>
      <w:tr w:rsidR="009141AF" w:rsidRPr="00197B5A" w14:paraId="550CDD70" w14:textId="77777777">
        <w:trPr>
          <w:jc w:val="center"/>
        </w:trPr>
        <w:tc>
          <w:tcPr>
            <w:tcW w:w="2160" w:type="dxa"/>
          </w:tcPr>
          <w:p w14:paraId="2CD38602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Подача короткая (из 10)</w:t>
            </w:r>
          </w:p>
        </w:tc>
        <w:tc>
          <w:tcPr>
            <w:tcW w:w="2160" w:type="dxa"/>
          </w:tcPr>
          <w:p w14:paraId="49C8C9DA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8 / 6 / 4</w:t>
            </w:r>
          </w:p>
        </w:tc>
        <w:tc>
          <w:tcPr>
            <w:tcW w:w="2160" w:type="dxa"/>
          </w:tcPr>
          <w:p w14:paraId="36F482D8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8 / 6 / 4</w:t>
            </w:r>
          </w:p>
        </w:tc>
        <w:tc>
          <w:tcPr>
            <w:tcW w:w="2160" w:type="dxa"/>
          </w:tcPr>
          <w:p w14:paraId="5D4C595B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попаданий</w:t>
            </w:r>
          </w:p>
        </w:tc>
      </w:tr>
      <w:tr w:rsidR="009141AF" w:rsidRPr="00197B5A" w14:paraId="22378588" w14:textId="77777777">
        <w:trPr>
          <w:jc w:val="center"/>
        </w:trPr>
        <w:tc>
          <w:tcPr>
            <w:tcW w:w="2160" w:type="dxa"/>
          </w:tcPr>
          <w:p w14:paraId="6997E24F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Подача длинная (из 10)</w:t>
            </w:r>
          </w:p>
        </w:tc>
        <w:tc>
          <w:tcPr>
            <w:tcW w:w="2160" w:type="dxa"/>
          </w:tcPr>
          <w:p w14:paraId="02D1DBA0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8 / 6 / 4</w:t>
            </w:r>
          </w:p>
        </w:tc>
        <w:tc>
          <w:tcPr>
            <w:tcW w:w="2160" w:type="dxa"/>
          </w:tcPr>
          <w:p w14:paraId="47E34451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8 / 6 / 4</w:t>
            </w:r>
          </w:p>
        </w:tc>
        <w:tc>
          <w:tcPr>
            <w:tcW w:w="2160" w:type="dxa"/>
          </w:tcPr>
          <w:p w14:paraId="74C0C44C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попаданий</w:t>
            </w:r>
          </w:p>
        </w:tc>
      </w:tr>
      <w:tr w:rsidR="009141AF" w:rsidRPr="00197B5A" w14:paraId="62DC32A2" w14:textId="77777777">
        <w:trPr>
          <w:jc w:val="center"/>
        </w:trPr>
        <w:tc>
          <w:tcPr>
            <w:tcW w:w="2160" w:type="dxa"/>
          </w:tcPr>
          <w:p w14:paraId="470A77DD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Удар сверху (из 10)</w:t>
            </w:r>
          </w:p>
        </w:tc>
        <w:tc>
          <w:tcPr>
            <w:tcW w:w="2160" w:type="dxa"/>
          </w:tcPr>
          <w:p w14:paraId="77A541BB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 xml:space="preserve">8 / </w:t>
            </w: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6 / 4</w:t>
            </w:r>
          </w:p>
        </w:tc>
        <w:tc>
          <w:tcPr>
            <w:tcW w:w="2160" w:type="dxa"/>
          </w:tcPr>
          <w:p w14:paraId="19D7AB15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7 / 5 / 3</w:t>
            </w:r>
          </w:p>
        </w:tc>
        <w:tc>
          <w:tcPr>
            <w:tcW w:w="2160" w:type="dxa"/>
          </w:tcPr>
          <w:p w14:paraId="01CAF9C2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удачных</w:t>
            </w:r>
          </w:p>
        </w:tc>
      </w:tr>
      <w:tr w:rsidR="009141AF" w:rsidRPr="00197B5A" w14:paraId="348EE49B" w14:textId="77777777">
        <w:trPr>
          <w:jc w:val="center"/>
        </w:trPr>
        <w:tc>
          <w:tcPr>
            <w:tcW w:w="2160" w:type="dxa"/>
          </w:tcPr>
          <w:p w14:paraId="348F62AC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Челночный 4×6 м</w:t>
            </w:r>
          </w:p>
        </w:tc>
        <w:tc>
          <w:tcPr>
            <w:tcW w:w="2160" w:type="dxa"/>
          </w:tcPr>
          <w:p w14:paraId="7BC92797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12,0 / 13,5 / 15,0</w:t>
            </w:r>
          </w:p>
        </w:tc>
        <w:tc>
          <w:tcPr>
            <w:tcW w:w="2160" w:type="dxa"/>
          </w:tcPr>
          <w:p w14:paraId="6F00B427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13,5 / 15,0 / 16,5</w:t>
            </w:r>
          </w:p>
        </w:tc>
        <w:tc>
          <w:tcPr>
            <w:tcW w:w="2160" w:type="dxa"/>
          </w:tcPr>
          <w:p w14:paraId="090C3661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сек</w:t>
            </w:r>
          </w:p>
        </w:tc>
      </w:tr>
      <w:tr w:rsidR="009141AF" w:rsidRPr="00197B5A" w14:paraId="62575412" w14:textId="77777777">
        <w:trPr>
          <w:jc w:val="center"/>
        </w:trPr>
        <w:tc>
          <w:tcPr>
            <w:tcW w:w="2160" w:type="dxa"/>
          </w:tcPr>
          <w:p w14:paraId="68E4DF14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Скакалка 1 мин</w:t>
            </w:r>
          </w:p>
        </w:tc>
        <w:tc>
          <w:tcPr>
            <w:tcW w:w="2160" w:type="dxa"/>
          </w:tcPr>
          <w:p w14:paraId="2F4EFB20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140 / 120 / 100</w:t>
            </w:r>
          </w:p>
        </w:tc>
        <w:tc>
          <w:tcPr>
            <w:tcW w:w="2160" w:type="dxa"/>
          </w:tcPr>
          <w:p w14:paraId="0404D3F2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150 / 130 / 110</w:t>
            </w:r>
          </w:p>
        </w:tc>
        <w:tc>
          <w:tcPr>
            <w:tcW w:w="2160" w:type="dxa"/>
          </w:tcPr>
          <w:p w14:paraId="48438BCF" w14:textId="77777777" w:rsidR="009141AF" w:rsidRPr="00197B5A" w:rsidRDefault="00197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B5A">
              <w:rPr>
                <w:rFonts w:ascii="Times New Roman" w:hAnsi="Times New Roman" w:cs="Times New Roman"/>
                <w:sz w:val="28"/>
                <w:szCs w:val="28"/>
              </w:rPr>
              <w:t>раз</w:t>
            </w:r>
          </w:p>
        </w:tc>
      </w:tr>
    </w:tbl>
    <w:p w14:paraId="4B412881" w14:textId="77777777" w:rsidR="009141AF" w:rsidRPr="00197B5A" w:rsidRDefault="009141AF">
      <w:pPr>
        <w:rPr>
          <w:rFonts w:ascii="Times New Roman" w:hAnsi="Times New Roman" w:cs="Times New Roman"/>
          <w:sz w:val="28"/>
          <w:szCs w:val="28"/>
        </w:rPr>
      </w:pPr>
    </w:p>
    <w:p w14:paraId="1DBBC145" w14:textId="77777777" w:rsidR="009141AF" w:rsidRPr="00197B5A" w:rsidRDefault="00197B5A">
      <w:pPr>
        <w:spacing w:after="2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Минимальное количество для зачёта по модулю: не менее 3 нормативов на «удовлетворительно» + участие в учебной игре.</w:t>
      </w:r>
    </w:p>
    <w:p w14:paraId="46F236D4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ЧЕК</w:t>
      </w: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-ЛИСТ УЧЕНКА</w:t>
      </w:r>
    </w:p>
    <w:p w14:paraId="552E36C9" w14:textId="77777777" w:rsidR="009141AF" w:rsidRPr="00197B5A" w:rsidRDefault="00197B5A">
      <w:pPr>
        <w:spacing w:after="16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Фамилия, имя: _____________________ Класс: ___ Дата: ______</w:t>
      </w:r>
    </w:p>
    <w:p w14:paraId="68F899B4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242D82AE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Спортивная форма, сменная обувь</w:t>
      </w:r>
    </w:p>
    <w:p w14:paraId="00FB2375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Часы и украшения сняты</w:t>
      </w:r>
    </w:p>
    <w:p w14:paraId="3D8BF59A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Самочувствие хорошее, готов сдавать нормативы</w:t>
      </w:r>
    </w:p>
    <w:p w14:paraId="3D59F455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3EFF2896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бег и шаги</w:t>
      </w:r>
    </w:p>
    <w:p w14:paraId="5DC4D5D0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Выполнил ОРР,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размят готов к сдаче</w:t>
      </w:r>
    </w:p>
    <w:p w14:paraId="634B65CD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Нормативы</w:t>
      </w:r>
    </w:p>
    <w:p w14:paraId="5E8D501F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1. Подача короткая: _____ из 10 (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97B5A">
        <w:rPr>
          <w:rFonts w:ascii="Times New Roman" w:hAnsi="Times New Roman" w:cs="Times New Roman"/>
          <w:sz w:val="28"/>
          <w:szCs w:val="28"/>
          <w:lang w:val="ru-RU"/>
        </w:rPr>
        <w:t>отл</w:t>
      </w:r>
      <w:proofErr w:type="spellEnd"/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хор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97B5A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н/п)</w:t>
      </w:r>
    </w:p>
    <w:p w14:paraId="6E47AF9E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2. Подача длинная: _____ из 10 (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97B5A">
        <w:rPr>
          <w:rFonts w:ascii="Times New Roman" w:hAnsi="Times New Roman" w:cs="Times New Roman"/>
          <w:sz w:val="28"/>
          <w:szCs w:val="28"/>
          <w:lang w:val="ru-RU"/>
        </w:rPr>
        <w:t>отл</w:t>
      </w:r>
      <w:proofErr w:type="spellEnd"/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хор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97B5A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н/п)</w:t>
      </w:r>
    </w:p>
    <w:p w14:paraId="4F2931FD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3. Удар сверху: _____ из 10 (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97B5A">
        <w:rPr>
          <w:rFonts w:ascii="Times New Roman" w:hAnsi="Times New Roman" w:cs="Times New Roman"/>
          <w:sz w:val="28"/>
          <w:szCs w:val="28"/>
          <w:lang w:val="ru-RU"/>
        </w:rPr>
        <w:t>отл</w:t>
      </w:r>
      <w:proofErr w:type="spellEnd"/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хор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97B5A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н/п)</w:t>
      </w:r>
    </w:p>
    <w:p w14:paraId="7A6F9ED5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4. Челночный 4×6 м: _____ сек (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97B5A">
        <w:rPr>
          <w:rFonts w:ascii="Times New Roman" w:hAnsi="Times New Roman" w:cs="Times New Roman"/>
          <w:sz w:val="28"/>
          <w:szCs w:val="28"/>
          <w:lang w:val="ru-RU"/>
        </w:rPr>
        <w:t>отл</w:t>
      </w:r>
      <w:proofErr w:type="spellEnd"/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хор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97B5A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н/п)</w:t>
      </w:r>
    </w:p>
    <w:p w14:paraId="272D4F1C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lastRenderedPageBreak/>
        <w:t>5. Скакалка 1 мин: _____ раз (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97B5A">
        <w:rPr>
          <w:rFonts w:ascii="Times New Roman" w:hAnsi="Times New Roman" w:cs="Times New Roman"/>
          <w:sz w:val="28"/>
          <w:szCs w:val="28"/>
          <w:lang w:val="ru-RU"/>
        </w:rPr>
        <w:t>отл</w:t>
      </w:r>
      <w:proofErr w:type="spellEnd"/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хор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97B5A">
        <w:rPr>
          <w:rFonts w:ascii="Times New Roman" w:hAnsi="Times New Roman" w:cs="Times New Roman"/>
          <w:sz w:val="28"/>
          <w:szCs w:val="28"/>
          <w:lang w:val="ru-RU"/>
        </w:rPr>
        <w:t>удовл</w:t>
      </w:r>
      <w:proofErr w:type="spellEnd"/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н/п)</w:t>
      </w:r>
    </w:p>
    <w:p w14:paraId="1040B739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Учебная игра</w:t>
      </w:r>
    </w:p>
    <w:p w14:paraId="1DC1B537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Сыграл учебную игру в парах — счёт: __</w:t>
      </w:r>
      <w:proofErr w:type="gramStart"/>
      <w:r w:rsidRPr="00197B5A">
        <w:rPr>
          <w:rFonts w:ascii="Times New Roman" w:hAnsi="Times New Roman" w:cs="Times New Roman"/>
          <w:sz w:val="28"/>
          <w:szCs w:val="28"/>
          <w:lang w:val="ru-RU"/>
        </w:rPr>
        <w:t>_:_</w:t>
      </w:r>
      <w:proofErr w:type="gramEnd"/>
      <w:r w:rsidRPr="00197B5A">
        <w:rPr>
          <w:rFonts w:ascii="Times New Roman" w:hAnsi="Times New Roman" w:cs="Times New Roman"/>
          <w:sz w:val="28"/>
          <w:szCs w:val="28"/>
          <w:lang w:val="ru-RU"/>
        </w:rPr>
        <w:t>__</w:t>
      </w:r>
    </w:p>
    <w:p w14:paraId="2B51B89A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Применил тактику «длинный — короткий»</w:t>
      </w:r>
    </w:p>
    <w:p w14:paraId="7923B991" w14:textId="77777777" w:rsidR="009141AF" w:rsidRPr="00197B5A" w:rsidRDefault="00197B5A">
      <w:pPr>
        <w:spacing w:after="4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Возвращался в центр после ударов</w:t>
      </w:r>
    </w:p>
    <w:p w14:paraId="6A92F6C5" w14:textId="77777777" w:rsidR="009141AF" w:rsidRPr="00197B5A" w:rsidRDefault="00197B5A">
      <w:pPr>
        <w:spacing w:after="8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b/>
          <w:sz w:val="28"/>
          <w:szCs w:val="28"/>
          <w:lang w:val="ru-RU"/>
        </w:rPr>
        <w:t>Итоги модуля</w:t>
      </w:r>
    </w:p>
    <w:p w14:paraId="2311D097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Зачёт по модулю: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сдан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условно </w:t>
      </w:r>
      <w:r w:rsidRPr="00197B5A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r w:rsidRPr="00197B5A">
        <w:rPr>
          <w:rFonts w:ascii="Times New Roman" w:hAnsi="Times New Roman" w:cs="Times New Roman"/>
          <w:sz w:val="28"/>
          <w:szCs w:val="28"/>
          <w:lang w:val="ru-RU"/>
        </w:rPr>
        <w:t>сдан</w:t>
      </w:r>
    </w:p>
    <w:p w14:paraId="7D7BEF58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Оценка за модуль: __________________</w:t>
      </w:r>
    </w:p>
    <w:p w14:paraId="1699EF8B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Что получилось лучше всего: ______________________________</w:t>
      </w:r>
    </w:p>
    <w:p w14:paraId="2A87629E" w14:textId="77777777" w:rsidR="009141AF" w:rsidRPr="00197B5A" w:rsidRDefault="00197B5A">
      <w:pPr>
        <w:spacing w:after="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Что нужно подтянуть: _________________________________</w:t>
      </w:r>
    </w:p>
    <w:p w14:paraId="26DF06F1" w14:textId="77777777" w:rsidR="009141AF" w:rsidRPr="00197B5A" w:rsidRDefault="00197B5A">
      <w:pPr>
        <w:spacing w:after="240"/>
        <w:rPr>
          <w:rFonts w:ascii="Times New Roman" w:hAnsi="Times New Roman" w:cs="Times New Roman"/>
          <w:sz w:val="28"/>
          <w:szCs w:val="28"/>
          <w:lang w:val="ru-RU"/>
        </w:rPr>
      </w:pPr>
      <w:r w:rsidRPr="00197B5A">
        <w:rPr>
          <w:rFonts w:ascii="Times New Roman" w:hAnsi="Times New Roman" w:cs="Times New Roman"/>
          <w:sz w:val="28"/>
          <w:szCs w:val="28"/>
          <w:lang w:val="ru-RU"/>
        </w:rPr>
        <w:t>Мой любимый вид работы на уроках бадминтона: __________________</w:t>
      </w:r>
    </w:p>
    <w:sectPr w:rsidR="009141AF" w:rsidRPr="00197B5A" w:rsidSect="00197B5A">
      <w:pgSz w:w="12240" w:h="15840"/>
      <w:pgMar w:top="1440" w:right="1041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7B5A"/>
    <w:rsid w:val="0029639D"/>
    <w:rsid w:val="00326F90"/>
    <w:rsid w:val="009141A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877F25"/>
  <w14:defaultImageDpi w14:val="300"/>
  <w15:docId w15:val="{399BBF4B-CCDF-4CA0-AC09-AB96F311C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205C24-8C3A-4B28-8DC8-DCE1E590F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2141</Words>
  <Characters>12206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cnppm20</cp:lastModifiedBy>
  <cp:revision>2</cp:revision>
  <dcterms:created xsi:type="dcterms:W3CDTF">2013-12-23T23:15:00Z</dcterms:created>
  <dcterms:modified xsi:type="dcterms:W3CDTF">2026-10-01T08:03:00Z</dcterms:modified>
  <cp:category/>
</cp:coreProperties>
</file>