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A0E4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 xml:space="preserve">Привет! Тема </w:t>
      </w:r>
      <w:r w:rsidRPr="004438AB">
        <w:rPr>
          <w:b/>
          <w:lang w:val="ru-RU"/>
        </w:rPr>
        <w:t>«Зарубежная Европа»</w:t>
      </w:r>
      <w:r w:rsidRPr="004438AB">
        <w:rPr>
          <w:lang w:val="ru-RU"/>
        </w:rPr>
        <w:t xml:space="preserve"> — одна из ключевых в курсе 10–11 классов и частый гость в ЕГЭ. Здесь важно не просто знать страны, а понимать экономические связи и демографию.</w:t>
      </w:r>
    </w:p>
    <w:p w14:paraId="6B5D14A1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Давай разберём этот регион по полочкам, как это требуется на экзамене.</w:t>
      </w:r>
    </w:p>
    <w:p w14:paraId="6CED6177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69C11188" w14:textId="77777777" w:rsidR="004A7173" w:rsidRPr="004438AB" w:rsidRDefault="008B144F">
      <w:pPr>
        <w:pStyle w:val="21"/>
        <w:rPr>
          <w:lang w:val="ru-RU"/>
        </w:rPr>
      </w:pPr>
      <w:r w:rsidRPr="004438AB">
        <w:rPr>
          <w:lang w:val="ru-RU"/>
        </w:rPr>
        <w:t xml:space="preserve">1. Что такое «Зарубежная Европа»? </w:t>
      </w:r>
      <w:r>
        <w:t>🌍</w:t>
      </w:r>
    </w:p>
    <w:p w14:paraId="2ECA7FA0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Эт</w:t>
      </w:r>
      <w:r w:rsidRPr="004438AB">
        <w:rPr>
          <w:lang w:val="ru-RU"/>
        </w:rPr>
        <w:t xml:space="preserve">о самый экономически развитый регион мира. В него входят все страны Европы, </w:t>
      </w:r>
      <w:r w:rsidRPr="004438AB">
        <w:rPr>
          <w:b/>
          <w:lang w:val="ru-RU"/>
        </w:rPr>
        <w:t>кроме</w:t>
      </w:r>
      <w:r w:rsidRPr="004438AB">
        <w:rPr>
          <w:lang w:val="ru-RU"/>
        </w:rPr>
        <w:t>: * России * Украины, Беларуси, Молдовы * Стран СНГ (Казахстан и др.)</w:t>
      </w:r>
    </w:p>
    <w:p w14:paraId="298EE236" w14:textId="77777777" w:rsidR="004A7173" w:rsidRPr="004438AB" w:rsidRDefault="008B144F">
      <w:pPr>
        <w:rPr>
          <w:lang w:val="ru-RU"/>
        </w:rPr>
      </w:pPr>
      <w:r w:rsidRPr="004438AB">
        <w:rPr>
          <w:b/>
          <w:lang w:val="ru-RU"/>
        </w:rPr>
        <w:t>Ключевые страны-лидеры:</w:t>
      </w:r>
      <w:r w:rsidRPr="004438AB">
        <w:rPr>
          <w:lang w:val="ru-RU"/>
        </w:rPr>
        <w:t xml:space="preserve"> Германия, Франция, Великобритания, Италия.</w:t>
      </w:r>
    </w:p>
    <w:p w14:paraId="6988F739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46813C18" w14:textId="77777777" w:rsidR="004A7173" w:rsidRPr="004438AB" w:rsidRDefault="008B144F">
      <w:pPr>
        <w:pStyle w:val="21"/>
        <w:rPr>
          <w:lang w:val="ru-RU"/>
        </w:rPr>
      </w:pPr>
      <w:r w:rsidRPr="004438AB">
        <w:rPr>
          <w:lang w:val="ru-RU"/>
        </w:rPr>
        <w:t xml:space="preserve">2. Природные условия и ресурсы </w:t>
      </w:r>
      <w:r>
        <w:t>🏔</w:t>
      </w:r>
      <w:r>
        <w:t>️</w:t>
      </w:r>
    </w:p>
    <w:p w14:paraId="66EB3E42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Гл</w:t>
      </w:r>
      <w:r w:rsidRPr="004438AB">
        <w:rPr>
          <w:lang w:val="ru-RU"/>
        </w:rPr>
        <w:t xml:space="preserve">авная особенность региона — </w:t>
      </w:r>
      <w:r w:rsidRPr="004438AB">
        <w:rPr>
          <w:b/>
          <w:lang w:val="ru-RU"/>
        </w:rPr>
        <w:t>дефицит природных ресурсов</w:t>
      </w:r>
      <w:r w:rsidRPr="004438AB">
        <w:rPr>
          <w:lang w:val="ru-RU"/>
        </w:rPr>
        <w:t>. В отличие от России или США, здесь мало полезных ископаемых, поэтому экономика сильно зависит от импорта сырья.</w:t>
      </w:r>
    </w:p>
    <w:p w14:paraId="69C04623" w14:textId="77777777" w:rsidR="004A7173" w:rsidRDefault="008B144F">
      <w:pPr>
        <w:pStyle w:val="a0"/>
        <w:spacing w:line="240" w:lineRule="auto"/>
        <w:ind w:left="720"/>
      </w:pPr>
      <w:r w:rsidRPr="004438AB">
        <w:rPr>
          <w:b/>
          <w:lang w:val="ru-RU"/>
        </w:rPr>
        <w:t>Рельеф</w:t>
      </w:r>
      <w:proofErr w:type="gramStart"/>
      <w:r w:rsidRPr="004438AB">
        <w:rPr>
          <w:b/>
          <w:lang w:val="ru-RU"/>
        </w:rPr>
        <w:t>:</w:t>
      </w:r>
      <w:r w:rsidRPr="004438AB">
        <w:rPr>
          <w:lang w:val="ru-RU"/>
        </w:rPr>
        <w:t xml:space="preserve"> Преимущественно</w:t>
      </w:r>
      <w:proofErr w:type="gramEnd"/>
      <w:r w:rsidRPr="004438AB">
        <w:rPr>
          <w:lang w:val="ru-RU"/>
        </w:rPr>
        <w:t xml:space="preserve"> равнины (Северо-Европейская низменность). </w:t>
      </w:r>
      <w:proofErr w:type="spellStart"/>
      <w:r>
        <w:t>Горы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юге</w:t>
      </w:r>
      <w:proofErr w:type="spellEnd"/>
      <w:r>
        <w:t xml:space="preserve"> (</w:t>
      </w:r>
      <w:proofErr w:type="spellStart"/>
      <w:r>
        <w:t>Альпы</w:t>
      </w:r>
      <w:proofErr w:type="spellEnd"/>
      <w:r>
        <w:t>, Пи</w:t>
      </w:r>
      <w:r>
        <w:t>ренеи, Карпаты) и севере (Скандинавские).</w:t>
      </w:r>
    </w:p>
    <w:p w14:paraId="104F9697" w14:textId="77777777" w:rsidR="004A7173" w:rsidRPr="004438AB" w:rsidRDefault="008B144F">
      <w:pPr>
        <w:pStyle w:val="a0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Климат:</w:t>
      </w:r>
      <w:r w:rsidRPr="004438AB">
        <w:rPr>
          <w:lang w:val="ru-RU"/>
        </w:rPr>
        <w:t xml:space="preserve"> Умеренный, мягкий (благодаря Атлантике и Гольфстриму). На юге — субтропики. Это идеально для сельского хозяйства.</w:t>
      </w:r>
    </w:p>
    <w:p w14:paraId="5850EB95" w14:textId="77777777" w:rsidR="004A7173" w:rsidRDefault="008B144F">
      <w:pPr>
        <w:pStyle w:val="a0"/>
        <w:spacing w:line="240" w:lineRule="auto"/>
        <w:ind w:left="720"/>
      </w:pPr>
      <w:proofErr w:type="spellStart"/>
      <w:r>
        <w:rPr>
          <w:b/>
        </w:rPr>
        <w:t>Исключения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ресурсы</w:t>
      </w:r>
      <w:proofErr w:type="spellEnd"/>
      <w:r>
        <w:rPr>
          <w:b/>
        </w:rPr>
        <w:t>):</w:t>
      </w:r>
    </w:p>
    <w:p w14:paraId="336A8CF8" w14:textId="77777777" w:rsidR="004A7173" w:rsidRPr="004438AB" w:rsidRDefault="008B144F">
      <w:pPr>
        <w:pStyle w:val="a0"/>
        <w:spacing w:line="240" w:lineRule="auto"/>
        <w:ind w:left="1440"/>
        <w:rPr>
          <w:lang w:val="ru-RU"/>
        </w:rPr>
      </w:pPr>
      <w:r w:rsidRPr="004438AB">
        <w:rPr>
          <w:lang w:val="ru-RU"/>
        </w:rPr>
        <w:t>Нефть и газ Северного моря (Норвегия, Великобритания).</w:t>
      </w:r>
    </w:p>
    <w:p w14:paraId="19AED7C5" w14:textId="77777777" w:rsidR="004A7173" w:rsidRDefault="008B144F">
      <w:pPr>
        <w:pStyle w:val="a0"/>
        <w:spacing w:line="240" w:lineRule="auto"/>
        <w:ind w:left="1440"/>
      </w:pPr>
      <w:proofErr w:type="spellStart"/>
      <w:r>
        <w:t>Бурый</w:t>
      </w:r>
      <w:proofErr w:type="spellEnd"/>
      <w:r>
        <w:t xml:space="preserve"> </w:t>
      </w:r>
      <w:proofErr w:type="spellStart"/>
      <w:r>
        <w:t>уголь</w:t>
      </w:r>
      <w:proofErr w:type="spellEnd"/>
      <w:r>
        <w:t xml:space="preserve"> (</w:t>
      </w:r>
      <w:proofErr w:type="spellStart"/>
      <w:r>
        <w:t>Ге</w:t>
      </w:r>
      <w:r>
        <w:t>рмания</w:t>
      </w:r>
      <w:proofErr w:type="spellEnd"/>
      <w:r>
        <w:t>).</w:t>
      </w:r>
    </w:p>
    <w:p w14:paraId="63985397" w14:textId="77777777" w:rsidR="004A7173" w:rsidRPr="004438AB" w:rsidRDefault="008B144F">
      <w:pPr>
        <w:pStyle w:val="a0"/>
        <w:spacing w:line="240" w:lineRule="auto"/>
        <w:ind w:left="1440"/>
        <w:rPr>
          <w:lang w:val="ru-RU"/>
        </w:rPr>
      </w:pPr>
      <w:r w:rsidRPr="004438AB">
        <w:rPr>
          <w:lang w:val="ru-RU"/>
        </w:rPr>
        <w:t>Гидроэнергия (горные реки Альп и Скандинавии).</w:t>
      </w:r>
    </w:p>
    <w:p w14:paraId="65CBBC71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54092D2A" w14:textId="77777777" w:rsidR="004A7173" w:rsidRPr="004438AB" w:rsidRDefault="008B144F">
      <w:pPr>
        <w:pStyle w:val="21"/>
        <w:rPr>
          <w:lang w:val="ru-RU"/>
        </w:rPr>
      </w:pPr>
      <w:r w:rsidRPr="004438AB">
        <w:rPr>
          <w:lang w:val="ru-RU"/>
        </w:rPr>
        <w:t xml:space="preserve">3. Население </w:t>
      </w:r>
      <w:r>
        <w:t>👥</w:t>
      </w:r>
    </w:p>
    <w:p w14:paraId="7F169698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Здесь проживает около 500 млн человек. Это один из самых густонаселённых регионов планеты.</w:t>
      </w:r>
    </w:p>
    <w:p w14:paraId="209C4C77" w14:textId="77777777" w:rsidR="004A7173" w:rsidRPr="004438AB" w:rsidRDefault="008B144F">
      <w:pPr>
        <w:rPr>
          <w:lang w:val="ru-RU"/>
        </w:rPr>
      </w:pPr>
      <w:r w:rsidRPr="004438AB">
        <w:rPr>
          <w:b/>
          <w:lang w:val="ru-RU"/>
        </w:rPr>
        <w:t>Главные черты:</w:t>
      </w:r>
      <w:r w:rsidRPr="004438AB">
        <w:rPr>
          <w:lang w:val="ru-RU"/>
        </w:rPr>
        <w:t xml:space="preserve">1. </w:t>
      </w:r>
      <w:r w:rsidRPr="004438AB">
        <w:rPr>
          <w:b/>
          <w:lang w:val="ru-RU"/>
        </w:rPr>
        <w:t>Урбанизация:</w:t>
      </w:r>
      <w:r w:rsidRPr="004438AB">
        <w:rPr>
          <w:lang w:val="ru-RU"/>
        </w:rPr>
        <w:t xml:space="preserve"> Самая высокая в мире. Более 3/4 населения живут в городах. * </w:t>
      </w:r>
      <w:r w:rsidRPr="004438AB">
        <w:rPr>
          <w:i/>
          <w:lang w:val="ru-RU"/>
        </w:rPr>
        <w:t>О</w:t>
      </w:r>
      <w:r w:rsidRPr="004438AB">
        <w:rPr>
          <w:i/>
          <w:lang w:val="ru-RU"/>
        </w:rPr>
        <w:t>собенность:</w:t>
      </w:r>
      <w:r w:rsidRPr="004438AB">
        <w:rPr>
          <w:lang w:val="ru-RU"/>
        </w:rPr>
        <w:t xml:space="preserve"> Формирование мегаполисов и агломераций (например, </w:t>
      </w:r>
      <w:proofErr w:type="spellStart"/>
      <w:r w:rsidRPr="004438AB">
        <w:rPr>
          <w:lang w:val="ru-RU"/>
        </w:rPr>
        <w:t>Рандстад</w:t>
      </w:r>
      <w:proofErr w:type="spellEnd"/>
      <w:r w:rsidRPr="004438AB">
        <w:rPr>
          <w:lang w:val="ru-RU"/>
        </w:rPr>
        <w:t xml:space="preserve"> в Нидерландах или </w:t>
      </w:r>
      <w:proofErr w:type="spellStart"/>
      <w:r w:rsidRPr="004438AB">
        <w:rPr>
          <w:lang w:val="ru-RU"/>
        </w:rPr>
        <w:t>Мидлендс</w:t>
      </w:r>
      <w:proofErr w:type="spellEnd"/>
      <w:r w:rsidRPr="004438AB">
        <w:rPr>
          <w:lang w:val="ru-RU"/>
        </w:rPr>
        <w:t xml:space="preserve"> в Великобритании). 2. </w:t>
      </w:r>
      <w:r w:rsidRPr="004438AB">
        <w:rPr>
          <w:b/>
          <w:lang w:val="ru-RU"/>
        </w:rPr>
        <w:t>Тип воспроизводства:</w:t>
      </w:r>
      <w:r w:rsidRPr="004438AB">
        <w:rPr>
          <w:lang w:val="ru-RU"/>
        </w:rPr>
        <w:t xml:space="preserve"> Современный. Рождаемость и смертность низкие. 3. </w:t>
      </w:r>
      <w:r w:rsidRPr="004438AB">
        <w:rPr>
          <w:b/>
          <w:lang w:val="ru-RU"/>
        </w:rPr>
        <w:t>Демографический кризис:</w:t>
      </w:r>
      <w:r w:rsidRPr="004438AB">
        <w:rPr>
          <w:lang w:val="ru-RU"/>
        </w:rPr>
        <w:t xml:space="preserve"> Население «стареет». Много пенсионеров, ма</w:t>
      </w:r>
      <w:r w:rsidRPr="004438AB">
        <w:rPr>
          <w:lang w:val="ru-RU"/>
        </w:rPr>
        <w:t xml:space="preserve">ло детей. Нехватка рабочих рук. 4. </w:t>
      </w:r>
      <w:r w:rsidRPr="004438AB">
        <w:rPr>
          <w:b/>
          <w:lang w:val="ru-RU"/>
        </w:rPr>
        <w:t>Миграция:</w:t>
      </w:r>
      <w:r w:rsidRPr="004438AB">
        <w:rPr>
          <w:lang w:val="ru-RU"/>
        </w:rPr>
        <w:t xml:space="preserve"> Зарубежная Европа — главный магнит для мигрантов из Африки и Азии (ищут работу и лучшую жизнь).</w:t>
      </w:r>
    </w:p>
    <w:p w14:paraId="272E45D4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35398C44" w14:textId="77777777" w:rsidR="004A7173" w:rsidRPr="004438AB" w:rsidRDefault="008B144F">
      <w:pPr>
        <w:pStyle w:val="21"/>
        <w:rPr>
          <w:lang w:val="ru-RU"/>
        </w:rPr>
      </w:pPr>
      <w:r w:rsidRPr="004438AB">
        <w:rPr>
          <w:lang w:val="ru-RU"/>
        </w:rPr>
        <w:t xml:space="preserve">4. Экономика </w:t>
      </w:r>
      <w:r>
        <w:t>💰</w:t>
      </w:r>
    </w:p>
    <w:p w14:paraId="7BC6D3A8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Регион занимает лидирующие позиции в мировом ВВП.</w:t>
      </w:r>
    </w:p>
    <w:p w14:paraId="15B2D4C3" w14:textId="77777777" w:rsidR="004A7173" w:rsidRPr="004438AB" w:rsidRDefault="008B144F">
      <w:pPr>
        <w:pStyle w:val="31"/>
        <w:rPr>
          <w:lang w:val="ru-RU"/>
        </w:rPr>
      </w:pPr>
      <w:r w:rsidRPr="004438AB">
        <w:rPr>
          <w:lang w:val="ru-RU"/>
        </w:rPr>
        <w:lastRenderedPageBreak/>
        <w:t>Промышленность</w:t>
      </w:r>
    </w:p>
    <w:p w14:paraId="0898F2B8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 xml:space="preserve">Перешла к </w:t>
      </w:r>
      <w:r w:rsidRPr="004438AB">
        <w:rPr>
          <w:b/>
          <w:lang w:val="ru-RU"/>
        </w:rPr>
        <w:t>постиндустриальному тип</w:t>
      </w:r>
      <w:r w:rsidRPr="004438AB">
        <w:rPr>
          <w:b/>
          <w:lang w:val="ru-RU"/>
        </w:rPr>
        <w:t>у</w:t>
      </w:r>
      <w:r w:rsidRPr="004438AB">
        <w:rPr>
          <w:lang w:val="ru-RU"/>
        </w:rPr>
        <w:t xml:space="preserve">. * </w:t>
      </w:r>
      <w:r w:rsidRPr="004438AB">
        <w:rPr>
          <w:b/>
          <w:lang w:val="ru-RU"/>
        </w:rPr>
        <w:t>Машиностроение:</w:t>
      </w:r>
      <w:r w:rsidRPr="004438AB">
        <w:rPr>
          <w:lang w:val="ru-RU"/>
        </w:rPr>
        <w:t xml:space="preserve"> Главный лидер (автомобили, станки, авиация). Лидеры: Германия, Франция. * </w:t>
      </w:r>
      <w:r w:rsidRPr="004438AB">
        <w:rPr>
          <w:b/>
          <w:lang w:val="ru-RU"/>
        </w:rPr>
        <w:t>Химическая промышленность</w:t>
      </w:r>
      <w:proofErr w:type="gramStart"/>
      <w:r w:rsidRPr="004438AB">
        <w:rPr>
          <w:b/>
          <w:lang w:val="ru-RU"/>
        </w:rPr>
        <w:t>:</w:t>
      </w:r>
      <w:r w:rsidRPr="004438AB">
        <w:rPr>
          <w:lang w:val="ru-RU"/>
        </w:rPr>
        <w:t xml:space="preserve"> Очень</w:t>
      </w:r>
      <w:proofErr w:type="gramEnd"/>
      <w:r w:rsidRPr="004438AB">
        <w:rPr>
          <w:lang w:val="ru-RU"/>
        </w:rPr>
        <w:t xml:space="preserve"> развита (фармацевтика, удобрения). * </w:t>
      </w:r>
      <w:r w:rsidRPr="004438AB">
        <w:rPr>
          <w:b/>
          <w:lang w:val="ru-RU"/>
        </w:rPr>
        <w:t>Лёгкая промышленность</w:t>
      </w:r>
      <w:proofErr w:type="gramStart"/>
      <w:r w:rsidRPr="004438AB">
        <w:rPr>
          <w:b/>
          <w:lang w:val="ru-RU"/>
        </w:rPr>
        <w:t>:</w:t>
      </w:r>
      <w:r w:rsidRPr="004438AB">
        <w:rPr>
          <w:lang w:val="ru-RU"/>
        </w:rPr>
        <w:t xml:space="preserve"> Сильно</w:t>
      </w:r>
      <w:proofErr w:type="gramEnd"/>
      <w:r w:rsidRPr="004438AB">
        <w:rPr>
          <w:lang w:val="ru-RU"/>
        </w:rPr>
        <w:t xml:space="preserve"> автоматизирована, но многие производства перенесли в дешевые </w:t>
      </w:r>
      <w:r w:rsidRPr="004438AB">
        <w:rPr>
          <w:lang w:val="ru-RU"/>
        </w:rPr>
        <w:t>страны.</w:t>
      </w:r>
    </w:p>
    <w:p w14:paraId="6EA420F5" w14:textId="77777777" w:rsidR="004A7173" w:rsidRPr="004438AB" w:rsidRDefault="008B144F">
      <w:pPr>
        <w:pStyle w:val="31"/>
        <w:rPr>
          <w:lang w:val="ru-RU"/>
        </w:rPr>
      </w:pPr>
      <w:r w:rsidRPr="004438AB">
        <w:rPr>
          <w:lang w:val="ru-RU"/>
        </w:rPr>
        <w:t>Сельское хозяйство</w:t>
      </w:r>
    </w:p>
    <w:p w14:paraId="299145F9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 xml:space="preserve">Высокоинтенсивное (высокая производительность с 1 гектара за счет техники и удобрений). * </w:t>
      </w:r>
      <w:r w:rsidRPr="004438AB">
        <w:rPr>
          <w:b/>
          <w:lang w:val="ru-RU"/>
        </w:rPr>
        <w:t>Специализация:</w:t>
      </w:r>
      <w:r w:rsidRPr="004438AB">
        <w:rPr>
          <w:lang w:val="ru-RU"/>
        </w:rPr>
        <w:t xml:space="preserve"> Молочное животноводство, выращивание зерновых, виноградарство (Италия, Испания), цветоводство (Голландия).</w:t>
      </w:r>
    </w:p>
    <w:p w14:paraId="45363BBF" w14:textId="77777777" w:rsidR="004A7173" w:rsidRPr="004438AB" w:rsidRDefault="008B144F">
      <w:pPr>
        <w:pStyle w:val="31"/>
        <w:rPr>
          <w:lang w:val="ru-RU"/>
        </w:rPr>
      </w:pPr>
      <w:r w:rsidRPr="004438AB">
        <w:rPr>
          <w:lang w:val="ru-RU"/>
        </w:rPr>
        <w:t>Транспорт</w:t>
      </w:r>
    </w:p>
    <w:p w14:paraId="4C9EE381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 xml:space="preserve">Развит лучше всего в мире. * </w:t>
      </w:r>
      <w:r w:rsidRPr="004438AB">
        <w:rPr>
          <w:b/>
          <w:lang w:val="ru-RU"/>
        </w:rPr>
        <w:t>Ж/Д:</w:t>
      </w:r>
      <w:r w:rsidRPr="004438AB">
        <w:rPr>
          <w:lang w:val="ru-RU"/>
        </w:rPr>
        <w:t xml:space="preserve"> Высокоскоростные поезда (</w:t>
      </w:r>
      <w:r>
        <w:t>TGV</w:t>
      </w:r>
      <w:r w:rsidRPr="004438AB">
        <w:rPr>
          <w:lang w:val="ru-RU"/>
        </w:rPr>
        <w:t xml:space="preserve"> во Франции, </w:t>
      </w:r>
      <w:r>
        <w:t>ICE</w:t>
      </w:r>
      <w:r w:rsidRPr="004438AB">
        <w:rPr>
          <w:lang w:val="ru-RU"/>
        </w:rPr>
        <w:t xml:space="preserve"> в Германии). * </w:t>
      </w:r>
      <w:r w:rsidRPr="004438AB">
        <w:rPr>
          <w:b/>
          <w:lang w:val="ru-RU"/>
        </w:rPr>
        <w:t>Морской:</w:t>
      </w:r>
      <w:r w:rsidRPr="004438AB">
        <w:rPr>
          <w:lang w:val="ru-RU"/>
        </w:rPr>
        <w:t xml:space="preserve"> Огромный экспортный потенциал (порт</w:t>
      </w:r>
      <w:r w:rsidRPr="004438AB">
        <w:rPr>
          <w:lang w:val="ru-RU"/>
        </w:rPr>
        <w:t>ы Роттердам, Гамбург, Марсель).</w:t>
      </w:r>
    </w:p>
    <w:p w14:paraId="068AB2E5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11FDA54E" w14:textId="77777777" w:rsidR="004A7173" w:rsidRPr="004438AB" w:rsidRDefault="008B144F">
      <w:pPr>
        <w:pStyle w:val="21"/>
        <w:rPr>
          <w:lang w:val="ru-RU"/>
        </w:rPr>
      </w:pPr>
      <w:r w:rsidRPr="004438AB">
        <w:rPr>
          <w:lang w:val="ru-RU"/>
        </w:rPr>
        <w:t xml:space="preserve">5. Субрегионы (Важно для ЕГЭ!) </w:t>
      </w:r>
      <w:r>
        <w:t>🗺</w:t>
      </w:r>
      <w:r>
        <w:t>️</w:t>
      </w:r>
    </w:p>
    <w:p w14:paraId="4ABB57F5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Зарубежную Европу делят на две части, потому что они очень разные: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A7173" w14:paraId="1AC79203" w14:textId="77777777">
        <w:tc>
          <w:tcPr>
            <w:tcW w:w="2880" w:type="dxa"/>
          </w:tcPr>
          <w:p w14:paraId="102A3BCE" w14:textId="77777777" w:rsidR="004A7173" w:rsidRDefault="008B144F">
            <w:proofErr w:type="spellStart"/>
            <w:r>
              <w:rPr>
                <w:b/>
              </w:rPr>
              <w:t>Характеристика</w:t>
            </w:r>
            <w:proofErr w:type="spellEnd"/>
          </w:p>
        </w:tc>
        <w:tc>
          <w:tcPr>
            <w:tcW w:w="2880" w:type="dxa"/>
          </w:tcPr>
          <w:p w14:paraId="3F451398" w14:textId="77777777" w:rsidR="004A7173" w:rsidRDefault="008B144F">
            <w:r>
              <w:rPr>
                <w:b/>
              </w:rPr>
              <w:t>Западная и Северная Европа</w:t>
            </w:r>
          </w:p>
        </w:tc>
        <w:tc>
          <w:tcPr>
            <w:tcW w:w="2880" w:type="dxa"/>
          </w:tcPr>
          <w:p w14:paraId="580D8C2D" w14:textId="77777777" w:rsidR="004A7173" w:rsidRDefault="008B144F">
            <w:r>
              <w:rPr>
                <w:b/>
              </w:rPr>
              <w:t>Южная Европа</w:t>
            </w:r>
          </w:p>
        </w:tc>
      </w:tr>
      <w:tr w:rsidR="004A7173" w14:paraId="28FB2E9E" w14:textId="77777777">
        <w:tc>
          <w:tcPr>
            <w:tcW w:w="2880" w:type="dxa"/>
          </w:tcPr>
          <w:p w14:paraId="753933A2" w14:textId="77777777" w:rsidR="004A7173" w:rsidRDefault="008B144F">
            <w:r>
              <w:rPr>
                <w:b/>
              </w:rPr>
              <w:t>Страны</w:t>
            </w:r>
          </w:p>
        </w:tc>
        <w:tc>
          <w:tcPr>
            <w:tcW w:w="2880" w:type="dxa"/>
          </w:tcPr>
          <w:p w14:paraId="2E7ED70C" w14:textId="77777777" w:rsidR="004A7173" w:rsidRPr="004438AB" w:rsidRDefault="008B144F">
            <w:pPr>
              <w:rPr>
                <w:lang w:val="ru-RU"/>
              </w:rPr>
            </w:pPr>
            <w:r w:rsidRPr="004438AB">
              <w:rPr>
                <w:lang w:val="ru-RU"/>
              </w:rPr>
              <w:t>Германия, Франция, Великобритания, Скандинавия, Нидерланды</w:t>
            </w:r>
          </w:p>
        </w:tc>
        <w:tc>
          <w:tcPr>
            <w:tcW w:w="2880" w:type="dxa"/>
          </w:tcPr>
          <w:p w14:paraId="530CB150" w14:textId="77777777" w:rsidR="004A7173" w:rsidRDefault="008B144F">
            <w:proofErr w:type="spellStart"/>
            <w:r>
              <w:t>Италия</w:t>
            </w:r>
            <w:proofErr w:type="spellEnd"/>
            <w:r>
              <w:t xml:space="preserve">, </w:t>
            </w:r>
            <w:proofErr w:type="spellStart"/>
            <w:r>
              <w:t>Испания</w:t>
            </w:r>
            <w:proofErr w:type="spellEnd"/>
            <w:r>
              <w:t xml:space="preserve">, </w:t>
            </w:r>
            <w:proofErr w:type="spellStart"/>
            <w:r>
              <w:t>Португалия</w:t>
            </w:r>
            <w:proofErr w:type="spellEnd"/>
            <w:r>
              <w:t xml:space="preserve">, </w:t>
            </w:r>
            <w:proofErr w:type="spellStart"/>
            <w:r>
              <w:t>Греция</w:t>
            </w:r>
            <w:proofErr w:type="spellEnd"/>
          </w:p>
        </w:tc>
      </w:tr>
      <w:tr w:rsidR="004A7173" w:rsidRPr="004438AB" w14:paraId="6D06DD0D" w14:textId="77777777">
        <w:tc>
          <w:tcPr>
            <w:tcW w:w="2880" w:type="dxa"/>
          </w:tcPr>
          <w:p w14:paraId="47383419" w14:textId="77777777" w:rsidR="004A7173" w:rsidRDefault="008B144F">
            <w:r>
              <w:rPr>
                <w:b/>
              </w:rPr>
              <w:t>Экономика</w:t>
            </w:r>
          </w:p>
        </w:tc>
        <w:tc>
          <w:tcPr>
            <w:tcW w:w="2880" w:type="dxa"/>
          </w:tcPr>
          <w:p w14:paraId="52336E9C" w14:textId="77777777" w:rsidR="004A7173" w:rsidRDefault="008B144F">
            <w:r>
              <w:t>Постиндустриальная, высокотехнологичная</w:t>
            </w:r>
          </w:p>
        </w:tc>
        <w:tc>
          <w:tcPr>
            <w:tcW w:w="2880" w:type="dxa"/>
          </w:tcPr>
          <w:p w14:paraId="1A27341C" w14:textId="77777777" w:rsidR="004A7173" w:rsidRPr="004438AB" w:rsidRDefault="008B144F">
            <w:pPr>
              <w:rPr>
                <w:lang w:val="ru-RU"/>
              </w:rPr>
            </w:pPr>
            <w:r w:rsidRPr="004438AB">
              <w:rPr>
                <w:lang w:val="ru-RU"/>
              </w:rPr>
              <w:t xml:space="preserve">Развивающаяся внутри региона, туризм, легкая </w:t>
            </w:r>
            <w:proofErr w:type="spellStart"/>
            <w:r w:rsidRPr="004438AB">
              <w:rPr>
                <w:lang w:val="ru-RU"/>
              </w:rPr>
              <w:t>пром-сть</w:t>
            </w:r>
            <w:proofErr w:type="spellEnd"/>
          </w:p>
        </w:tc>
      </w:tr>
      <w:tr w:rsidR="004A7173" w14:paraId="18C107AF" w14:textId="77777777">
        <w:tc>
          <w:tcPr>
            <w:tcW w:w="2880" w:type="dxa"/>
          </w:tcPr>
          <w:p w14:paraId="3B5B357B" w14:textId="77777777" w:rsidR="004A7173" w:rsidRDefault="008B144F">
            <w:proofErr w:type="spellStart"/>
            <w:r>
              <w:rPr>
                <w:b/>
              </w:rPr>
              <w:t>Природа</w:t>
            </w:r>
            <w:proofErr w:type="spellEnd"/>
          </w:p>
        </w:tc>
        <w:tc>
          <w:tcPr>
            <w:tcW w:w="2880" w:type="dxa"/>
          </w:tcPr>
          <w:p w14:paraId="351F8FF8" w14:textId="77777777" w:rsidR="004A7173" w:rsidRDefault="008B144F">
            <w:r>
              <w:t>Мягкий климат, леса</w:t>
            </w:r>
          </w:p>
        </w:tc>
        <w:tc>
          <w:tcPr>
            <w:tcW w:w="2880" w:type="dxa"/>
          </w:tcPr>
          <w:p w14:paraId="16E2E03B" w14:textId="77777777" w:rsidR="004A7173" w:rsidRDefault="008B144F">
            <w:r>
              <w:t>Жаркое лето, средиземноморская растительность</w:t>
            </w:r>
          </w:p>
        </w:tc>
      </w:tr>
      <w:tr w:rsidR="004A7173" w14:paraId="0F3AE39E" w14:textId="77777777">
        <w:tc>
          <w:tcPr>
            <w:tcW w:w="2880" w:type="dxa"/>
          </w:tcPr>
          <w:p w14:paraId="40508CA8" w14:textId="77777777" w:rsidR="004A7173" w:rsidRDefault="008B144F">
            <w:r>
              <w:rPr>
                <w:b/>
              </w:rPr>
              <w:t>Туризм</w:t>
            </w:r>
          </w:p>
        </w:tc>
        <w:tc>
          <w:tcPr>
            <w:tcW w:w="2880" w:type="dxa"/>
          </w:tcPr>
          <w:p w14:paraId="6D30D8D4" w14:textId="77777777" w:rsidR="004A7173" w:rsidRDefault="008B144F">
            <w:r>
              <w:t>Культурный, деловой</w:t>
            </w:r>
          </w:p>
        </w:tc>
        <w:tc>
          <w:tcPr>
            <w:tcW w:w="2880" w:type="dxa"/>
          </w:tcPr>
          <w:p w14:paraId="05FB2804" w14:textId="77777777" w:rsidR="004A7173" w:rsidRDefault="008B144F">
            <w:r>
              <w:t>Пляжный, оздоровительный</w:t>
            </w:r>
          </w:p>
        </w:tc>
      </w:tr>
    </w:tbl>
    <w:p w14:paraId="613AE6C9" w14:textId="77777777" w:rsidR="004A7173" w:rsidRDefault="004A7173">
      <w:pPr>
        <w:pBdr>
          <w:bottom w:val="single" w:sz="6" w:space="1" w:color="auto"/>
        </w:pBdr>
      </w:pPr>
    </w:p>
    <w:p w14:paraId="2BB48450" w14:textId="77777777" w:rsidR="004A7173" w:rsidRDefault="008B144F">
      <w:pPr>
        <w:pStyle w:val="21"/>
      </w:pPr>
      <w:r>
        <w:t xml:space="preserve">6. Международная интеграция </w:t>
      </w:r>
      <w:r>
        <w:t>🤝</w:t>
      </w:r>
    </w:p>
    <w:p w14:paraId="4744BBFE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 xml:space="preserve">Самое важное явление в регионе — создание </w:t>
      </w:r>
      <w:r w:rsidRPr="004438AB">
        <w:rPr>
          <w:b/>
          <w:lang w:val="ru-RU"/>
        </w:rPr>
        <w:t>Европейского Союза (ЕС)</w:t>
      </w:r>
      <w:r w:rsidRPr="004438AB">
        <w:rPr>
          <w:lang w:val="ru-RU"/>
        </w:rPr>
        <w:t xml:space="preserve">. * Единый рынок (товары и люди ходят свободно). * Единая валюта — </w:t>
      </w:r>
      <w:r w:rsidRPr="004438AB">
        <w:rPr>
          <w:b/>
          <w:lang w:val="ru-RU"/>
        </w:rPr>
        <w:t>Евро</w:t>
      </w:r>
      <w:r w:rsidRPr="004438AB">
        <w:rPr>
          <w:lang w:val="ru-RU"/>
        </w:rPr>
        <w:t xml:space="preserve"> (в большинстве стран). * Политическое влияние на мир.</w:t>
      </w:r>
    </w:p>
    <w:p w14:paraId="32ECCB54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Также р</w:t>
      </w:r>
      <w:r w:rsidRPr="004438AB">
        <w:rPr>
          <w:lang w:val="ru-RU"/>
        </w:rPr>
        <w:t xml:space="preserve">егион тесно связан с </w:t>
      </w:r>
      <w:r w:rsidRPr="004438AB">
        <w:rPr>
          <w:b/>
          <w:lang w:val="ru-RU"/>
        </w:rPr>
        <w:t>НАТО</w:t>
      </w:r>
      <w:r w:rsidRPr="004438AB">
        <w:rPr>
          <w:lang w:val="ru-RU"/>
        </w:rPr>
        <w:t xml:space="preserve"> (военный союз).</w:t>
      </w:r>
    </w:p>
    <w:p w14:paraId="41411701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791C51C2" w14:textId="77777777" w:rsidR="004A7173" w:rsidRPr="004438AB" w:rsidRDefault="008B144F">
      <w:pPr>
        <w:pStyle w:val="21"/>
        <w:rPr>
          <w:lang w:val="ru-RU"/>
        </w:rPr>
      </w:pPr>
      <w:r w:rsidRPr="004438AB">
        <w:rPr>
          <w:lang w:val="ru-RU"/>
        </w:rPr>
        <w:t>7. Главные проблемы региона ⚠</w:t>
      </w:r>
      <w:r>
        <w:t>️</w:t>
      </w:r>
    </w:p>
    <w:p w14:paraId="4E797BDB" w14:textId="77777777" w:rsidR="004A7173" w:rsidRPr="004438AB" w:rsidRDefault="008B144F">
      <w:pPr>
        <w:rPr>
          <w:lang w:val="ru-RU"/>
        </w:rPr>
      </w:pPr>
      <w:r w:rsidRPr="004438AB">
        <w:rPr>
          <w:lang w:val="ru-RU"/>
        </w:rPr>
        <w:t>Если спросят на экзамене «Какие проблемы у Зарубежной Европы?», отвечай так:</w:t>
      </w:r>
    </w:p>
    <w:p w14:paraId="25916E7B" w14:textId="77777777" w:rsidR="004A7173" w:rsidRPr="004438AB" w:rsidRDefault="008B144F">
      <w:pPr>
        <w:pStyle w:val="a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Экологическая:</w:t>
      </w:r>
      <w:r w:rsidRPr="004438AB">
        <w:rPr>
          <w:lang w:val="ru-RU"/>
        </w:rPr>
        <w:t xml:space="preserve"> Загрязнение воздуха (смог в мегаполисах), кислотные дожди (влияют на леса), проблема утили</w:t>
      </w:r>
      <w:r w:rsidRPr="004438AB">
        <w:rPr>
          <w:lang w:val="ru-RU"/>
        </w:rPr>
        <w:t>зации отходов.</w:t>
      </w:r>
    </w:p>
    <w:p w14:paraId="57482A11" w14:textId="77777777" w:rsidR="004A7173" w:rsidRPr="004438AB" w:rsidRDefault="008B144F">
      <w:pPr>
        <w:pStyle w:val="a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Демографическая:</w:t>
      </w:r>
      <w:r w:rsidRPr="004438AB">
        <w:rPr>
          <w:lang w:val="ru-RU"/>
        </w:rPr>
        <w:t xml:space="preserve"> Старение нации, нехватка рабочих рук.</w:t>
      </w:r>
    </w:p>
    <w:p w14:paraId="0682AFA9" w14:textId="77777777" w:rsidR="004A7173" w:rsidRPr="004438AB" w:rsidRDefault="008B144F">
      <w:pPr>
        <w:pStyle w:val="a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Экономическая:</w:t>
      </w:r>
      <w:r w:rsidRPr="004438AB">
        <w:rPr>
          <w:lang w:val="ru-RU"/>
        </w:rPr>
        <w:t xml:space="preserve"> Высокая конкуренция со стороны США и стран Азии (Китая, Японии).</w:t>
      </w:r>
    </w:p>
    <w:p w14:paraId="5E99A5EF" w14:textId="77777777" w:rsidR="004A7173" w:rsidRPr="004438AB" w:rsidRDefault="004A7173">
      <w:pPr>
        <w:pBdr>
          <w:bottom w:val="single" w:sz="6" w:space="1" w:color="auto"/>
        </w:pBdr>
        <w:rPr>
          <w:lang w:val="ru-RU"/>
        </w:rPr>
      </w:pPr>
    </w:p>
    <w:p w14:paraId="477F9CDD" w14:textId="77777777" w:rsidR="004A7173" w:rsidRDefault="008B144F">
      <w:pPr>
        <w:pStyle w:val="31"/>
      </w:pPr>
      <w:proofErr w:type="spellStart"/>
      <w:r>
        <w:t>Шпаргалка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запоминания</w:t>
      </w:r>
      <w:proofErr w:type="spellEnd"/>
      <w:r>
        <w:t>:</w:t>
      </w:r>
    </w:p>
    <w:p w14:paraId="05B1985D" w14:textId="77777777" w:rsidR="004A7173" w:rsidRPr="004438AB" w:rsidRDefault="008B144F">
      <w:pPr>
        <w:pStyle w:val="a0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Где?</w:t>
      </w:r>
      <w:r w:rsidRPr="004438AB">
        <w:rPr>
          <w:lang w:val="ru-RU"/>
        </w:rPr>
        <w:t xml:space="preserve"> Европа без РФ и СНГ.</w:t>
      </w:r>
    </w:p>
    <w:p w14:paraId="092EE59B" w14:textId="77777777" w:rsidR="004A7173" w:rsidRPr="004438AB" w:rsidRDefault="008B144F">
      <w:pPr>
        <w:pStyle w:val="a0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Что производят?</w:t>
      </w:r>
      <w:r w:rsidRPr="004438AB">
        <w:rPr>
          <w:lang w:val="ru-RU"/>
        </w:rPr>
        <w:t xml:space="preserve"> Машины, химию, технологии.</w:t>
      </w:r>
    </w:p>
    <w:p w14:paraId="672B192A" w14:textId="77777777" w:rsidR="004A7173" w:rsidRPr="004438AB" w:rsidRDefault="008B144F">
      <w:pPr>
        <w:pStyle w:val="a0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Кто живет</w:t>
      </w:r>
      <w:r w:rsidRPr="004438AB">
        <w:rPr>
          <w:b/>
          <w:lang w:val="ru-RU"/>
        </w:rPr>
        <w:t>?</w:t>
      </w:r>
      <w:r w:rsidRPr="004438AB">
        <w:rPr>
          <w:lang w:val="ru-RU"/>
        </w:rPr>
        <w:t xml:space="preserve"> Городские жители, много иностранцев, население стареет.</w:t>
      </w:r>
    </w:p>
    <w:p w14:paraId="7B714063" w14:textId="77777777" w:rsidR="004A7173" w:rsidRDefault="008B144F">
      <w:pPr>
        <w:pStyle w:val="a0"/>
        <w:spacing w:line="240" w:lineRule="auto"/>
        <w:ind w:left="720"/>
      </w:pPr>
      <w:proofErr w:type="spellStart"/>
      <w:r>
        <w:rPr>
          <w:b/>
        </w:rPr>
        <w:t>Главный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союз</w:t>
      </w:r>
      <w:proofErr w:type="spellEnd"/>
      <w:r>
        <w:rPr>
          <w:b/>
        </w:rPr>
        <w:t>?</w:t>
      </w:r>
      <w:r>
        <w:t xml:space="preserve"> ЕС (Евро).</w:t>
      </w:r>
    </w:p>
    <w:p w14:paraId="42C017E4" w14:textId="77777777" w:rsidR="004A7173" w:rsidRPr="004438AB" w:rsidRDefault="008B144F">
      <w:pPr>
        <w:pStyle w:val="a0"/>
        <w:spacing w:line="240" w:lineRule="auto"/>
        <w:ind w:left="720"/>
        <w:rPr>
          <w:lang w:val="ru-RU"/>
        </w:rPr>
      </w:pPr>
      <w:r w:rsidRPr="004438AB">
        <w:rPr>
          <w:b/>
          <w:lang w:val="ru-RU"/>
        </w:rPr>
        <w:t>Слабое место?</w:t>
      </w:r>
      <w:r w:rsidRPr="004438AB">
        <w:rPr>
          <w:lang w:val="ru-RU"/>
        </w:rPr>
        <w:t xml:space="preserve"> Мало своих ресурсов.</w:t>
      </w:r>
    </w:p>
    <w:sectPr w:rsidR="004A7173" w:rsidRPr="004438AB" w:rsidSect="004438AB">
      <w:footerReference w:type="default" r:id="rId8"/>
      <w:pgSz w:w="12240" w:h="15840"/>
      <w:pgMar w:top="56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146C" w14:textId="77777777" w:rsidR="008B144F" w:rsidRDefault="008B144F">
      <w:pPr>
        <w:spacing w:after="0" w:line="240" w:lineRule="auto"/>
      </w:pPr>
      <w:r>
        <w:separator/>
      </w:r>
    </w:p>
  </w:endnote>
  <w:endnote w:type="continuationSeparator" w:id="0">
    <w:p w14:paraId="3E296B82" w14:textId="77777777" w:rsidR="008B144F" w:rsidRDefault="008B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DA33" w14:textId="77777777" w:rsidR="004A7173" w:rsidRDefault="008B144F">
    <w:pPr>
      <w:pStyle w:val="a7"/>
      <w:jc w:val="right"/>
    </w:pPr>
    <w:r>
      <w:rPr>
        <w:rFonts w:ascii="Inter" w:hAnsi="Inter"/>
        <w:color w:val="888888"/>
        <w:sz w:val="23"/>
      </w:rPr>
      <w:t xml:space="preserve">made with </w:t>
    </w:r>
    <w:r>
      <w:rPr>
        <w:noProof/>
      </w:rPr>
      <w:drawing>
        <wp:inline distT="0" distB="0" distL="0" distR="0" wp14:anchorId="20B992FE" wp14:editId="0A48D70B">
          <wp:extent cx="228600" cy="228600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hyperlink>
      <w:r>
        <w:rPr>
          <w:color w:val="888888"/>
        </w:rPr>
        <w:t>gptdaisy.com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1104" w14:textId="77777777" w:rsidR="008B144F" w:rsidRDefault="008B144F">
      <w:pPr>
        <w:spacing w:after="0" w:line="240" w:lineRule="auto"/>
      </w:pPr>
      <w:r>
        <w:separator/>
      </w:r>
    </w:p>
  </w:footnote>
  <w:footnote w:type="continuationSeparator" w:id="0">
    <w:p w14:paraId="08C962B5" w14:textId="77777777" w:rsidR="008B144F" w:rsidRDefault="008B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38AB"/>
    <w:rsid w:val="004A7173"/>
    <w:rsid w:val="008B144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02311"/>
  <w14:defaultImageDpi w14:val="300"/>
  <w15:docId w15:val="{18CFD503-03D5-441F-B23C-FA74949F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КРИППО-14Н</cp:lastModifiedBy>
  <cp:revision>1</cp:revision>
  <dcterms:created xsi:type="dcterms:W3CDTF">2013-12-23T23:15:00Z</dcterms:created>
  <dcterms:modified xsi:type="dcterms:W3CDTF">2026-08-31T13:33:00Z</dcterms:modified>
  <cp:category/>
</cp:coreProperties>
</file>