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2A280" w14:textId="77777777" w:rsidR="00AB1FE7" w:rsidRPr="00237279" w:rsidRDefault="00BD224B" w:rsidP="00237279">
      <w:pPr>
        <w:pStyle w:val="1"/>
        <w:jc w:val="both"/>
        <w:rPr>
          <w:rFonts w:ascii="Times New Roman" w:hAnsi="Times New Roman" w:cs="Times New Roman"/>
          <w:lang w:val="ru-RU"/>
        </w:rPr>
      </w:pPr>
      <w:r w:rsidRPr="00237279">
        <w:rPr>
          <w:rFonts w:ascii="Times New Roman" w:hAnsi="Times New Roman" w:cs="Times New Roman"/>
          <w:lang w:val="ru-RU"/>
        </w:rPr>
        <w:t xml:space="preserve">Географическая среда </w:t>
      </w:r>
      <w:r w:rsidRPr="00237279">
        <w:rPr>
          <w:rFonts w:ascii="Segoe UI Emoji" w:hAnsi="Segoe UI Emoji" w:cs="Segoe UI Emoji"/>
        </w:rPr>
        <w:t>🌍</w:t>
      </w:r>
    </w:p>
    <w:p w14:paraId="6990CF61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Представь, что мы живём в огромном аквариуме. Всё, что нас окружает — воздух, вода, земля, животные и растения — это и есть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географическая среда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70B5FE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Простыми словами: это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часть физической оболочки Земли, которая непосредственно контактирует с человеком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и испо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льзуется им для жизни.</w:t>
      </w:r>
    </w:p>
    <w:p w14:paraId="4602D7D8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Давай разберём её по полочкам.</w:t>
      </w:r>
    </w:p>
    <w:p w14:paraId="761F5BFF" w14:textId="77777777" w:rsidR="00AB1FE7" w:rsidRPr="00237279" w:rsidRDefault="00AB1FE7" w:rsidP="0023727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C19405F" w14:textId="77777777" w:rsidR="00AB1FE7" w:rsidRPr="00237279" w:rsidRDefault="00BD224B" w:rsidP="00237279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Из чего она состоит? (4 сферы)</w:t>
      </w:r>
    </w:p>
    <w:p w14:paraId="5FC7445E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Географическая среда — это «конструктор», который складывается из четырёх главных частей:</w:t>
      </w:r>
    </w:p>
    <w:p w14:paraId="7A96AB67" w14:textId="77777777" w:rsidR="00AB1FE7" w:rsidRPr="00237279" w:rsidRDefault="00BD224B" w:rsidP="00237279">
      <w:pPr>
        <w:pStyle w:val="a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Атмосфера (Воздух)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37279">
        <w:rPr>
          <w:rFonts w:ascii="Segoe UI Emoji" w:hAnsi="Segoe UI Emoji" w:cs="Segoe UI Emoji"/>
          <w:sz w:val="28"/>
          <w:szCs w:val="28"/>
        </w:rPr>
        <w:t>💨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То</w:t>
      </w:r>
      <w:proofErr w:type="gramEnd"/>
      <w:r w:rsidRPr="00237279">
        <w:rPr>
          <w:rFonts w:ascii="Times New Roman" w:hAnsi="Times New Roman" w:cs="Times New Roman"/>
          <w:sz w:val="28"/>
          <w:szCs w:val="28"/>
          <w:lang w:val="ru-RU"/>
        </w:rPr>
        <w:t>, чем мы дышим. Она защищает нас от космической радиации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, регулирует температуру (чтобы ночью не было -100°</w:t>
      </w:r>
      <w:r w:rsidRPr="00237279">
        <w:rPr>
          <w:rFonts w:ascii="Times New Roman" w:hAnsi="Times New Roman" w:cs="Times New Roman"/>
          <w:sz w:val="28"/>
          <w:szCs w:val="28"/>
        </w:rPr>
        <w:t>C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, а днём +100°</w:t>
      </w:r>
      <w:r w:rsidRPr="00237279">
        <w:rPr>
          <w:rFonts w:ascii="Times New Roman" w:hAnsi="Times New Roman" w:cs="Times New Roman"/>
          <w:sz w:val="28"/>
          <w:szCs w:val="28"/>
        </w:rPr>
        <w:t>C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) и приносит дождь.</w:t>
      </w:r>
    </w:p>
    <w:p w14:paraId="013A85C8" w14:textId="77777777" w:rsidR="00AB1FE7" w:rsidRPr="00237279" w:rsidRDefault="00BD224B" w:rsidP="00237279">
      <w:pPr>
        <w:pStyle w:val="a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Гидросфера (Вода)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7279">
        <w:rPr>
          <w:rFonts w:ascii="Segoe UI Emoji" w:hAnsi="Segoe UI Emoji" w:cs="Segoe UI Emoji"/>
          <w:sz w:val="28"/>
          <w:szCs w:val="28"/>
        </w:rPr>
        <w:t>💧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Океаны, моря, реки, озёра, ледники и даже подземные воды. Без неё жизнь невозможна, а ещё вода — это транспортная артерия планеты.</w:t>
      </w:r>
    </w:p>
    <w:p w14:paraId="3D2B0AC5" w14:textId="77777777" w:rsidR="00AB1FE7" w:rsidRPr="00237279" w:rsidRDefault="00BD224B" w:rsidP="00237279">
      <w:pPr>
        <w:pStyle w:val="a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Литосфера (Земная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кора)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37279">
        <w:rPr>
          <w:rFonts w:ascii="Times New Roman" w:hAnsi="Times New Roman" w:cs="Times New Roman"/>
          <w:sz w:val="28"/>
          <w:szCs w:val="28"/>
        </w:rPr>
        <w:t>🪨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proofErr w:type="gramEnd"/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твёрдая основа. Горы, равнины, почвы, недра (нефть, газ, руды). </w:t>
      </w:r>
      <w:proofErr w:type="spellStart"/>
      <w:r w:rsidRPr="00237279"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 w:rsidRPr="002372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279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2372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279">
        <w:rPr>
          <w:rFonts w:ascii="Times New Roman" w:hAnsi="Times New Roman" w:cs="Times New Roman"/>
          <w:sz w:val="28"/>
          <w:szCs w:val="28"/>
        </w:rPr>
        <w:t>строим</w:t>
      </w:r>
      <w:proofErr w:type="spellEnd"/>
      <w:r w:rsidRPr="002372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279">
        <w:rPr>
          <w:rFonts w:ascii="Times New Roman" w:hAnsi="Times New Roman" w:cs="Times New Roman"/>
          <w:sz w:val="28"/>
          <w:szCs w:val="28"/>
        </w:rPr>
        <w:t>дома</w:t>
      </w:r>
      <w:proofErr w:type="spellEnd"/>
      <w:r w:rsidRPr="00237279">
        <w:rPr>
          <w:rFonts w:ascii="Times New Roman" w:hAnsi="Times New Roman" w:cs="Times New Roman"/>
          <w:sz w:val="28"/>
          <w:szCs w:val="28"/>
        </w:rPr>
        <w:t xml:space="preserve"> и добываем ресурсы.</w:t>
      </w:r>
    </w:p>
    <w:p w14:paraId="3748FB7D" w14:textId="77777777" w:rsidR="00AB1FE7" w:rsidRPr="00237279" w:rsidRDefault="00BD224B" w:rsidP="00237279">
      <w:pPr>
        <w:pStyle w:val="a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Биосфера (Живая природа)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7279">
        <w:rPr>
          <w:rFonts w:ascii="Segoe UI Emoji" w:hAnsi="Segoe UI Emoji" w:cs="Segoe UI Emoji"/>
          <w:sz w:val="28"/>
          <w:szCs w:val="28"/>
        </w:rPr>
        <w:t>🌿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Растения, животные, грибы, бактерии и, конечно, люди. Это та часть среды, где кипит жизнь.</w:t>
      </w:r>
    </w:p>
    <w:p w14:paraId="05E4BA23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Важно: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Все эти чет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ыре части связаны между собой. Если меняется воздух (становится жарче), тает лёд (гидросфера), меняются берега (литосфера) и гибнут животные (биосфера).</w:t>
      </w:r>
    </w:p>
    <w:p w14:paraId="32C58E62" w14:textId="77777777" w:rsidR="00AB1FE7" w:rsidRPr="00237279" w:rsidRDefault="00AB1FE7" w:rsidP="0023727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F40BE2" w14:textId="77777777" w:rsidR="00AB1FE7" w:rsidRPr="00237279" w:rsidRDefault="00BD224B" w:rsidP="00237279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Как мы взаимодействуем со средой?</w:t>
      </w:r>
    </w:p>
    <w:p w14:paraId="3078C57A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Это самая главная тема для 10 класса. Отношения идут в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двух направле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ниях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43CB423" w14:textId="77777777" w:rsidR="00AB1FE7" w:rsidRPr="00237279" w:rsidRDefault="00BD224B" w:rsidP="00237279">
      <w:pPr>
        <w:pStyle w:val="3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1. Природа влияет на человека </w:t>
      </w:r>
      <w:r w:rsidRPr="00237279">
        <w:rPr>
          <w:rFonts w:ascii="Segoe UI Emoji" w:hAnsi="Segoe UI Emoji" w:cs="Segoe UI Emoji"/>
          <w:sz w:val="28"/>
          <w:szCs w:val="28"/>
        </w:rPr>
        <w:t>🏔</w:t>
      </w:r>
      <w:r w:rsidRPr="00237279">
        <w:rPr>
          <w:rFonts w:ascii="Times New Roman" w:hAnsi="Times New Roman" w:cs="Times New Roman"/>
          <w:sz w:val="28"/>
          <w:szCs w:val="28"/>
        </w:rPr>
        <w:t>️</w:t>
      </w:r>
    </w:p>
    <w:p w14:paraId="47D75BE3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Природа диктует нам условия, в которых мы живём. *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Климат: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В Норвегии строят дома с крутыми крышами (снег слезает сам), а в Саудовской Аравии — с толстыми стенами и маленькими окнами (жара). *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Ресурсы</w:t>
      </w:r>
      <w:proofErr w:type="gramStart"/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Там</w:t>
      </w:r>
      <w:proofErr w:type="gramEnd"/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, где есть 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нефть (Саудовская Аравия, Россия), развивается одна промышленность. Там, где плодородная почва (Украина, США) — сельское хозяйство. *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Опасности: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Землетрясения в Японии или ураганы во Флориде заставляют людей строить специальные защитные сооружения.</w:t>
      </w:r>
    </w:p>
    <w:p w14:paraId="2BECDDA5" w14:textId="77777777" w:rsidR="00AB1FE7" w:rsidRPr="00237279" w:rsidRDefault="00BD224B" w:rsidP="00237279">
      <w:pPr>
        <w:pStyle w:val="3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2. Чело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век влияет на природу </w:t>
      </w:r>
      <w:r w:rsidRPr="00237279">
        <w:rPr>
          <w:rFonts w:ascii="Segoe UI Emoji" w:hAnsi="Segoe UI Emoji" w:cs="Segoe UI Emoji"/>
          <w:sz w:val="28"/>
          <w:szCs w:val="28"/>
        </w:rPr>
        <w:t>👷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‍♂</w:t>
      </w:r>
      <w:r w:rsidRPr="00237279">
        <w:rPr>
          <w:rFonts w:ascii="Times New Roman" w:hAnsi="Times New Roman" w:cs="Times New Roman"/>
          <w:sz w:val="28"/>
          <w:szCs w:val="28"/>
        </w:rPr>
        <w:t>️</w:t>
      </w:r>
    </w:p>
    <w:p w14:paraId="38FFD60A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Мы меняем облик Земли так сильно, что учёные даже придумали термин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«антропогенное воздействие»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. *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Отрицательное: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Загрязнение воздуха заводами, мусор на свалках, вырубка лесов, осушение болот. Мы берём у природы больше, чем она у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спевает восстановить. *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Положительное: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Посадка новых лесов, очистка рек, создание заповедников, строительство очистных сооружений.</w:t>
      </w:r>
    </w:p>
    <w:p w14:paraId="49C301F8" w14:textId="77777777" w:rsidR="00AB1FE7" w:rsidRPr="00237279" w:rsidRDefault="00AB1FE7" w:rsidP="0023727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2F53BF" w14:textId="77777777" w:rsidR="00AB1FE7" w:rsidRPr="00237279" w:rsidRDefault="00BD224B" w:rsidP="00237279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Примеры влияния географической среды на экономику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B1FE7" w:rsidRPr="00237279" w14:paraId="6C5AB494" w14:textId="77777777">
        <w:tc>
          <w:tcPr>
            <w:tcW w:w="4320" w:type="dxa"/>
          </w:tcPr>
          <w:p w14:paraId="07AC9943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279">
              <w:rPr>
                <w:rFonts w:ascii="Times New Roman" w:hAnsi="Times New Roman" w:cs="Times New Roman"/>
                <w:b/>
                <w:sz w:val="28"/>
                <w:szCs w:val="28"/>
              </w:rPr>
              <w:t>Сфера</w:t>
            </w:r>
            <w:proofErr w:type="spellEnd"/>
          </w:p>
        </w:tc>
        <w:tc>
          <w:tcPr>
            <w:tcW w:w="4320" w:type="dxa"/>
          </w:tcPr>
          <w:p w14:paraId="03804EC6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72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Пример влияния на жизнь и экономику</w:t>
            </w:r>
          </w:p>
        </w:tc>
      </w:tr>
      <w:tr w:rsidR="00AB1FE7" w:rsidRPr="00237279" w14:paraId="121F745A" w14:textId="77777777">
        <w:tc>
          <w:tcPr>
            <w:tcW w:w="4320" w:type="dxa"/>
          </w:tcPr>
          <w:p w14:paraId="6ECE89E0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279">
              <w:rPr>
                <w:rFonts w:ascii="Times New Roman" w:hAnsi="Times New Roman" w:cs="Times New Roman"/>
                <w:b/>
                <w:sz w:val="28"/>
                <w:szCs w:val="28"/>
              </w:rPr>
              <w:t>Рельеф</w:t>
            </w:r>
            <w:proofErr w:type="spellEnd"/>
          </w:p>
        </w:tc>
        <w:tc>
          <w:tcPr>
            <w:tcW w:w="4320" w:type="dxa"/>
          </w:tcPr>
          <w:p w14:paraId="048C36D0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горах трудно </w:t>
            </w:r>
            <w:r w:rsidRPr="00237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строить дороги, но там можно развивать туризм (лыжи). </w:t>
            </w:r>
            <w:proofErr w:type="spellStart"/>
            <w:r w:rsidRPr="0023727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237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7279">
              <w:rPr>
                <w:rFonts w:ascii="Times New Roman" w:hAnsi="Times New Roman" w:cs="Times New Roman"/>
                <w:sz w:val="28"/>
                <w:szCs w:val="28"/>
              </w:rPr>
              <w:t>равнинах</w:t>
            </w:r>
            <w:proofErr w:type="spellEnd"/>
            <w:r w:rsidRPr="00237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7279">
              <w:rPr>
                <w:rFonts w:ascii="Times New Roman" w:hAnsi="Times New Roman" w:cs="Times New Roman"/>
                <w:sz w:val="28"/>
                <w:szCs w:val="28"/>
              </w:rPr>
              <w:t>легко</w:t>
            </w:r>
            <w:proofErr w:type="spellEnd"/>
            <w:r w:rsidRPr="00237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7279">
              <w:rPr>
                <w:rFonts w:ascii="Times New Roman" w:hAnsi="Times New Roman" w:cs="Times New Roman"/>
                <w:sz w:val="28"/>
                <w:szCs w:val="28"/>
              </w:rPr>
              <w:t>пахать</w:t>
            </w:r>
            <w:proofErr w:type="spellEnd"/>
            <w:r w:rsidRPr="00237279">
              <w:rPr>
                <w:rFonts w:ascii="Times New Roman" w:hAnsi="Times New Roman" w:cs="Times New Roman"/>
                <w:sz w:val="28"/>
                <w:szCs w:val="28"/>
              </w:rPr>
              <w:t xml:space="preserve"> поля.</w:t>
            </w:r>
          </w:p>
        </w:tc>
      </w:tr>
      <w:tr w:rsidR="00AB1FE7" w:rsidRPr="00237279" w14:paraId="53242546" w14:textId="77777777">
        <w:tc>
          <w:tcPr>
            <w:tcW w:w="4320" w:type="dxa"/>
          </w:tcPr>
          <w:p w14:paraId="5BBF494E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279">
              <w:rPr>
                <w:rFonts w:ascii="Times New Roman" w:hAnsi="Times New Roman" w:cs="Times New Roman"/>
                <w:b/>
                <w:sz w:val="28"/>
                <w:szCs w:val="28"/>
              </w:rPr>
              <w:t>Климат</w:t>
            </w:r>
          </w:p>
        </w:tc>
        <w:tc>
          <w:tcPr>
            <w:tcW w:w="4320" w:type="dxa"/>
          </w:tcPr>
          <w:p w14:paraId="546C2068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7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жарких странах развито выращивание бананов и хлопка. В холодных — выращивать еду сложно, зато много леса.</w:t>
            </w:r>
          </w:p>
        </w:tc>
      </w:tr>
      <w:tr w:rsidR="00AB1FE7" w:rsidRPr="00237279" w14:paraId="2F494C4E" w14:textId="77777777">
        <w:tc>
          <w:tcPr>
            <w:tcW w:w="4320" w:type="dxa"/>
          </w:tcPr>
          <w:p w14:paraId="2CB6D30F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279">
              <w:rPr>
                <w:rFonts w:ascii="Times New Roman" w:hAnsi="Times New Roman" w:cs="Times New Roman"/>
                <w:b/>
                <w:sz w:val="28"/>
                <w:szCs w:val="28"/>
              </w:rPr>
              <w:t>Водные</w:t>
            </w:r>
            <w:proofErr w:type="spellEnd"/>
            <w:r w:rsidRPr="002372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37279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  <w:proofErr w:type="spellEnd"/>
          </w:p>
        </w:tc>
        <w:tc>
          <w:tcPr>
            <w:tcW w:w="4320" w:type="dxa"/>
          </w:tcPr>
          <w:p w14:paraId="7CCBBE1D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7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Крупные города всегда растут </w:t>
            </w:r>
            <w:r w:rsidRPr="00237279">
              <w:rPr>
                <w:rFonts w:ascii="Times New Roman" w:hAnsi="Times New Roman" w:cs="Times New Roman"/>
                <w:sz w:val="28"/>
                <w:szCs w:val="28"/>
              </w:rPr>
              <w:t>near</w:t>
            </w:r>
            <w:r w:rsidRPr="00237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больш</w:t>
            </w:r>
            <w:r w:rsidRPr="00237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 рек или морей (транспорт + вода).</w:t>
            </w:r>
          </w:p>
        </w:tc>
      </w:tr>
      <w:tr w:rsidR="00AB1FE7" w:rsidRPr="00237279" w14:paraId="4958154D" w14:textId="77777777">
        <w:tc>
          <w:tcPr>
            <w:tcW w:w="4320" w:type="dxa"/>
          </w:tcPr>
          <w:p w14:paraId="2A012A39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279">
              <w:rPr>
                <w:rFonts w:ascii="Times New Roman" w:hAnsi="Times New Roman" w:cs="Times New Roman"/>
                <w:b/>
                <w:sz w:val="28"/>
                <w:szCs w:val="28"/>
              </w:rPr>
              <w:t>Недра</w:t>
            </w:r>
            <w:proofErr w:type="spellEnd"/>
          </w:p>
        </w:tc>
        <w:tc>
          <w:tcPr>
            <w:tcW w:w="4320" w:type="dxa"/>
          </w:tcPr>
          <w:p w14:paraId="09BD970A" w14:textId="77777777" w:rsidR="00AB1FE7" w:rsidRPr="00237279" w:rsidRDefault="00BD224B" w:rsidP="002372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7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Город Екатеринбург вырос благодаря добыче металлов. </w:t>
            </w:r>
            <w:r w:rsidRPr="002372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Нефтяные вышки определяют богатство целых регионов.</w:t>
            </w:r>
          </w:p>
        </w:tc>
      </w:tr>
    </w:tbl>
    <w:p w14:paraId="53360D6D" w14:textId="77777777" w:rsidR="00AB1FE7" w:rsidRPr="00237279" w:rsidRDefault="00AB1FE7" w:rsidP="0023727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AE025C" w14:textId="77777777" w:rsidR="00AB1FE7" w:rsidRPr="00237279" w:rsidRDefault="00BD224B" w:rsidP="00237279">
      <w:pPr>
        <w:pStyle w:val="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Почему это важно знать сейчас?</w:t>
      </w:r>
    </w:p>
    <w:p w14:paraId="3D9D759D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Сегодня человечество стоит перед выбором. Мы используем географическую сред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у как «бесплатную свалку» и «бесплатный склад ресурсов».</w:t>
      </w:r>
    </w:p>
    <w:p w14:paraId="5CB5DAFB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Поэтому сейчас говорят о </w:t>
      </w: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рациональном природопользовании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>. Это значит: 1. Использовать ресурсы экономно (перерабатывать мусор вместо того, чтобы закапывать его). 2. Беречь то, что невосполнимо (чистый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воздух, редкие виды животных). 3. Понимать, что удар по одному элементу среды бьет по всем остальным.</w:t>
      </w:r>
    </w:p>
    <w:p w14:paraId="479EABF2" w14:textId="77777777" w:rsidR="00AB1FE7" w:rsidRPr="00237279" w:rsidRDefault="00BD224B" w:rsidP="00237279">
      <w:pPr>
        <w:pStyle w:val="3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279">
        <w:rPr>
          <w:rFonts w:ascii="Times New Roman" w:hAnsi="Times New Roman" w:cs="Times New Roman"/>
          <w:sz w:val="28"/>
          <w:szCs w:val="28"/>
          <w:lang w:val="ru-RU"/>
        </w:rPr>
        <w:t>Итог</w:t>
      </w:r>
    </w:p>
    <w:p w14:paraId="2D3737CF" w14:textId="77777777" w:rsidR="00AB1FE7" w:rsidRPr="00237279" w:rsidRDefault="00BD224B" w:rsidP="00237279">
      <w:pPr>
        <w:jc w:val="both"/>
        <w:rPr>
          <w:rFonts w:ascii="Times New Roman" w:hAnsi="Times New Roman" w:cs="Times New Roman"/>
          <w:sz w:val="28"/>
          <w:szCs w:val="28"/>
        </w:rPr>
      </w:pPr>
      <w:r w:rsidRPr="00237279">
        <w:rPr>
          <w:rFonts w:ascii="Times New Roman" w:hAnsi="Times New Roman" w:cs="Times New Roman"/>
          <w:b/>
          <w:sz w:val="28"/>
          <w:szCs w:val="28"/>
          <w:lang w:val="ru-RU"/>
        </w:rPr>
        <w:t>Географическая среда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 — это наш общий дом. Мы зависим от неё сильнее, чем хотим признать (нам нужен воздух и еда), но и мы делаем этот дом чище или г</w:t>
      </w:r>
      <w:r w:rsidRPr="00237279">
        <w:rPr>
          <w:rFonts w:ascii="Times New Roman" w:hAnsi="Times New Roman" w:cs="Times New Roman"/>
          <w:sz w:val="28"/>
          <w:szCs w:val="28"/>
          <w:lang w:val="ru-RU"/>
        </w:rPr>
        <w:t xml:space="preserve">рязнее. Умение понимать эту связь — ключ к тому, чтобы планета оставалась пригодной для жизни. </w:t>
      </w:r>
      <w:r w:rsidRPr="00237279">
        <w:rPr>
          <w:rFonts w:ascii="Segoe UI Emoji" w:hAnsi="Segoe UI Emoji" w:cs="Segoe UI Emoji"/>
          <w:sz w:val="28"/>
          <w:szCs w:val="28"/>
        </w:rPr>
        <w:t>🌱</w:t>
      </w:r>
    </w:p>
    <w:sectPr w:rsidR="00AB1FE7" w:rsidRPr="00237279" w:rsidSect="00237279">
      <w:footerReference w:type="default" r:id="rId8"/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5EFC4" w14:textId="77777777" w:rsidR="00BD224B" w:rsidRDefault="00BD224B">
      <w:pPr>
        <w:spacing w:after="0" w:line="240" w:lineRule="auto"/>
      </w:pPr>
      <w:r>
        <w:separator/>
      </w:r>
    </w:p>
  </w:endnote>
  <w:endnote w:type="continuationSeparator" w:id="0">
    <w:p w14:paraId="07383A28" w14:textId="77777777" w:rsidR="00BD224B" w:rsidRDefault="00BD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496D" w14:textId="77777777" w:rsidR="00AB1FE7" w:rsidRDefault="00BD224B">
    <w:pPr>
      <w:pStyle w:val="a7"/>
      <w:jc w:val="right"/>
    </w:pPr>
    <w:r>
      <w:rPr>
        <w:rFonts w:ascii="Inter" w:hAnsi="Inter"/>
        <w:color w:val="888888"/>
        <w:sz w:val="23"/>
      </w:rPr>
      <w:t xml:space="preserve">made with </w:t>
    </w:r>
    <w:r>
      <w:rPr>
        <w:noProof/>
      </w:rPr>
      <w:drawing>
        <wp:inline distT="0" distB="0" distL="0" distR="0" wp14:anchorId="20D14007" wp14:editId="16920378">
          <wp:extent cx="228600" cy="228600"/>
          <wp:effectExtent l="0" t="0" r="0" b="0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hyperlink>
      <w:r>
        <w:rPr>
          <w:color w:val="888888"/>
        </w:rPr>
        <w:t>gptdaisy.com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BF48" w14:textId="77777777" w:rsidR="00BD224B" w:rsidRDefault="00BD224B">
      <w:pPr>
        <w:spacing w:after="0" w:line="240" w:lineRule="auto"/>
      </w:pPr>
      <w:r>
        <w:separator/>
      </w:r>
    </w:p>
  </w:footnote>
  <w:footnote w:type="continuationSeparator" w:id="0">
    <w:p w14:paraId="7F367AB4" w14:textId="77777777" w:rsidR="00BD224B" w:rsidRDefault="00BD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7279"/>
    <w:rsid w:val="0029639D"/>
    <w:rsid w:val="00326F90"/>
    <w:rsid w:val="00AA1D8D"/>
    <w:rsid w:val="00AB1FE7"/>
    <w:rsid w:val="00B47730"/>
    <w:rsid w:val="00BD224B"/>
    <w:rsid w:val="00CB0664"/>
    <w:rsid w:val="00CE47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C48C5"/>
  <w14:defaultImageDpi w14:val="300"/>
  <w15:docId w15:val="{4E1D0F40-AFFD-419F-BAAB-50164866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cnppm3</cp:lastModifiedBy>
  <cp:revision>2</cp:revision>
  <dcterms:created xsi:type="dcterms:W3CDTF">2026-08-15T06:58:00Z</dcterms:created>
  <dcterms:modified xsi:type="dcterms:W3CDTF">2026-08-15T06:58:00Z</dcterms:modified>
  <cp:category/>
</cp:coreProperties>
</file>