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F7DF" w14:textId="77777777" w:rsidR="00625D80" w:rsidRPr="00546FFC" w:rsidRDefault="009A1EDF">
      <w:pPr>
        <w:pStyle w:val="1"/>
        <w:rPr>
          <w:lang w:val="ru-RU"/>
        </w:rPr>
      </w:pPr>
      <w:r w:rsidRPr="00546FFC">
        <w:rPr>
          <w:lang w:val="ru-RU"/>
        </w:rPr>
        <w:t xml:space="preserve">Географическая культура </w:t>
      </w:r>
      <w:r>
        <w:t>🌍</w:t>
      </w:r>
    </w:p>
    <w:p w14:paraId="62A9D118" w14:textId="77777777" w:rsidR="00625D80" w:rsidRPr="00546FFC" w:rsidRDefault="009A1EDF">
      <w:pPr>
        <w:rPr>
          <w:lang w:val="ru-RU"/>
        </w:rPr>
      </w:pPr>
      <w:r w:rsidRPr="00546FFC">
        <w:rPr>
          <w:lang w:val="ru-RU"/>
        </w:rPr>
        <w:t xml:space="preserve">Представь, что географическая культура — это </w:t>
      </w:r>
      <w:r w:rsidRPr="00546FFC">
        <w:rPr>
          <w:b/>
          <w:lang w:val="ru-RU"/>
        </w:rPr>
        <w:t xml:space="preserve">«встроенный </w:t>
      </w:r>
      <w:r>
        <w:rPr>
          <w:b/>
        </w:rPr>
        <w:t>GPS</w:t>
      </w:r>
      <w:r w:rsidRPr="00546FFC">
        <w:rPr>
          <w:b/>
          <w:lang w:val="ru-RU"/>
        </w:rPr>
        <w:t xml:space="preserve"> в твоей голове»</w:t>
      </w:r>
      <w:r w:rsidRPr="00546FFC">
        <w:rPr>
          <w:lang w:val="ru-RU"/>
        </w:rPr>
        <w:t>. Это не просто умение найти Москву на карте, а способность понимать, как устроен мир, и использовать эти знания в жизни.</w:t>
      </w:r>
    </w:p>
    <w:p w14:paraId="27C77091" w14:textId="77777777" w:rsidR="00625D80" w:rsidRPr="00546FFC" w:rsidRDefault="009A1EDF">
      <w:pPr>
        <w:rPr>
          <w:lang w:val="ru-RU"/>
        </w:rPr>
      </w:pPr>
      <w:r w:rsidRPr="00546FFC">
        <w:rPr>
          <w:lang w:val="ru-RU"/>
        </w:rPr>
        <w:t xml:space="preserve">Давай разберём по </w:t>
      </w:r>
      <w:r w:rsidRPr="00546FFC">
        <w:rPr>
          <w:lang w:val="ru-RU"/>
        </w:rPr>
        <w:t>полочкам, из чего она состоит.</w:t>
      </w:r>
    </w:p>
    <w:p w14:paraId="29364544" w14:textId="77777777" w:rsidR="00625D80" w:rsidRPr="00546FFC" w:rsidRDefault="00625D80">
      <w:pPr>
        <w:pBdr>
          <w:bottom w:val="single" w:sz="6" w:space="1" w:color="auto"/>
        </w:pBdr>
        <w:rPr>
          <w:lang w:val="ru-RU"/>
        </w:rPr>
      </w:pPr>
    </w:p>
    <w:p w14:paraId="220C0C55" w14:textId="77777777" w:rsidR="00625D80" w:rsidRPr="00546FFC" w:rsidRDefault="009A1EDF">
      <w:pPr>
        <w:pStyle w:val="21"/>
        <w:rPr>
          <w:lang w:val="ru-RU"/>
        </w:rPr>
      </w:pPr>
      <w:r w:rsidRPr="00546FFC">
        <w:rPr>
          <w:lang w:val="ru-RU"/>
        </w:rPr>
        <w:t xml:space="preserve">1. Знания (База) </w:t>
      </w:r>
      <w:r>
        <w:t>🧠</w:t>
      </w:r>
    </w:p>
    <w:p w14:paraId="4341EF6C" w14:textId="77777777" w:rsidR="00625D80" w:rsidRPr="00546FFC" w:rsidRDefault="009A1EDF">
      <w:pPr>
        <w:rPr>
          <w:lang w:val="ru-RU"/>
        </w:rPr>
      </w:pPr>
      <w:r w:rsidRPr="00546FFC">
        <w:rPr>
          <w:lang w:val="ru-RU"/>
        </w:rPr>
        <w:t xml:space="preserve">Это то, что мы обычно называем «школьной программой», но чуть глубже. * </w:t>
      </w:r>
      <w:r w:rsidRPr="00546FFC">
        <w:rPr>
          <w:b/>
          <w:lang w:val="ru-RU"/>
        </w:rPr>
        <w:t>Факты</w:t>
      </w:r>
      <w:proofErr w:type="gramStart"/>
      <w:r w:rsidRPr="00546FFC">
        <w:rPr>
          <w:b/>
          <w:lang w:val="ru-RU"/>
        </w:rPr>
        <w:t>:</w:t>
      </w:r>
      <w:r w:rsidRPr="00546FFC">
        <w:rPr>
          <w:lang w:val="ru-RU"/>
        </w:rPr>
        <w:t xml:space="preserve"> Где</w:t>
      </w:r>
      <w:proofErr w:type="gramEnd"/>
      <w:r w:rsidRPr="00546FFC">
        <w:rPr>
          <w:lang w:val="ru-RU"/>
        </w:rPr>
        <w:t xml:space="preserve"> какие страны, океаны, горы? Какие там климат и население? * </w:t>
      </w:r>
      <w:r w:rsidRPr="00546FFC">
        <w:rPr>
          <w:b/>
          <w:lang w:val="ru-RU"/>
        </w:rPr>
        <w:t>Связи</w:t>
      </w:r>
      <w:proofErr w:type="gramStart"/>
      <w:r w:rsidRPr="00546FFC">
        <w:rPr>
          <w:b/>
          <w:lang w:val="ru-RU"/>
        </w:rPr>
        <w:t>:</w:t>
      </w:r>
      <w:r w:rsidRPr="00546FFC">
        <w:rPr>
          <w:lang w:val="ru-RU"/>
        </w:rPr>
        <w:t xml:space="preserve"> Почему</w:t>
      </w:r>
      <w:proofErr w:type="gramEnd"/>
      <w:r w:rsidRPr="00546FFC">
        <w:rPr>
          <w:lang w:val="ru-RU"/>
        </w:rPr>
        <w:t xml:space="preserve"> в Саудовской Аравии нет рек, но есть деньги? (Н</w:t>
      </w:r>
      <w:r w:rsidRPr="00546FFC">
        <w:rPr>
          <w:lang w:val="ru-RU"/>
        </w:rPr>
        <w:t>ефть). Почему в Японии много землетрясений? (Тектоника плит).</w:t>
      </w:r>
    </w:p>
    <w:p w14:paraId="538AD434" w14:textId="77777777" w:rsidR="00625D80" w:rsidRPr="00546FFC" w:rsidRDefault="009A1EDF">
      <w:pPr>
        <w:rPr>
          <w:lang w:val="ru-RU"/>
        </w:rPr>
      </w:pPr>
      <w:r w:rsidRPr="00546FFC">
        <w:rPr>
          <w:b/>
          <w:lang w:val="ru-RU"/>
        </w:rPr>
        <w:t>Простыми словами:</w:t>
      </w:r>
      <w:r w:rsidRPr="00546FFC">
        <w:rPr>
          <w:lang w:val="ru-RU"/>
        </w:rPr>
        <w:t xml:space="preserve"> Ты не просто знаешь название страны, ты понимаешь, почему жизнь там устроена именно так.</w:t>
      </w:r>
    </w:p>
    <w:p w14:paraId="0FFBC428" w14:textId="77777777" w:rsidR="00625D80" w:rsidRPr="00546FFC" w:rsidRDefault="00625D80">
      <w:pPr>
        <w:pBdr>
          <w:bottom w:val="single" w:sz="6" w:space="1" w:color="auto"/>
        </w:pBdr>
        <w:rPr>
          <w:lang w:val="ru-RU"/>
        </w:rPr>
      </w:pPr>
    </w:p>
    <w:p w14:paraId="48A0F046" w14:textId="77777777" w:rsidR="00625D80" w:rsidRPr="00546FFC" w:rsidRDefault="009A1EDF">
      <w:pPr>
        <w:pStyle w:val="21"/>
        <w:rPr>
          <w:lang w:val="ru-RU"/>
        </w:rPr>
      </w:pPr>
      <w:r w:rsidRPr="00546FFC">
        <w:rPr>
          <w:lang w:val="ru-RU"/>
        </w:rPr>
        <w:t xml:space="preserve">2. Навыки (Умение пользоваться) </w:t>
      </w:r>
      <w:r>
        <w:t>🛠</w:t>
      </w:r>
      <w:r>
        <w:t>️</w:t>
      </w:r>
    </w:p>
    <w:p w14:paraId="612E7AAE" w14:textId="77777777" w:rsidR="00625D80" w:rsidRPr="00546FFC" w:rsidRDefault="009A1EDF">
      <w:pPr>
        <w:rPr>
          <w:lang w:val="ru-RU"/>
        </w:rPr>
      </w:pPr>
      <w:r w:rsidRPr="00546FFC">
        <w:rPr>
          <w:lang w:val="ru-RU"/>
        </w:rPr>
        <w:t xml:space="preserve">Знать мало — надо уметь применять. * </w:t>
      </w:r>
      <w:r w:rsidRPr="00546FFC">
        <w:rPr>
          <w:b/>
          <w:lang w:val="ru-RU"/>
        </w:rPr>
        <w:t>Чтение карт и</w:t>
      </w:r>
      <w:r w:rsidRPr="00546FFC">
        <w:rPr>
          <w:b/>
          <w:lang w:val="ru-RU"/>
        </w:rPr>
        <w:t xml:space="preserve"> планов:</w:t>
      </w:r>
      <w:r w:rsidRPr="00546FFC">
        <w:rPr>
          <w:lang w:val="ru-RU"/>
        </w:rPr>
        <w:t xml:space="preserve"> Понимать условные обозначения, масштаб, координаты. * </w:t>
      </w:r>
      <w:r w:rsidRPr="00546FFC">
        <w:rPr>
          <w:b/>
          <w:lang w:val="ru-RU"/>
        </w:rPr>
        <w:t>Ориентирование:</w:t>
      </w:r>
      <w:r w:rsidRPr="00546FFC">
        <w:rPr>
          <w:lang w:val="ru-RU"/>
        </w:rPr>
        <w:t xml:space="preserve"> Не потеряться в чужом городе или даже в лесу. * </w:t>
      </w:r>
      <w:r w:rsidRPr="00546FFC">
        <w:rPr>
          <w:b/>
          <w:lang w:val="ru-RU"/>
        </w:rPr>
        <w:t>Работа с информацией:</w:t>
      </w:r>
      <w:r w:rsidRPr="00546FFC">
        <w:rPr>
          <w:lang w:val="ru-RU"/>
        </w:rPr>
        <w:t xml:space="preserve"> Отличить правдивую карту от фейка, понять статистику (например, почему говорят, что «население Земли переро</w:t>
      </w:r>
      <w:r w:rsidRPr="00546FFC">
        <w:rPr>
          <w:lang w:val="ru-RU"/>
        </w:rPr>
        <w:t>сло»).</w:t>
      </w:r>
    </w:p>
    <w:p w14:paraId="4F254977" w14:textId="77777777" w:rsidR="00625D80" w:rsidRPr="00546FFC" w:rsidRDefault="00625D80">
      <w:pPr>
        <w:pBdr>
          <w:bottom w:val="single" w:sz="6" w:space="1" w:color="auto"/>
        </w:pBdr>
        <w:rPr>
          <w:lang w:val="ru-RU"/>
        </w:rPr>
      </w:pPr>
    </w:p>
    <w:p w14:paraId="6480356B" w14:textId="77777777" w:rsidR="00625D80" w:rsidRPr="00546FFC" w:rsidRDefault="009A1EDF">
      <w:pPr>
        <w:pStyle w:val="21"/>
        <w:rPr>
          <w:lang w:val="ru-RU"/>
        </w:rPr>
      </w:pPr>
      <w:r w:rsidRPr="00546FFC">
        <w:rPr>
          <w:lang w:val="ru-RU"/>
        </w:rPr>
        <w:t>3. Мировоззрение (Отношение к миру) ❤</w:t>
      </w:r>
      <w:r>
        <w:t>️</w:t>
      </w:r>
    </w:p>
    <w:p w14:paraId="258E25E3" w14:textId="77777777" w:rsidR="00625D80" w:rsidRPr="00546FFC" w:rsidRDefault="009A1EDF">
      <w:pPr>
        <w:rPr>
          <w:lang w:val="ru-RU"/>
        </w:rPr>
      </w:pPr>
      <w:r w:rsidRPr="00546FFC">
        <w:rPr>
          <w:lang w:val="ru-RU"/>
        </w:rPr>
        <w:t xml:space="preserve">Самая важная часть! Это понимание того, что мир разнообразен. * </w:t>
      </w:r>
      <w:r w:rsidRPr="00546FFC">
        <w:rPr>
          <w:b/>
          <w:lang w:val="ru-RU"/>
        </w:rPr>
        <w:t>Толерантность:</w:t>
      </w:r>
      <w:r w:rsidRPr="00546FFC">
        <w:rPr>
          <w:lang w:val="ru-RU"/>
        </w:rPr>
        <w:t xml:space="preserve"> Понимать, что люди в других странах едят другую еду, носят другую одежду и молятся по-другому не потому, что они «странные», а пот</w:t>
      </w:r>
      <w:r w:rsidRPr="00546FFC">
        <w:rPr>
          <w:lang w:val="ru-RU"/>
        </w:rPr>
        <w:t xml:space="preserve">ому что так сложились их история и природа. * </w:t>
      </w:r>
      <w:r w:rsidRPr="00546FFC">
        <w:rPr>
          <w:b/>
          <w:lang w:val="ru-RU"/>
        </w:rPr>
        <w:t>Экологическое мышление:</w:t>
      </w:r>
      <w:r w:rsidRPr="00546FFC">
        <w:rPr>
          <w:lang w:val="ru-RU"/>
        </w:rPr>
        <w:t xml:space="preserve"> Понимать, что если ты выбросишь мусор в парке, это плохо не только для красоты, но и для почвы и воды. * </w:t>
      </w:r>
      <w:r w:rsidRPr="00546FFC">
        <w:rPr>
          <w:b/>
          <w:lang w:val="ru-RU"/>
        </w:rPr>
        <w:t>Глобальное мышление:</w:t>
      </w:r>
      <w:r w:rsidRPr="00546FFC">
        <w:rPr>
          <w:lang w:val="ru-RU"/>
        </w:rPr>
        <w:t xml:space="preserve"> Понимать, что война в одной части света может поднять цены н</w:t>
      </w:r>
      <w:r w:rsidRPr="00546FFC">
        <w:rPr>
          <w:lang w:val="ru-RU"/>
        </w:rPr>
        <w:t>а бензин в другой.</w:t>
      </w:r>
    </w:p>
    <w:p w14:paraId="59502B0A" w14:textId="77777777" w:rsidR="00625D80" w:rsidRPr="00546FFC" w:rsidRDefault="00625D80">
      <w:pPr>
        <w:pBdr>
          <w:bottom w:val="single" w:sz="6" w:space="1" w:color="auto"/>
        </w:pBdr>
        <w:rPr>
          <w:lang w:val="ru-RU"/>
        </w:rPr>
      </w:pPr>
    </w:p>
    <w:p w14:paraId="738FF399" w14:textId="77777777" w:rsidR="00625D80" w:rsidRPr="00546FFC" w:rsidRDefault="009A1EDF">
      <w:pPr>
        <w:pStyle w:val="21"/>
        <w:rPr>
          <w:lang w:val="ru-RU"/>
        </w:rPr>
      </w:pPr>
      <w:r w:rsidRPr="00546FFC">
        <w:rPr>
          <w:lang w:val="ru-RU"/>
        </w:rPr>
        <w:lastRenderedPageBreak/>
        <w:t>Примеры из жизни: когда нужна географическая культура?</w:t>
      </w:r>
    </w:p>
    <w:p w14:paraId="74813408" w14:textId="77777777" w:rsidR="00625D80" w:rsidRPr="00546FFC" w:rsidRDefault="009A1EDF">
      <w:pPr>
        <w:pStyle w:val="a"/>
        <w:spacing w:line="240" w:lineRule="auto"/>
        <w:ind w:left="720"/>
        <w:rPr>
          <w:lang w:val="ru-RU"/>
        </w:rPr>
      </w:pPr>
      <w:r w:rsidRPr="00546FFC">
        <w:rPr>
          <w:b/>
          <w:lang w:val="ru-RU"/>
        </w:rPr>
        <w:t>Путешествия:</w:t>
      </w:r>
      <w:r w:rsidRPr="00546FFC">
        <w:rPr>
          <w:lang w:val="ru-RU"/>
        </w:rPr>
        <w:t xml:space="preserve"> Ты покупаешь билет в Тайланд. Географически грамотный человек знает, что там сейчас сезон дождей, берет зонт и понимает, почему там так жарко (экватор рядом).</w:t>
      </w:r>
    </w:p>
    <w:p w14:paraId="1BB61610" w14:textId="77777777" w:rsidR="00625D80" w:rsidRPr="00546FFC" w:rsidRDefault="009A1EDF">
      <w:pPr>
        <w:pStyle w:val="a"/>
        <w:spacing w:line="240" w:lineRule="auto"/>
        <w:ind w:left="720"/>
        <w:rPr>
          <w:lang w:val="ru-RU"/>
        </w:rPr>
      </w:pPr>
      <w:r w:rsidRPr="00546FFC">
        <w:rPr>
          <w:b/>
          <w:lang w:val="ru-RU"/>
        </w:rPr>
        <w:t>Новости:</w:t>
      </w:r>
      <w:r w:rsidRPr="00546FFC">
        <w:rPr>
          <w:lang w:val="ru-RU"/>
        </w:rPr>
        <w:t xml:space="preserve"> </w:t>
      </w:r>
      <w:r w:rsidRPr="00546FFC">
        <w:rPr>
          <w:lang w:val="ru-RU"/>
        </w:rPr>
        <w:t>Ты смотришь новостной сюжет про конфликт за воду в Африке. Вместо слов «они плохие», ты понимаешь: «Ага, там засуха, и две страны спорят из-за реки».</w:t>
      </w:r>
    </w:p>
    <w:p w14:paraId="337920BB" w14:textId="77777777" w:rsidR="00625D80" w:rsidRPr="00546FFC" w:rsidRDefault="009A1EDF">
      <w:pPr>
        <w:pStyle w:val="a"/>
        <w:spacing w:line="240" w:lineRule="auto"/>
        <w:ind w:left="720"/>
        <w:rPr>
          <w:lang w:val="ru-RU"/>
        </w:rPr>
      </w:pPr>
      <w:r w:rsidRPr="00546FFC">
        <w:rPr>
          <w:b/>
          <w:lang w:val="ru-RU"/>
        </w:rPr>
        <w:t>Карьера:</w:t>
      </w:r>
      <w:r w:rsidRPr="00546FFC">
        <w:rPr>
          <w:lang w:val="ru-RU"/>
        </w:rPr>
        <w:t xml:space="preserve"> Ты хочешь работать в логистике. Тебе нужно знать, через какие страны проходит самый короткий путь</w:t>
      </w:r>
      <w:r w:rsidRPr="00546FFC">
        <w:rPr>
          <w:lang w:val="ru-RU"/>
        </w:rPr>
        <w:t xml:space="preserve"> доставки товаров из Китая в Европу.</w:t>
      </w:r>
    </w:p>
    <w:p w14:paraId="48E97342" w14:textId="77777777" w:rsidR="00625D80" w:rsidRPr="00546FFC" w:rsidRDefault="00625D80">
      <w:pPr>
        <w:pBdr>
          <w:bottom w:val="single" w:sz="6" w:space="1" w:color="auto"/>
        </w:pBdr>
        <w:rPr>
          <w:lang w:val="ru-RU"/>
        </w:rPr>
      </w:pPr>
    </w:p>
    <w:p w14:paraId="3EF79633" w14:textId="77777777" w:rsidR="00625D80" w:rsidRPr="00546FFC" w:rsidRDefault="009A1EDF">
      <w:pPr>
        <w:pStyle w:val="21"/>
        <w:rPr>
          <w:lang w:val="ru-RU"/>
        </w:rPr>
      </w:pPr>
      <w:r w:rsidRPr="00546FFC">
        <w:rPr>
          <w:lang w:val="ru-RU"/>
        </w:rPr>
        <w:t>Что географическая культура НЕ является?</w:t>
      </w:r>
    </w:p>
    <w:p w14:paraId="3B49F998" w14:textId="77777777" w:rsidR="00625D80" w:rsidRPr="00546FFC" w:rsidRDefault="009A1EDF">
      <w:pPr>
        <w:rPr>
          <w:lang w:val="ru-RU"/>
        </w:rPr>
      </w:pPr>
      <w:r w:rsidRPr="00546FFC">
        <w:rPr>
          <w:lang w:val="ru-RU"/>
        </w:rPr>
        <w:t>❌</w:t>
      </w:r>
      <w:r w:rsidRPr="00546FFC">
        <w:rPr>
          <w:lang w:val="ru-RU"/>
        </w:rPr>
        <w:t xml:space="preserve"> Это </w:t>
      </w:r>
      <w:r w:rsidRPr="00546FFC">
        <w:rPr>
          <w:b/>
          <w:lang w:val="ru-RU"/>
        </w:rPr>
        <w:t>не</w:t>
      </w:r>
      <w:r w:rsidRPr="00546FFC">
        <w:rPr>
          <w:lang w:val="ru-RU"/>
        </w:rPr>
        <w:t xml:space="preserve"> зубрёжка столиц. Можно выучить все столицы мира, но при этом не понимать, почему одни страны богатые, а другие бедные. ❌ Это </w:t>
      </w:r>
      <w:r w:rsidRPr="00546FFC">
        <w:rPr>
          <w:b/>
          <w:lang w:val="ru-RU"/>
        </w:rPr>
        <w:t>не</w:t>
      </w:r>
      <w:r w:rsidRPr="00546FFC">
        <w:rPr>
          <w:lang w:val="ru-RU"/>
        </w:rPr>
        <w:t xml:space="preserve"> знание всех рек. Важно понимать, зачем р</w:t>
      </w:r>
      <w:r w:rsidRPr="00546FFC">
        <w:rPr>
          <w:lang w:val="ru-RU"/>
        </w:rPr>
        <w:t>ека людям (транспорт, вода, энергия).</w:t>
      </w:r>
    </w:p>
    <w:p w14:paraId="1FF9189C" w14:textId="77777777" w:rsidR="00625D80" w:rsidRPr="00546FFC" w:rsidRDefault="00625D80">
      <w:pPr>
        <w:pBdr>
          <w:bottom w:val="single" w:sz="6" w:space="1" w:color="auto"/>
        </w:pBdr>
        <w:rPr>
          <w:lang w:val="ru-RU"/>
        </w:rPr>
      </w:pPr>
    </w:p>
    <w:p w14:paraId="3231CABA" w14:textId="77777777" w:rsidR="00625D80" w:rsidRPr="00546FFC" w:rsidRDefault="009A1EDF">
      <w:pPr>
        <w:pStyle w:val="21"/>
        <w:rPr>
          <w:lang w:val="ru-RU"/>
        </w:rPr>
      </w:pPr>
      <w:r w:rsidRPr="00546FFC">
        <w:rPr>
          <w:lang w:val="ru-RU"/>
        </w:rPr>
        <w:t>Итог</w:t>
      </w:r>
    </w:p>
    <w:p w14:paraId="3B3B01EF" w14:textId="77777777" w:rsidR="00625D80" w:rsidRPr="00546FFC" w:rsidRDefault="009A1EDF">
      <w:pPr>
        <w:rPr>
          <w:lang w:val="ru-RU"/>
        </w:rPr>
      </w:pPr>
      <w:r w:rsidRPr="00546FFC">
        <w:rPr>
          <w:b/>
          <w:lang w:val="ru-RU"/>
        </w:rPr>
        <w:t>Географическая культура</w:t>
      </w:r>
      <w:r w:rsidRPr="00546FFC">
        <w:rPr>
          <w:lang w:val="ru-RU"/>
        </w:rPr>
        <w:t xml:space="preserve"> — это когда ты чувствуешь себя гражданином планеты. Ты понимаешь свои корни (где ты живёшь), уважаешь соседей (как живут другие) и знаешь, как сохранить общий дом (природу).</w:t>
      </w:r>
    </w:p>
    <w:p w14:paraId="61C608C9" w14:textId="77777777" w:rsidR="00625D80" w:rsidRDefault="009A1EDF">
      <w:r w:rsidRPr="00546FFC">
        <w:rPr>
          <w:lang w:val="ru-RU"/>
        </w:rPr>
        <w:t xml:space="preserve">В современном </w:t>
      </w:r>
      <w:r w:rsidRPr="00546FFC">
        <w:rPr>
          <w:lang w:val="ru-RU"/>
        </w:rPr>
        <w:t xml:space="preserve">мире это суперсила! </w:t>
      </w:r>
      <w:r>
        <w:t>🚀</w:t>
      </w:r>
    </w:p>
    <w:sectPr w:rsidR="00625D80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BDAA4" w14:textId="77777777" w:rsidR="009A1EDF" w:rsidRDefault="009A1EDF">
      <w:pPr>
        <w:spacing w:after="0" w:line="240" w:lineRule="auto"/>
      </w:pPr>
      <w:r>
        <w:separator/>
      </w:r>
    </w:p>
  </w:endnote>
  <w:endnote w:type="continuationSeparator" w:id="0">
    <w:p w14:paraId="452415AC" w14:textId="77777777" w:rsidR="009A1EDF" w:rsidRDefault="009A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A8055" w14:textId="77777777" w:rsidR="00625D80" w:rsidRDefault="009A1EDF">
    <w:pPr>
      <w:pStyle w:val="a7"/>
      <w:jc w:val="right"/>
    </w:pPr>
    <w:r>
      <w:rPr>
        <w:rFonts w:ascii="Inter" w:hAnsi="Inter"/>
        <w:color w:val="888888"/>
        <w:sz w:val="23"/>
      </w:rPr>
      <w:t xml:space="preserve">made with </w:t>
    </w:r>
    <w:r>
      <w:rPr>
        <w:noProof/>
      </w:rPr>
      <w:drawing>
        <wp:inline distT="0" distB="0" distL="0" distR="0" wp14:anchorId="59BB7FEE" wp14:editId="0927B3E4">
          <wp:extent cx="228600" cy="228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hyperlink>
      <w:r>
        <w:rPr>
          <w:color w:val="888888"/>
        </w:rPr>
        <w:t>gptdaisy.com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DED25" w14:textId="77777777" w:rsidR="009A1EDF" w:rsidRDefault="009A1EDF">
      <w:pPr>
        <w:spacing w:after="0" w:line="240" w:lineRule="auto"/>
      </w:pPr>
      <w:r>
        <w:separator/>
      </w:r>
    </w:p>
  </w:footnote>
  <w:footnote w:type="continuationSeparator" w:id="0">
    <w:p w14:paraId="3C1D45C8" w14:textId="77777777" w:rsidR="009A1EDF" w:rsidRDefault="009A1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46FFC"/>
    <w:rsid w:val="00625D80"/>
    <w:rsid w:val="009A1ED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33EF5"/>
  <w14:defaultImageDpi w14:val="300"/>
  <w15:docId w15:val="{4E1D0F40-AFFD-419F-BAAB-50164866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cnppm3</cp:lastModifiedBy>
  <cp:revision>1</cp:revision>
  <dcterms:created xsi:type="dcterms:W3CDTF">2013-12-23T23:15:00Z</dcterms:created>
  <dcterms:modified xsi:type="dcterms:W3CDTF">2026-08-15T06:59:00Z</dcterms:modified>
  <cp:category/>
</cp:coreProperties>
</file>