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2107A" w14:textId="77777777" w:rsidR="007B1135" w:rsidRPr="00903E5E" w:rsidRDefault="00361592">
      <w:pPr>
        <w:pStyle w:val="21"/>
        <w:rPr>
          <w:lang w:val="ru-RU"/>
        </w:rPr>
      </w:pPr>
      <w:r>
        <w:t>🌡️</w:t>
      </w:r>
      <w:r w:rsidRPr="00903E5E">
        <w:rPr>
          <w:lang w:val="ru-RU"/>
        </w:rPr>
        <w:t xml:space="preserve"> Почему в Египте жарко, а в Антарктиде — ледяной ветер?</w:t>
      </w:r>
    </w:p>
    <w:p w14:paraId="7FFEC0B4" w14:textId="77777777" w:rsidR="007B1135" w:rsidRPr="00903E5E" w:rsidRDefault="00361592">
      <w:pPr>
        <w:rPr>
          <w:lang w:val="ru-RU"/>
        </w:rPr>
      </w:pPr>
      <w:r w:rsidRPr="00903E5E">
        <w:rPr>
          <w:lang w:val="ru-RU"/>
        </w:rPr>
        <w:t>Привет! Давай разберёмся, как устроен «термостат» нашей планеты. Температура воздуха на Земле меняется не случайно, а по строгим правилам. Если ты поймёшь эти правила, ты сможешь предсказать погоду в любой точке мира.</w:t>
      </w:r>
    </w:p>
    <w:p w14:paraId="6B33B5EB" w14:textId="77777777" w:rsidR="007B1135" w:rsidRPr="00903E5E" w:rsidRDefault="00361592">
      <w:pPr>
        <w:rPr>
          <w:lang w:val="ru-RU"/>
        </w:rPr>
      </w:pPr>
      <w:r w:rsidRPr="00903E5E">
        <w:rPr>
          <w:lang w:val="ru-RU"/>
        </w:rPr>
        <w:t xml:space="preserve">Вот </w:t>
      </w:r>
      <w:r w:rsidRPr="00903E5E">
        <w:rPr>
          <w:b/>
          <w:lang w:val="ru-RU"/>
        </w:rPr>
        <w:t>5 главных законов</w:t>
      </w:r>
      <w:r w:rsidRPr="00903E5E">
        <w:rPr>
          <w:lang w:val="ru-RU"/>
        </w:rPr>
        <w:t>, которые управляют теплом на Земле.</w:t>
      </w:r>
    </w:p>
    <w:p w14:paraId="39D6F461" w14:textId="77777777" w:rsidR="007B1135" w:rsidRPr="00903E5E" w:rsidRDefault="007B1135">
      <w:pPr>
        <w:pBdr>
          <w:bottom w:val="single" w:sz="6" w:space="1" w:color="auto"/>
        </w:pBdr>
        <w:rPr>
          <w:lang w:val="ru-RU"/>
        </w:rPr>
      </w:pPr>
    </w:p>
    <w:p w14:paraId="0669F865" w14:textId="77777777" w:rsidR="007B1135" w:rsidRPr="00903E5E" w:rsidRDefault="00361592">
      <w:pPr>
        <w:pStyle w:val="31"/>
        <w:rPr>
          <w:lang w:val="ru-RU"/>
        </w:rPr>
      </w:pPr>
      <w:r w:rsidRPr="00903E5E">
        <w:rPr>
          <w:lang w:val="ru-RU"/>
        </w:rPr>
        <w:t>1. Закон широты: «Где Солнце светит прямо — там жарко» ☀</w:t>
      </w:r>
      <w:r>
        <w:t>️</w:t>
      </w:r>
    </w:p>
    <w:p w14:paraId="2A6AF549" w14:textId="77777777" w:rsidR="007B1135" w:rsidRDefault="00361592">
      <w:r>
        <w:t>Это самый главный закон.</w:t>
      </w:r>
    </w:p>
    <w:p w14:paraId="6450CD01" w14:textId="77777777" w:rsidR="007B1135" w:rsidRDefault="00361592">
      <w:pPr>
        <w:pStyle w:val="a0"/>
        <w:spacing w:line="240" w:lineRule="auto"/>
        <w:ind w:left="720"/>
      </w:pPr>
      <w:r w:rsidRPr="00903E5E">
        <w:rPr>
          <w:b/>
          <w:lang w:val="ru-RU"/>
        </w:rPr>
        <w:t>У экватора</w:t>
      </w:r>
      <w:r w:rsidRPr="00903E5E">
        <w:rPr>
          <w:lang w:val="ru-RU"/>
        </w:rPr>
        <w:t xml:space="preserve"> Солнце светит почти всегда </w:t>
      </w:r>
      <w:r w:rsidRPr="00903E5E">
        <w:rPr>
          <w:b/>
          <w:lang w:val="ru-RU"/>
        </w:rPr>
        <w:t>сверху вниз</w:t>
      </w:r>
      <w:r w:rsidRPr="00903E5E">
        <w:rPr>
          <w:lang w:val="ru-RU"/>
        </w:rPr>
        <w:t xml:space="preserve"> (под прямым углом). Лучи очень яркие и концентрируют всё тепло в одной точке. </w:t>
      </w:r>
      <w:r>
        <w:t>Поэтому там всегда жарко (+25...+30°C).</w:t>
      </w:r>
    </w:p>
    <w:p w14:paraId="0AD59741" w14:textId="77777777" w:rsidR="007B1135" w:rsidRPr="00903E5E" w:rsidRDefault="00361592">
      <w:pPr>
        <w:pStyle w:val="a0"/>
        <w:spacing w:line="240" w:lineRule="auto"/>
        <w:ind w:left="720"/>
        <w:rPr>
          <w:lang w:val="ru-RU"/>
        </w:rPr>
      </w:pPr>
      <w:r w:rsidRPr="00903E5E">
        <w:rPr>
          <w:b/>
          <w:lang w:val="ru-RU"/>
        </w:rPr>
        <w:t>К полюсам</w:t>
      </w:r>
      <w:r w:rsidRPr="00903E5E">
        <w:rPr>
          <w:lang w:val="ru-RU"/>
        </w:rPr>
        <w:t xml:space="preserve"> (на север и юг) Земля становится шарообразной, и лучи падают </w:t>
      </w:r>
      <w:r w:rsidRPr="00903E5E">
        <w:rPr>
          <w:b/>
          <w:lang w:val="ru-RU"/>
        </w:rPr>
        <w:t>под углом</w:t>
      </w:r>
      <w:r w:rsidRPr="00903E5E">
        <w:rPr>
          <w:lang w:val="ru-RU"/>
        </w:rPr>
        <w:t>. Свет рассеивается по большей площади, и тепла меньше. Поэтому на Северном полюсе всегда -40°</w:t>
      </w:r>
      <w:r>
        <w:t>C</w:t>
      </w:r>
      <w:r w:rsidRPr="00903E5E">
        <w:rPr>
          <w:lang w:val="ru-RU"/>
        </w:rPr>
        <w:t>.</w:t>
      </w:r>
    </w:p>
    <w:p w14:paraId="3F183DB4" w14:textId="77777777" w:rsidR="007B1135" w:rsidRPr="00903E5E" w:rsidRDefault="00361592">
      <w:pPr>
        <w:rPr>
          <w:lang w:val="ru-RU"/>
        </w:rPr>
      </w:pPr>
      <w:r w:rsidRPr="00903E5E">
        <w:rPr>
          <w:b/>
          <w:lang w:val="ru-RU"/>
        </w:rPr>
        <w:t>Простой опыт:</w:t>
      </w:r>
      <w:r w:rsidRPr="00903E5E">
        <w:rPr>
          <w:lang w:val="ru-RU"/>
        </w:rPr>
        <w:t xml:space="preserve"> Возьми фонарик. Посвети на стол прямо — будет яркое пятно (экватор). Наклони фонарик — пятно станет длинным и тусклым (полюса).</w:t>
      </w:r>
    </w:p>
    <w:p w14:paraId="2003F8DC" w14:textId="77777777" w:rsidR="007B1135" w:rsidRPr="00903E5E" w:rsidRDefault="007B1135">
      <w:pPr>
        <w:pBdr>
          <w:bottom w:val="single" w:sz="6" w:space="1" w:color="auto"/>
        </w:pBdr>
        <w:rPr>
          <w:lang w:val="ru-RU"/>
        </w:rPr>
      </w:pPr>
    </w:p>
    <w:p w14:paraId="536EDAED" w14:textId="77777777" w:rsidR="007B1135" w:rsidRPr="00903E5E" w:rsidRDefault="00361592">
      <w:pPr>
        <w:pStyle w:val="31"/>
        <w:rPr>
          <w:lang w:val="ru-RU"/>
        </w:rPr>
      </w:pPr>
      <w:r w:rsidRPr="00903E5E">
        <w:rPr>
          <w:lang w:val="ru-RU"/>
        </w:rPr>
        <w:t xml:space="preserve">2. Закон высоты: «Чем выше, тем холоднее» </w:t>
      </w:r>
      <w:r>
        <w:t>🏔️</w:t>
      </w:r>
    </w:p>
    <w:p w14:paraId="5ED1891E" w14:textId="77777777" w:rsidR="007B1135" w:rsidRPr="00903E5E" w:rsidRDefault="00361592">
      <w:pPr>
        <w:rPr>
          <w:lang w:val="ru-RU"/>
        </w:rPr>
      </w:pPr>
      <w:r w:rsidRPr="00903E5E">
        <w:rPr>
          <w:lang w:val="ru-RU"/>
        </w:rPr>
        <w:t xml:space="preserve">Представь, что ты поднимаешься в гору. Чем выше ты лезешь, тем холоднее становится. Воздух нагревается не от Солнца, а от </w:t>
      </w:r>
      <w:r w:rsidRPr="00903E5E">
        <w:rPr>
          <w:b/>
          <w:lang w:val="ru-RU"/>
        </w:rPr>
        <w:t>земли</w:t>
      </w:r>
      <w:r w:rsidRPr="00903E5E">
        <w:rPr>
          <w:lang w:val="ru-RU"/>
        </w:rPr>
        <w:t xml:space="preserve"> (солнце греет землю, а земля греет воздух). Чем дальше от земли, тем холоднее.</w:t>
      </w:r>
    </w:p>
    <w:p w14:paraId="278627A1" w14:textId="77777777" w:rsidR="007B1135" w:rsidRPr="00903E5E" w:rsidRDefault="00361592">
      <w:pPr>
        <w:rPr>
          <w:lang w:val="ru-RU"/>
        </w:rPr>
      </w:pPr>
      <w:r w:rsidRPr="00903E5E">
        <w:rPr>
          <w:b/>
          <w:lang w:val="ru-RU"/>
        </w:rPr>
        <w:t>Правило</w:t>
      </w:r>
      <w:proofErr w:type="gramStart"/>
      <w:r w:rsidRPr="00903E5E">
        <w:rPr>
          <w:b/>
          <w:lang w:val="ru-RU"/>
        </w:rPr>
        <w:t>:</w:t>
      </w:r>
      <w:r w:rsidRPr="00903E5E">
        <w:rPr>
          <w:lang w:val="ru-RU"/>
        </w:rPr>
        <w:t xml:space="preserve"> На</w:t>
      </w:r>
      <w:proofErr w:type="gramEnd"/>
      <w:r w:rsidRPr="00903E5E">
        <w:rPr>
          <w:lang w:val="ru-RU"/>
        </w:rPr>
        <w:t xml:space="preserve"> каждые </w:t>
      </w:r>
      <w:r w:rsidRPr="00903E5E">
        <w:rPr>
          <w:b/>
          <w:lang w:val="ru-RU"/>
        </w:rPr>
        <w:t>1000 метров</w:t>
      </w:r>
      <w:r w:rsidRPr="00903E5E">
        <w:rPr>
          <w:lang w:val="ru-RU"/>
        </w:rPr>
        <w:t xml:space="preserve"> (1 км) высоты температура падает на </w:t>
      </w:r>
      <w:r w:rsidRPr="00903E5E">
        <w:rPr>
          <w:b/>
          <w:lang w:val="ru-RU"/>
        </w:rPr>
        <w:t>6°</w:t>
      </w:r>
      <w:r>
        <w:rPr>
          <w:b/>
        </w:rPr>
        <w:t>C</w:t>
      </w:r>
      <w:r w:rsidRPr="00903E5E">
        <w:rPr>
          <w:lang w:val="ru-RU"/>
        </w:rPr>
        <w:t>. * Внизу +30°</w:t>
      </w:r>
      <w:r>
        <w:t>C</w:t>
      </w:r>
      <w:r w:rsidRPr="00903E5E">
        <w:rPr>
          <w:lang w:val="ru-RU"/>
        </w:rPr>
        <w:t xml:space="preserve"> → на вершине (2 км) будет +18°</w:t>
      </w:r>
      <w:r>
        <w:t>C</w:t>
      </w:r>
      <w:r w:rsidRPr="00903E5E">
        <w:rPr>
          <w:lang w:val="ru-RU"/>
        </w:rPr>
        <w:t>. * На Эвересте (8 км) температура всегда ниже -30°</w:t>
      </w:r>
      <w:r>
        <w:t>C</w:t>
      </w:r>
      <w:r w:rsidRPr="00903E5E">
        <w:rPr>
          <w:lang w:val="ru-RU"/>
        </w:rPr>
        <w:t>!</w:t>
      </w:r>
    </w:p>
    <w:p w14:paraId="60AB1C42" w14:textId="77777777" w:rsidR="007B1135" w:rsidRPr="00903E5E" w:rsidRDefault="007B1135">
      <w:pPr>
        <w:pBdr>
          <w:bottom w:val="single" w:sz="6" w:space="1" w:color="auto"/>
        </w:pBdr>
        <w:rPr>
          <w:lang w:val="ru-RU"/>
        </w:rPr>
      </w:pPr>
    </w:p>
    <w:p w14:paraId="1F6808D7" w14:textId="77777777" w:rsidR="007B1135" w:rsidRPr="00903E5E" w:rsidRDefault="00361592">
      <w:pPr>
        <w:pStyle w:val="31"/>
        <w:rPr>
          <w:lang w:val="ru-RU"/>
        </w:rPr>
      </w:pPr>
      <w:r w:rsidRPr="00903E5E">
        <w:rPr>
          <w:lang w:val="ru-RU"/>
        </w:rPr>
        <w:t xml:space="preserve">3. Закон «Суша и Вода»: «Пляж </w:t>
      </w:r>
      <w:r>
        <w:t>vs</w:t>
      </w:r>
      <w:r w:rsidRPr="00903E5E">
        <w:rPr>
          <w:lang w:val="ru-RU"/>
        </w:rPr>
        <w:t xml:space="preserve"> Море» </w:t>
      </w:r>
      <w:r>
        <w:t>🏖️</w:t>
      </w:r>
    </w:p>
    <w:p w14:paraId="7527D30E" w14:textId="77777777" w:rsidR="007B1135" w:rsidRPr="00903E5E" w:rsidRDefault="00361592">
      <w:pPr>
        <w:rPr>
          <w:lang w:val="ru-RU"/>
        </w:rPr>
      </w:pPr>
      <w:r w:rsidRPr="00903E5E">
        <w:rPr>
          <w:lang w:val="ru-RU"/>
        </w:rPr>
        <w:t>Земля и вода нагреваются по-разному. Это как песок и вода на пляже в жаркий день.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7B1135" w14:paraId="40F984CD" w14:textId="77777777">
        <w:tc>
          <w:tcPr>
            <w:tcW w:w="2880" w:type="dxa"/>
          </w:tcPr>
          <w:p w14:paraId="13D8ADB6" w14:textId="77777777" w:rsidR="007B1135" w:rsidRDefault="00361592">
            <w:r>
              <w:rPr>
                <w:b/>
              </w:rPr>
              <w:t>Объект</w:t>
            </w:r>
          </w:p>
        </w:tc>
        <w:tc>
          <w:tcPr>
            <w:tcW w:w="2880" w:type="dxa"/>
          </w:tcPr>
          <w:p w14:paraId="7A8CC8B3" w14:textId="77777777" w:rsidR="007B1135" w:rsidRDefault="00361592">
            <w:r>
              <w:rPr>
                <w:b/>
              </w:rPr>
              <w:t>Как нагревается</w:t>
            </w:r>
          </w:p>
        </w:tc>
        <w:tc>
          <w:tcPr>
            <w:tcW w:w="2880" w:type="dxa"/>
          </w:tcPr>
          <w:p w14:paraId="05FC73F7" w14:textId="77777777" w:rsidR="007B1135" w:rsidRDefault="00361592">
            <w:r>
              <w:rPr>
                <w:b/>
              </w:rPr>
              <w:t>Как остывает</w:t>
            </w:r>
          </w:p>
        </w:tc>
      </w:tr>
      <w:tr w:rsidR="007B1135" w:rsidRPr="001140F7" w14:paraId="2E35B371" w14:textId="77777777">
        <w:tc>
          <w:tcPr>
            <w:tcW w:w="2880" w:type="dxa"/>
          </w:tcPr>
          <w:p w14:paraId="3F687D8C" w14:textId="77777777" w:rsidR="007B1135" w:rsidRDefault="00361592">
            <w:r>
              <w:rPr>
                <w:b/>
              </w:rPr>
              <w:t>Суша (песок)</w:t>
            </w:r>
          </w:p>
        </w:tc>
        <w:tc>
          <w:tcPr>
            <w:tcW w:w="2880" w:type="dxa"/>
          </w:tcPr>
          <w:p w14:paraId="26A52BDE" w14:textId="77777777" w:rsidR="007B1135" w:rsidRPr="00903E5E" w:rsidRDefault="00361592">
            <w:pPr>
              <w:rPr>
                <w:lang w:val="ru-RU"/>
              </w:rPr>
            </w:pPr>
            <w:r w:rsidRPr="00903E5E">
              <w:rPr>
                <w:lang w:val="ru-RU"/>
              </w:rPr>
              <w:t>Быстро! Нагрелась за час — можно бегать босиком.</w:t>
            </w:r>
          </w:p>
        </w:tc>
        <w:tc>
          <w:tcPr>
            <w:tcW w:w="2880" w:type="dxa"/>
          </w:tcPr>
          <w:p w14:paraId="2990AC7B" w14:textId="77777777" w:rsidR="007B1135" w:rsidRPr="00903E5E" w:rsidRDefault="00361592">
            <w:pPr>
              <w:rPr>
                <w:lang w:val="ru-RU"/>
              </w:rPr>
            </w:pPr>
            <w:r w:rsidRPr="00903E5E">
              <w:rPr>
                <w:lang w:val="ru-RU"/>
              </w:rPr>
              <w:t>Быстро! Вечером песок уже холодный.</w:t>
            </w:r>
          </w:p>
        </w:tc>
      </w:tr>
      <w:tr w:rsidR="007B1135" w:rsidRPr="001140F7" w14:paraId="78CBD9F6" w14:textId="77777777">
        <w:tc>
          <w:tcPr>
            <w:tcW w:w="2880" w:type="dxa"/>
          </w:tcPr>
          <w:p w14:paraId="5D31B7D6" w14:textId="77777777" w:rsidR="007B1135" w:rsidRDefault="00361592">
            <w:r>
              <w:rPr>
                <w:b/>
              </w:rPr>
              <w:t>Вода (море)</w:t>
            </w:r>
          </w:p>
        </w:tc>
        <w:tc>
          <w:tcPr>
            <w:tcW w:w="2880" w:type="dxa"/>
          </w:tcPr>
          <w:p w14:paraId="57667903" w14:textId="77777777" w:rsidR="007B1135" w:rsidRPr="00903E5E" w:rsidRDefault="00361592">
            <w:pPr>
              <w:rPr>
                <w:lang w:val="ru-RU"/>
              </w:rPr>
            </w:pPr>
            <w:r w:rsidRPr="00903E5E">
              <w:rPr>
                <w:lang w:val="ru-RU"/>
              </w:rPr>
              <w:t>Медленно! Весь день греется, но еле тёплая.</w:t>
            </w:r>
          </w:p>
        </w:tc>
        <w:tc>
          <w:tcPr>
            <w:tcW w:w="2880" w:type="dxa"/>
          </w:tcPr>
          <w:p w14:paraId="113D53FD" w14:textId="77777777" w:rsidR="007B1135" w:rsidRPr="00903E5E" w:rsidRDefault="00361592">
            <w:pPr>
              <w:rPr>
                <w:lang w:val="ru-RU"/>
              </w:rPr>
            </w:pPr>
            <w:r w:rsidRPr="00903E5E">
              <w:rPr>
                <w:lang w:val="ru-RU"/>
              </w:rPr>
              <w:t>Медленно! Ночью море отдаёт тепло.</w:t>
            </w:r>
          </w:p>
        </w:tc>
      </w:tr>
    </w:tbl>
    <w:p w14:paraId="3F75B664" w14:textId="77777777" w:rsidR="007B1135" w:rsidRPr="00903E5E" w:rsidRDefault="00361592">
      <w:pPr>
        <w:rPr>
          <w:lang w:val="ru-RU"/>
        </w:rPr>
      </w:pPr>
      <w:r w:rsidRPr="00903E5E">
        <w:rPr>
          <w:b/>
          <w:lang w:val="ru-RU"/>
        </w:rPr>
        <w:t>Вывод:</w:t>
      </w:r>
      <w:r w:rsidRPr="00903E5E">
        <w:rPr>
          <w:lang w:val="ru-RU"/>
        </w:rPr>
        <w:t xml:space="preserve">* В </w:t>
      </w:r>
      <w:r w:rsidRPr="00903E5E">
        <w:rPr>
          <w:b/>
          <w:lang w:val="ru-RU"/>
        </w:rPr>
        <w:t>материках</w:t>
      </w:r>
      <w:r w:rsidRPr="00903E5E">
        <w:rPr>
          <w:lang w:val="ru-RU"/>
        </w:rPr>
        <w:t xml:space="preserve"> (в центре суши) температура скачет: летом +40°</w:t>
      </w:r>
      <w:r>
        <w:t>C</w:t>
      </w:r>
      <w:r w:rsidRPr="00903E5E">
        <w:rPr>
          <w:lang w:val="ru-RU"/>
        </w:rPr>
        <w:t>, зимой -30°</w:t>
      </w:r>
      <w:r>
        <w:t>C</w:t>
      </w:r>
      <w:r w:rsidRPr="00903E5E">
        <w:rPr>
          <w:lang w:val="ru-RU"/>
        </w:rPr>
        <w:t xml:space="preserve">. * В </w:t>
      </w:r>
      <w:r w:rsidRPr="00903E5E">
        <w:rPr>
          <w:b/>
          <w:lang w:val="ru-RU"/>
        </w:rPr>
        <w:t>океане</w:t>
      </w:r>
      <w:r w:rsidRPr="00903E5E">
        <w:rPr>
          <w:lang w:val="ru-RU"/>
        </w:rPr>
        <w:t xml:space="preserve"> температура почти не меняется: всегда примерно +10...+20°</w:t>
      </w:r>
      <w:r>
        <w:t>C</w:t>
      </w:r>
      <w:r w:rsidRPr="00903E5E">
        <w:rPr>
          <w:lang w:val="ru-RU"/>
        </w:rPr>
        <w:t>.</w:t>
      </w:r>
    </w:p>
    <w:p w14:paraId="21E2F644" w14:textId="77777777" w:rsidR="007B1135" w:rsidRPr="00903E5E" w:rsidRDefault="007B1135">
      <w:pPr>
        <w:pBdr>
          <w:bottom w:val="single" w:sz="6" w:space="1" w:color="auto"/>
        </w:pBdr>
        <w:rPr>
          <w:lang w:val="ru-RU"/>
        </w:rPr>
      </w:pPr>
    </w:p>
    <w:p w14:paraId="1B0E63AD" w14:textId="77777777" w:rsidR="007B1135" w:rsidRPr="00903E5E" w:rsidRDefault="00361592">
      <w:pPr>
        <w:pStyle w:val="31"/>
        <w:rPr>
          <w:lang w:val="ru-RU"/>
        </w:rPr>
      </w:pPr>
      <w:r w:rsidRPr="00903E5E">
        <w:rPr>
          <w:lang w:val="ru-RU"/>
        </w:rPr>
        <w:lastRenderedPageBreak/>
        <w:t xml:space="preserve">4. Закон течений: «Горячая и ледяная трубы» </w:t>
      </w:r>
      <w:r>
        <w:t>🌊</w:t>
      </w:r>
    </w:p>
    <w:p w14:paraId="12129694" w14:textId="77777777" w:rsidR="007B1135" w:rsidRPr="00903E5E" w:rsidRDefault="00361592">
      <w:pPr>
        <w:rPr>
          <w:lang w:val="ru-RU"/>
        </w:rPr>
      </w:pPr>
      <w:r w:rsidRPr="00903E5E">
        <w:rPr>
          <w:lang w:val="ru-RU"/>
        </w:rPr>
        <w:t xml:space="preserve">В океане вода тоже движется. * </w:t>
      </w:r>
      <w:r w:rsidRPr="00903E5E">
        <w:rPr>
          <w:b/>
          <w:lang w:val="ru-RU"/>
        </w:rPr>
        <w:t>Тёплые течения</w:t>
      </w:r>
      <w:r w:rsidRPr="00903E5E">
        <w:rPr>
          <w:lang w:val="ru-RU"/>
        </w:rPr>
        <w:t xml:space="preserve"> (идут от экватора к полюсам) работают как </w:t>
      </w:r>
      <w:r w:rsidRPr="00903E5E">
        <w:rPr>
          <w:b/>
          <w:lang w:val="ru-RU"/>
        </w:rPr>
        <w:t>обогреватель</w:t>
      </w:r>
      <w:r w:rsidRPr="00903E5E">
        <w:rPr>
          <w:lang w:val="ru-RU"/>
        </w:rPr>
        <w:t xml:space="preserve">. Они греют воздух над собой. Поэтому в Норвегии (на севере) теплее, чем в Канаде на той же широте. * </w:t>
      </w:r>
      <w:r w:rsidRPr="00903E5E">
        <w:rPr>
          <w:b/>
          <w:lang w:val="ru-RU"/>
        </w:rPr>
        <w:t>Холодные течения</w:t>
      </w:r>
      <w:r w:rsidRPr="00903E5E">
        <w:rPr>
          <w:lang w:val="ru-RU"/>
        </w:rPr>
        <w:t xml:space="preserve"> (идут от полюсов к экватору) работают как </w:t>
      </w:r>
      <w:r w:rsidRPr="00903E5E">
        <w:rPr>
          <w:b/>
          <w:lang w:val="ru-RU"/>
        </w:rPr>
        <w:t>холодильник</w:t>
      </w:r>
      <w:r w:rsidRPr="00903E5E">
        <w:rPr>
          <w:lang w:val="ru-RU"/>
        </w:rPr>
        <w:t>. Они охлаждают побережье.</w:t>
      </w:r>
    </w:p>
    <w:p w14:paraId="6E275E1D" w14:textId="77777777" w:rsidR="007B1135" w:rsidRPr="00903E5E" w:rsidRDefault="007B1135">
      <w:pPr>
        <w:pBdr>
          <w:bottom w:val="single" w:sz="6" w:space="1" w:color="auto"/>
        </w:pBdr>
        <w:rPr>
          <w:lang w:val="ru-RU"/>
        </w:rPr>
      </w:pPr>
    </w:p>
    <w:p w14:paraId="77528122" w14:textId="77777777" w:rsidR="007B1135" w:rsidRPr="00903E5E" w:rsidRDefault="00361592">
      <w:pPr>
        <w:pStyle w:val="31"/>
        <w:rPr>
          <w:lang w:val="ru-RU"/>
        </w:rPr>
      </w:pPr>
      <w:r w:rsidRPr="00903E5E">
        <w:rPr>
          <w:lang w:val="ru-RU"/>
        </w:rPr>
        <w:t xml:space="preserve">5. Закон сезонов: «Наклон Земли» </w:t>
      </w:r>
      <w:r>
        <w:t>🌍</w:t>
      </w:r>
    </w:p>
    <w:p w14:paraId="3330E645" w14:textId="77777777" w:rsidR="007B1135" w:rsidRPr="00903E5E" w:rsidRDefault="00361592">
      <w:pPr>
        <w:rPr>
          <w:lang w:val="ru-RU"/>
        </w:rPr>
      </w:pPr>
      <w:r w:rsidRPr="00903E5E">
        <w:rPr>
          <w:lang w:val="ru-RU"/>
        </w:rPr>
        <w:t xml:space="preserve">Почему зимой холодно, а летом жарко? Земля не стоит вертикально, она </w:t>
      </w:r>
      <w:r w:rsidRPr="00903E5E">
        <w:rPr>
          <w:b/>
          <w:lang w:val="ru-RU"/>
        </w:rPr>
        <w:t>наклонена</w:t>
      </w:r>
      <w:r w:rsidRPr="00903E5E">
        <w:rPr>
          <w:lang w:val="ru-RU"/>
        </w:rPr>
        <w:t xml:space="preserve"> (как ёлочка). * </w:t>
      </w:r>
      <w:r w:rsidRPr="00903E5E">
        <w:rPr>
          <w:b/>
          <w:lang w:val="ru-RU"/>
        </w:rPr>
        <w:t>Летом</w:t>
      </w:r>
      <w:r w:rsidRPr="00903E5E">
        <w:rPr>
          <w:lang w:val="ru-RU"/>
        </w:rPr>
        <w:t xml:space="preserve"> наш полушарие наклонено </w:t>
      </w:r>
      <w:r w:rsidRPr="00903E5E">
        <w:rPr>
          <w:b/>
          <w:lang w:val="ru-RU"/>
        </w:rPr>
        <w:t>к Солнцу</w:t>
      </w:r>
      <w:r w:rsidRPr="00903E5E">
        <w:rPr>
          <w:lang w:val="ru-RU"/>
        </w:rPr>
        <w:t xml:space="preserve"> → лучи падают круто → жарко. * </w:t>
      </w:r>
      <w:r w:rsidRPr="00903E5E">
        <w:rPr>
          <w:b/>
          <w:lang w:val="ru-RU"/>
        </w:rPr>
        <w:t>Зимой</w:t>
      </w:r>
      <w:r w:rsidRPr="00903E5E">
        <w:rPr>
          <w:lang w:val="ru-RU"/>
        </w:rPr>
        <w:t xml:space="preserve"> мы наклонены </w:t>
      </w:r>
      <w:r w:rsidRPr="00903E5E">
        <w:rPr>
          <w:b/>
          <w:lang w:val="ru-RU"/>
        </w:rPr>
        <w:t>от Солнца</w:t>
      </w:r>
      <w:r w:rsidRPr="00903E5E">
        <w:rPr>
          <w:lang w:val="ru-RU"/>
        </w:rPr>
        <w:t xml:space="preserve"> → лучи падают тупо → холодно.</w:t>
      </w:r>
    </w:p>
    <w:p w14:paraId="75FEB4B6" w14:textId="77777777" w:rsidR="007B1135" w:rsidRPr="00903E5E" w:rsidRDefault="007B1135">
      <w:pPr>
        <w:pBdr>
          <w:bottom w:val="single" w:sz="6" w:space="1" w:color="auto"/>
        </w:pBdr>
        <w:rPr>
          <w:lang w:val="ru-RU"/>
        </w:rPr>
      </w:pPr>
    </w:p>
    <w:p w14:paraId="4767AD8B" w14:textId="77777777" w:rsidR="007B1135" w:rsidRPr="00903E5E" w:rsidRDefault="00361592">
      <w:pPr>
        <w:pStyle w:val="31"/>
        <w:rPr>
          <w:lang w:val="ru-RU"/>
        </w:rPr>
      </w:pPr>
      <w:r>
        <w:t>📝</w:t>
      </w:r>
      <w:r w:rsidRPr="00903E5E">
        <w:rPr>
          <w:lang w:val="ru-RU"/>
        </w:rPr>
        <w:t xml:space="preserve"> Как это рисуют на картах? (Для географии)</w:t>
      </w:r>
    </w:p>
    <w:p w14:paraId="6F79780C" w14:textId="77777777" w:rsidR="007B1135" w:rsidRPr="00903E5E" w:rsidRDefault="00361592">
      <w:pPr>
        <w:rPr>
          <w:lang w:val="ru-RU"/>
        </w:rPr>
      </w:pPr>
      <w:r w:rsidRPr="00903E5E">
        <w:rPr>
          <w:lang w:val="ru-RU"/>
        </w:rPr>
        <w:t xml:space="preserve">На картах температуру соединяют линиями. Эти линии называются </w:t>
      </w:r>
      <w:r w:rsidRPr="00903E5E">
        <w:rPr>
          <w:b/>
          <w:lang w:val="ru-RU"/>
        </w:rPr>
        <w:t>изотермы</w:t>
      </w:r>
      <w:r w:rsidRPr="00903E5E">
        <w:rPr>
          <w:lang w:val="ru-RU"/>
        </w:rPr>
        <w:t xml:space="preserve"> (от греческих слов «равная температура»). * Если линии идут горизонтально и параллельно экватору — значит, работает </w:t>
      </w:r>
      <w:r w:rsidRPr="00903E5E">
        <w:rPr>
          <w:b/>
          <w:lang w:val="ru-RU"/>
        </w:rPr>
        <w:t>Закон широты</w:t>
      </w:r>
      <w:r w:rsidRPr="00903E5E">
        <w:rPr>
          <w:lang w:val="ru-RU"/>
        </w:rPr>
        <w:t xml:space="preserve"> (главный закон). * Если линии изгибаются в сторону океана или суши — значит, работают </w:t>
      </w:r>
      <w:r w:rsidRPr="00903E5E">
        <w:rPr>
          <w:b/>
          <w:lang w:val="ru-RU"/>
        </w:rPr>
        <w:t>течения</w:t>
      </w:r>
      <w:r w:rsidRPr="00903E5E">
        <w:rPr>
          <w:lang w:val="ru-RU"/>
        </w:rPr>
        <w:t xml:space="preserve"> или </w:t>
      </w:r>
      <w:r w:rsidRPr="00903E5E">
        <w:rPr>
          <w:b/>
          <w:lang w:val="ru-RU"/>
        </w:rPr>
        <w:t>суша</w:t>
      </w:r>
      <w:r w:rsidRPr="00903E5E">
        <w:rPr>
          <w:lang w:val="ru-RU"/>
        </w:rPr>
        <w:t>.</w:t>
      </w:r>
    </w:p>
    <w:p w14:paraId="21FF5A4C" w14:textId="77777777" w:rsidR="007B1135" w:rsidRPr="00903E5E" w:rsidRDefault="007B1135">
      <w:pPr>
        <w:pBdr>
          <w:bottom w:val="single" w:sz="6" w:space="1" w:color="auto"/>
        </w:pBdr>
        <w:rPr>
          <w:lang w:val="ru-RU"/>
        </w:rPr>
      </w:pPr>
    </w:p>
    <w:p w14:paraId="5C37EBDA" w14:textId="77777777" w:rsidR="007B1135" w:rsidRDefault="00361592">
      <w:pPr>
        <w:pStyle w:val="31"/>
      </w:pPr>
      <w:r>
        <w:t>💡 Интересные факты</w:t>
      </w:r>
    </w:p>
    <w:p w14:paraId="685FE6A8" w14:textId="77777777" w:rsidR="007B1135" w:rsidRPr="00903E5E" w:rsidRDefault="00361592">
      <w:pPr>
        <w:pStyle w:val="a0"/>
        <w:spacing w:line="240" w:lineRule="auto"/>
        <w:ind w:left="720"/>
        <w:rPr>
          <w:lang w:val="ru-RU"/>
        </w:rPr>
      </w:pPr>
      <w:r>
        <w:t>🥶</w:t>
      </w:r>
      <w:r w:rsidRPr="00903E5E">
        <w:rPr>
          <w:lang w:val="ru-RU"/>
        </w:rPr>
        <w:t xml:space="preserve"> </w:t>
      </w:r>
      <w:r w:rsidRPr="00903E5E">
        <w:rPr>
          <w:b/>
          <w:lang w:val="ru-RU"/>
        </w:rPr>
        <w:t>Самое холодное место:</w:t>
      </w:r>
      <w:r w:rsidRPr="00903E5E">
        <w:rPr>
          <w:lang w:val="ru-RU"/>
        </w:rPr>
        <w:t xml:space="preserve"> Антарктида, станция «Восток». Там зафиксировано </w:t>
      </w:r>
      <w:r w:rsidRPr="00903E5E">
        <w:rPr>
          <w:b/>
          <w:lang w:val="ru-RU"/>
        </w:rPr>
        <w:t>-89.2°</w:t>
      </w:r>
      <w:r>
        <w:rPr>
          <w:b/>
        </w:rPr>
        <w:t>C</w:t>
      </w:r>
      <w:r w:rsidRPr="00903E5E">
        <w:rPr>
          <w:lang w:val="ru-RU"/>
        </w:rPr>
        <w:t>. Это холоднее, чем в морозилке!</w:t>
      </w:r>
    </w:p>
    <w:p w14:paraId="42209A6A" w14:textId="77777777" w:rsidR="007B1135" w:rsidRDefault="00361592">
      <w:pPr>
        <w:pStyle w:val="a0"/>
        <w:spacing w:line="240" w:lineRule="auto"/>
        <w:ind w:left="720"/>
      </w:pPr>
      <w:r>
        <w:t>🔥</w:t>
      </w:r>
      <w:r w:rsidRPr="00903E5E">
        <w:rPr>
          <w:lang w:val="ru-RU"/>
        </w:rPr>
        <w:t xml:space="preserve"> </w:t>
      </w:r>
      <w:r w:rsidRPr="00903E5E">
        <w:rPr>
          <w:b/>
          <w:lang w:val="ru-RU"/>
        </w:rPr>
        <w:t>Самое жаркое место:</w:t>
      </w:r>
      <w:r w:rsidRPr="00903E5E">
        <w:rPr>
          <w:lang w:val="ru-RU"/>
        </w:rPr>
        <w:t xml:space="preserve"> Долина Смерти (США). </w:t>
      </w:r>
      <w:r>
        <w:t xml:space="preserve">Там было </w:t>
      </w:r>
      <w:r>
        <w:rPr>
          <w:b/>
        </w:rPr>
        <w:t>+56.7°C</w:t>
      </w:r>
      <w:r>
        <w:t>.</w:t>
      </w:r>
    </w:p>
    <w:p w14:paraId="77D0B71C" w14:textId="77777777" w:rsidR="007B1135" w:rsidRPr="00903E5E" w:rsidRDefault="00361592">
      <w:pPr>
        <w:pStyle w:val="a0"/>
        <w:spacing w:line="240" w:lineRule="auto"/>
        <w:ind w:left="720"/>
        <w:rPr>
          <w:lang w:val="ru-RU"/>
        </w:rPr>
      </w:pPr>
      <w:r>
        <w:t>🇷🇺</w:t>
      </w:r>
      <w:r w:rsidRPr="00903E5E">
        <w:rPr>
          <w:lang w:val="ru-RU"/>
        </w:rPr>
        <w:t xml:space="preserve"> </w:t>
      </w:r>
      <w:r w:rsidRPr="00903E5E">
        <w:rPr>
          <w:b/>
          <w:lang w:val="ru-RU"/>
        </w:rPr>
        <w:t>Россия</w:t>
      </w:r>
      <w:r w:rsidRPr="00903E5E">
        <w:rPr>
          <w:lang w:val="ru-RU"/>
        </w:rPr>
        <w:t xml:space="preserve"> — самая холодная страна мира. Средняя температура у нас -5.3°</w:t>
      </w:r>
      <w:r>
        <w:t>C</w:t>
      </w:r>
      <w:r w:rsidRPr="00903E5E">
        <w:rPr>
          <w:lang w:val="ru-RU"/>
        </w:rPr>
        <w:t xml:space="preserve">. А в городе Оймякон (Якутия) бывает </w:t>
      </w:r>
      <w:r w:rsidRPr="00903E5E">
        <w:rPr>
          <w:b/>
          <w:lang w:val="ru-RU"/>
        </w:rPr>
        <w:t>-71°</w:t>
      </w:r>
      <w:r>
        <w:rPr>
          <w:b/>
        </w:rPr>
        <w:t>C</w:t>
      </w:r>
      <w:r w:rsidRPr="00903E5E">
        <w:rPr>
          <w:lang w:val="ru-RU"/>
        </w:rPr>
        <w:t>!</w:t>
      </w:r>
    </w:p>
    <w:p w14:paraId="1D0DAEE0" w14:textId="77777777" w:rsidR="007B1135" w:rsidRDefault="00361592">
      <w:r w:rsidRPr="00903E5E">
        <w:rPr>
          <w:b/>
          <w:lang w:val="ru-RU"/>
        </w:rPr>
        <w:t>Вывод:</w:t>
      </w:r>
      <w:r w:rsidRPr="00903E5E">
        <w:rPr>
          <w:lang w:val="ru-RU"/>
        </w:rPr>
        <w:t xml:space="preserve"> Температура зависит от того, </w:t>
      </w:r>
      <w:r w:rsidRPr="00903E5E">
        <w:rPr>
          <w:b/>
          <w:lang w:val="ru-RU"/>
        </w:rPr>
        <w:t>как</w:t>
      </w:r>
      <w:r w:rsidRPr="00903E5E">
        <w:rPr>
          <w:lang w:val="ru-RU"/>
        </w:rPr>
        <w:t xml:space="preserve"> падает солнце, </w:t>
      </w:r>
      <w:r w:rsidRPr="00903E5E">
        <w:rPr>
          <w:b/>
          <w:lang w:val="ru-RU"/>
        </w:rPr>
        <w:t>как высоко</w:t>
      </w:r>
      <w:r w:rsidRPr="00903E5E">
        <w:rPr>
          <w:lang w:val="ru-RU"/>
        </w:rPr>
        <w:t xml:space="preserve"> ты находишься и </w:t>
      </w:r>
      <w:r w:rsidRPr="00903E5E">
        <w:rPr>
          <w:b/>
          <w:lang w:val="ru-RU"/>
        </w:rPr>
        <w:t>что</w:t>
      </w:r>
      <w:r w:rsidRPr="00903E5E">
        <w:rPr>
          <w:lang w:val="ru-RU"/>
        </w:rPr>
        <w:t xml:space="preserve"> находится рядом — море или пустыня. </w:t>
      </w:r>
      <w:r>
        <w:t>Запомнишь эти правила — и география станет простой! 🌍💙</w:t>
      </w:r>
    </w:p>
    <w:sectPr w:rsidR="007B1135" w:rsidSect="001140F7">
      <w:footerReference w:type="default" r:id="rId8"/>
      <w:pgSz w:w="12240" w:h="15840"/>
      <w:pgMar w:top="284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8D4B5" w14:textId="77777777" w:rsidR="00643721" w:rsidRDefault="00643721">
      <w:pPr>
        <w:spacing w:after="0" w:line="240" w:lineRule="auto"/>
      </w:pPr>
      <w:r>
        <w:separator/>
      </w:r>
    </w:p>
  </w:endnote>
  <w:endnote w:type="continuationSeparator" w:id="0">
    <w:p w14:paraId="3AB95A68" w14:textId="77777777" w:rsidR="00643721" w:rsidRDefault="00643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Inte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5DBDB" w14:textId="77777777" w:rsidR="007B1135" w:rsidRDefault="00361592">
    <w:pPr>
      <w:pStyle w:val="a7"/>
      <w:jc w:val="right"/>
    </w:pPr>
    <w:r>
      <w:rPr>
        <w:rFonts w:ascii="Inter" w:hAnsi="Inter"/>
        <w:color w:val="888888"/>
        <w:sz w:val="23"/>
      </w:rPr>
      <w:t xml:space="preserve">made with </w:t>
    </w:r>
    <w:r>
      <w:rPr>
        <w:noProof/>
      </w:rPr>
      <w:drawing>
        <wp:inline distT="0" distB="0" distL="0" distR="0" wp14:anchorId="25A5BF64" wp14:editId="62AC23E3">
          <wp:extent cx="228600" cy="228600"/>
          <wp:effectExtent l="0" t="0" r="0" b="0"/>
          <wp:docPr id="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hyperlink>
      <w:r>
        <w:rPr>
          <w:color w:val="888888"/>
        </w:rPr>
        <w:t>gptdaisy.com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AA66C" w14:textId="77777777" w:rsidR="00643721" w:rsidRDefault="00643721">
      <w:pPr>
        <w:spacing w:after="0" w:line="240" w:lineRule="auto"/>
      </w:pPr>
      <w:r>
        <w:separator/>
      </w:r>
    </w:p>
  </w:footnote>
  <w:footnote w:type="continuationSeparator" w:id="0">
    <w:p w14:paraId="71767B6D" w14:textId="77777777" w:rsidR="00643721" w:rsidRDefault="006437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40F7"/>
    <w:rsid w:val="0015074B"/>
    <w:rsid w:val="0029639D"/>
    <w:rsid w:val="00326F90"/>
    <w:rsid w:val="00361592"/>
    <w:rsid w:val="00643721"/>
    <w:rsid w:val="007B1135"/>
    <w:rsid w:val="00903E5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39B5B1"/>
  <w14:defaultImageDpi w14:val="300"/>
  <w15:docId w15:val="{0A8BC0A8-723E-4332-82E4-2DA73486B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КРИППО-14Н</cp:lastModifiedBy>
  <cp:revision>2</cp:revision>
  <dcterms:created xsi:type="dcterms:W3CDTF">2013-12-23T23:15:00Z</dcterms:created>
  <dcterms:modified xsi:type="dcterms:W3CDTF">2026-10-01T06:50:00Z</dcterms:modified>
  <cp:category/>
</cp:coreProperties>
</file>