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E0282" w14:textId="77777777" w:rsidR="006E5B79" w:rsidRPr="003954F4" w:rsidRDefault="00454EB4">
      <w:pPr>
        <w:pStyle w:val="1"/>
        <w:rPr>
          <w:lang w:val="ru-RU"/>
        </w:rPr>
      </w:pPr>
      <w:r w:rsidRPr="003954F4">
        <w:rPr>
          <w:lang w:val="ru-RU"/>
        </w:rPr>
        <w:t>Разнообразие климата на Земле. Климатообразующие факторы</w:t>
      </w:r>
    </w:p>
    <w:p w14:paraId="56133414" w14:textId="77777777" w:rsidR="006E5B79" w:rsidRPr="003954F4" w:rsidRDefault="00454EB4">
      <w:pPr>
        <w:rPr>
          <w:lang w:val="ru-RU"/>
        </w:rPr>
      </w:pPr>
      <w:r w:rsidRPr="003954F4">
        <w:rPr>
          <w:lang w:val="ru-RU"/>
        </w:rPr>
        <w:t xml:space="preserve">Привет! </w:t>
      </w:r>
      <w:r>
        <w:t>🌍</w:t>
      </w:r>
      <w:r w:rsidRPr="003954F4">
        <w:rPr>
          <w:lang w:val="ru-RU"/>
        </w:rPr>
        <w:t xml:space="preserve"> Давай разберёмся, почему в Египте жара и песок, а в Норвегии — прохладно и зелено? Почему в Москве бывают все 4 времени года, а в Антарктиде — вечная зима?</w:t>
      </w:r>
    </w:p>
    <w:p w14:paraId="39C1D109" w14:textId="77777777" w:rsidR="006E5B79" w:rsidRPr="003954F4" w:rsidRDefault="00454EB4">
      <w:pPr>
        <w:rPr>
          <w:lang w:val="ru-RU"/>
        </w:rPr>
      </w:pPr>
      <w:r w:rsidRPr="003954F4">
        <w:rPr>
          <w:lang w:val="ru-RU"/>
        </w:rPr>
        <w:t xml:space="preserve">Всё дело в </w:t>
      </w:r>
      <w:r w:rsidRPr="003954F4">
        <w:rPr>
          <w:b/>
          <w:lang w:val="ru-RU"/>
        </w:rPr>
        <w:t>климате</w:t>
      </w:r>
      <w:r w:rsidRPr="003954F4">
        <w:rPr>
          <w:lang w:val="ru-RU"/>
        </w:rPr>
        <w:t xml:space="preserve"> и факторах, которые его создают. Представь, что климат — это блюдо, а факторы — ингредиенты.</w:t>
      </w:r>
    </w:p>
    <w:p w14:paraId="5B7D2414" w14:textId="77777777" w:rsidR="006E5B79" w:rsidRPr="003954F4" w:rsidRDefault="006E5B79">
      <w:pPr>
        <w:pBdr>
          <w:bottom w:val="single" w:sz="6" w:space="1" w:color="auto"/>
        </w:pBdr>
        <w:rPr>
          <w:lang w:val="ru-RU"/>
        </w:rPr>
      </w:pPr>
    </w:p>
    <w:p w14:paraId="6ADDFCFD" w14:textId="77777777" w:rsidR="006E5B79" w:rsidRPr="003954F4" w:rsidRDefault="00454EB4">
      <w:pPr>
        <w:pStyle w:val="21"/>
        <w:rPr>
          <w:lang w:val="ru-RU"/>
        </w:rPr>
      </w:pPr>
      <w:r w:rsidRPr="003954F4">
        <w:rPr>
          <w:lang w:val="ru-RU"/>
        </w:rPr>
        <w:t>1. Климатообразующие факторы (Ингредиенты климата)</w:t>
      </w:r>
    </w:p>
    <w:p w14:paraId="613F5B10" w14:textId="77777777" w:rsidR="006E5B79" w:rsidRPr="003954F4" w:rsidRDefault="00454EB4">
      <w:pPr>
        <w:rPr>
          <w:lang w:val="ru-RU"/>
        </w:rPr>
      </w:pPr>
      <w:r w:rsidRPr="003954F4">
        <w:rPr>
          <w:lang w:val="ru-RU"/>
        </w:rPr>
        <w:t>На климат влияет четыре главных «повара»:</w:t>
      </w:r>
    </w:p>
    <w:p w14:paraId="5695570B" w14:textId="77777777" w:rsidR="006E5B79" w:rsidRPr="003954F4" w:rsidRDefault="00454EB4">
      <w:pPr>
        <w:pStyle w:val="31"/>
        <w:rPr>
          <w:lang w:val="ru-RU"/>
        </w:rPr>
      </w:pPr>
      <w:r w:rsidRPr="003954F4">
        <w:rPr>
          <w:lang w:val="ru-RU"/>
        </w:rPr>
        <w:t>☀</w:t>
      </w:r>
      <w:r>
        <w:t>️</w:t>
      </w:r>
      <w:r w:rsidRPr="003954F4">
        <w:rPr>
          <w:lang w:val="ru-RU"/>
        </w:rPr>
        <w:t xml:space="preserve"> 1. Солнечное излучение (Главный источник тепла)</w:t>
      </w:r>
    </w:p>
    <w:p w14:paraId="3A391FDB" w14:textId="77777777" w:rsidR="006E5B79" w:rsidRPr="003954F4" w:rsidRDefault="00454EB4">
      <w:pPr>
        <w:rPr>
          <w:lang w:val="ru-RU"/>
        </w:rPr>
      </w:pPr>
      <w:r w:rsidRPr="003954F4">
        <w:rPr>
          <w:lang w:val="ru-RU"/>
        </w:rPr>
        <w:t xml:space="preserve">Солнце — это печка нашей планеты. Но греет оно по-разному: * </w:t>
      </w:r>
      <w:r w:rsidRPr="003954F4">
        <w:rPr>
          <w:b/>
          <w:lang w:val="ru-RU"/>
        </w:rPr>
        <w:t>На экваторе</w:t>
      </w:r>
      <w:r w:rsidRPr="003954F4">
        <w:rPr>
          <w:lang w:val="ru-RU"/>
        </w:rPr>
        <w:t xml:space="preserve"> лучи падают </w:t>
      </w:r>
      <w:r w:rsidRPr="003954F4">
        <w:rPr>
          <w:b/>
          <w:lang w:val="ru-RU"/>
        </w:rPr>
        <w:t>прямо</w:t>
      </w:r>
      <w:r w:rsidRPr="003954F4">
        <w:rPr>
          <w:lang w:val="ru-RU"/>
        </w:rPr>
        <w:t xml:space="preserve"> (вертикально). Энергия концентрируется в одной точке — там всегда </w:t>
      </w:r>
      <w:r w:rsidRPr="003954F4">
        <w:rPr>
          <w:b/>
          <w:lang w:val="ru-RU"/>
        </w:rPr>
        <w:t>жарко</w:t>
      </w:r>
      <w:r w:rsidRPr="003954F4">
        <w:rPr>
          <w:lang w:val="ru-RU"/>
        </w:rPr>
        <w:t xml:space="preserve">. * </w:t>
      </w:r>
      <w:r w:rsidRPr="003954F4">
        <w:rPr>
          <w:b/>
          <w:lang w:val="ru-RU"/>
        </w:rPr>
        <w:t>У полюсов</w:t>
      </w:r>
      <w:r w:rsidRPr="003954F4">
        <w:rPr>
          <w:lang w:val="ru-RU"/>
        </w:rPr>
        <w:t xml:space="preserve"> лучи падают </w:t>
      </w:r>
      <w:r w:rsidRPr="003954F4">
        <w:rPr>
          <w:b/>
          <w:lang w:val="ru-RU"/>
        </w:rPr>
        <w:t>косыми</w:t>
      </w:r>
      <w:r w:rsidRPr="003954F4">
        <w:rPr>
          <w:lang w:val="ru-RU"/>
        </w:rPr>
        <w:t xml:space="preserve"> (под углом). Энергия «размазывается» по большой площади и проходит через толстый слой воздуха — там </w:t>
      </w:r>
      <w:r w:rsidRPr="003954F4">
        <w:rPr>
          <w:b/>
          <w:lang w:val="ru-RU"/>
        </w:rPr>
        <w:t>холодно</w:t>
      </w:r>
      <w:r w:rsidRPr="003954F4">
        <w:rPr>
          <w:lang w:val="ru-RU"/>
        </w:rPr>
        <w:t>.</w:t>
      </w:r>
    </w:p>
    <w:p w14:paraId="3C87ECC0" w14:textId="77777777" w:rsidR="006E5B79" w:rsidRPr="003954F4" w:rsidRDefault="00454EB4">
      <w:pPr>
        <w:rPr>
          <w:lang w:val="ru-RU"/>
        </w:rPr>
      </w:pPr>
      <w:r w:rsidRPr="003954F4">
        <w:rPr>
          <w:b/>
          <w:lang w:val="ru-RU"/>
        </w:rPr>
        <w:t>Пример</w:t>
      </w:r>
      <w:proofErr w:type="gramStart"/>
      <w:r w:rsidRPr="003954F4">
        <w:rPr>
          <w:b/>
          <w:lang w:val="ru-RU"/>
        </w:rPr>
        <w:t>:</w:t>
      </w:r>
      <w:r w:rsidRPr="003954F4">
        <w:rPr>
          <w:lang w:val="ru-RU"/>
        </w:rPr>
        <w:t xml:space="preserve"> Если</w:t>
      </w:r>
      <w:proofErr w:type="gramEnd"/>
      <w:r w:rsidRPr="003954F4">
        <w:rPr>
          <w:lang w:val="ru-RU"/>
        </w:rPr>
        <w:t xml:space="preserve"> посветить фонариком на стол прямо — пятно будет маленьким и ярким (жарко). Если под углом — пятно большое и тусклое (холодно).</w:t>
      </w:r>
    </w:p>
    <w:p w14:paraId="45925392" w14:textId="77777777" w:rsidR="006E5B79" w:rsidRPr="003954F4" w:rsidRDefault="00454EB4">
      <w:pPr>
        <w:pStyle w:val="31"/>
        <w:rPr>
          <w:lang w:val="ru-RU"/>
        </w:rPr>
      </w:pPr>
      <w:r>
        <w:t>💨</w:t>
      </w:r>
      <w:r w:rsidRPr="003954F4">
        <w:rPr>
          <w:lang w:val="ru-RU"/>
        </w:rPr>
        <w:t xml:space="preserve"> 2. Атмосферная циркуляция (Перенос тепла и влаги)</w:t>
      </w:r>
    </w:p>
    <w:p w14:paraId="199CEF5E" w14:textId="77777777" w:rsidR="006E5B79" w:rsidRPr="003954F4" w:rsidRDefault="00454EB4">
      <w:pPr>
        <w:rPr>
          <w:lang w:val="ru-RU"/>
        </w:rPr>
      </w:pPr>
      <w:r w:rsidRPr="003954F4">
        <w:rPr>
          <w:lang w:val="ru-RU"/>
        </w:rPr>
        <w:t xml:space="preserve">Воздух — это гигантский конвейер. * </w:t>
      </w:r>
      <w:r w:rsidRPr="003954F4">
        <w:rPr>
          <w:b/>
          <w:lang w:val="ru-RU"/>
        </w:rPr>
        <w:t>Тёплый воздух</w:t>
      </w:r>
      <w:r w:rsidRPr="003954F4">
        <w:rPr>
          <w:lang w:val="ru-RU"/>
        </w:rPr>
        <w:t xml:space="preserve"> поднимается вверх (там давление низкое, идут дожди). * </w:t>
      </w:r>
      <w:r w:rsidRPr="003954F4">
        <w:rPr>
          <w:b/>
          <w:lang w:val="ru-RU"/>
        </w:rPr>
        <w:t>Холодный воздух</w:t>
      </w:r>
      <w:r w:rsidRPr="003954F4">
        <w:rPr>
          <w:lang w:val="ru-RU"/>
        </w:rPr>
        <w:t xml:space="preserve"> опускается вниз (давление высокое, небо ясное, сухо). * </w:t>
      </w:r>
      <w:r w:rsidRPr="003954F4">
        <w:rPr>
          <w:b/>
          <w:lang w:val="ru-RU"/>
        </w:rPr>
        <w:t>Ветры</w:t>
      </w:r>
      <w:r w:rsidRPr="003954F4">
        <w:rPr>
          <w:lang w:val="ru-RU"/>
        </w:rPr>
        <w:t xml:space="preserve"> гоняют этот воздух от экватора к полюсам, перераспределяя тепло.</w:t>
      </w:r>
    </w:p>
    <w:p w14:paraId="3497AF22" w14:textId="77777777" w:rsidR="006E5B79" w:rsidRPr="003954F4" w:rsidRDefault="00454EB4">
      <w:pPr>
        <w:pStyle w:val="31"/>
        <w:rPr>
          <w:lang w:val="ru-RU"/>
        </w:rPr>
      </w:pPr>
      <w:r>
        <w:t>🌊</w:t>
      </w:r>
      <w:r w:rsidRPr="003954F4">
        <w:rPr>
          <w:lang w:val="ru-RU"/>
        </w:rPr>
        <w:t xml:space="preserve"> 3. Подстилающая поверхность (Земля и Океан)</w:t>
      </w:r>
    </w:p>
    <w:p w14:paraId="3A2677DB" w14:textId="77777777" w:rsidR="006E5B79" w:rsidRDefault="00454EB4">
      <w:pPr>
        <w:pStyle w:val="a0"/>
        <w:spacing w:line="240" w:lineRule="auto"/>
        <w:ind w:left="720"/>
      </w:pPr>
      <w:r w:rsidRPr="003954F4">
        <w:rPr>
          <w:b/>
          <w:lang w:val="ru-RU"/>
        </w:rPr>
        <w:t>Океан</w:t>
      </w:r>
      <w:r w:rsidRPr="003954F4">
        <w:rPr>
          <w:lang w:val="ru-RU"/>
        </w:rPr>
        <w:t xml:space="preserve"> — это термос. Он медленно нагревается, но и долго хранит тепло. </w:t>
      </w:r>
      <w:r>
        <w:t>Побережья океанов мягкие, влажные.</w:t>
      </w:r>
    </w:p>
    <w:p w14:paraId="70D0D17D" w14:textId="77777777" w:rsidR="006E5B79" w:rsidRPr="003954F4" w:rsidRDefault="00454EB4">
      <w:pPr>
        <w:pStyle w:val="a0"/>
        <w:spacing w:line="240" w:lineRule="auto"/>
        <w:ind w:left="720"/>
        <w:rPr>
          <w:lang w:val="ru-RU"/>
        </w:rPr>
      </w:pPr>
      <w:r w:rsidRPr="003954F4">
        <w:rPr>
          <w:b/>
          <w:lang w:val="ru-RU"/>
        </w:rPr>
        <w:t>Суша</w:t>
      </w:r>
      <w:r w:rsidRPr="003954F4">
        <w:rPr>
          <w:lang w:val="ru-RU"/>
        </w:rPr>
        <w:t xml:space="preserve"> — как сковородка. Быстро нагрелась — быстро остыла. Внутри континентов климат резкий: летом пекло, зимой мороз.</w:t>
      </w:r>
    </w:p>
    <w:p w14:paraId="1601ACD0" w14:textId="77777777" w:rsidR="006E5B79" w:rsidRPr="003954F4" w:rsidRDefault="00454EB4">
      <w:pPr>
        <w:pStyle w:val="a0"/>
        <w:spacing w:line="240" w:lineRule="auto"/>
        <w:ind w:left="720"/>
        <w:rPr>
          <w:lang w:val="ru-RU"/>
        </w:rPr>
      </w:pPr>
      <w:r w:rsidRPr="003954F4">
        <w:rPr>
          <w:b/>
          <w:lang w:val="ru-RU"/>
        </w:rPr>
        <w:t>Горы</w:t>
      </w:r>
      <w:r w:rsidRPr="003954F4">
        <w:rPr>
          <w:lang w:val="ru-RU"/>
        </w:rPr>
        <w:t xml:space="preserve"> — это стена. Они не пускают облака и влагу. С одной стороны горы — дождь, а за ней — пустыня (влажному воздуху не через что пролететь).</w:t>
      </w:r>
    </w:p>
    <w:p w14:paraId="594F598A" w14:textId="77777777" w:rsidR="006E5B79" w:rsidRPr="003954F4" w:rsidRDefault="00454EB4">
      <w:pPr>
        <w:pStyle w:val="31"/>
        <w:rPr>
          <w:lang w:val="ru-RU"/>
        </w:rPr>
      </w:pPr>
      <w:r>
        <w:t>🌊</w:t>
      </w:r>
      <w:r w:rsidRPr="003954F4">
        <w:rPr>
          <w:lang w:val="ru-RU"/>
        </w:rPr>
        <w:t xml:space="preserve"> 4. Океанические течения</w:t>
      </w:r>
    </w:p>
    <w:p w14:paraId="542AE2E4" w14:textId="77777777" w:rsidR="006E5B79" w:rsidRPr="003954F4" w:rsidRDefault="00454EB4">
      <w:pPr>
        <w:rPr>
          <w:lang w:val="ru-RU"/>
        </w:rPr>
      </w:pPr>
      <w:r w:rsidRPr="003954F4">
        <w:rPr>
          <w:lang w:val="ru-RU"/>
        </w:rPr>
        <w:t xml:space="preserve">В океане плавают огромные реки воды: * </w:t>
      </w:r>
      <w:r w:rsidRPr="003954F4">
        <w:rPr>
          <w:b/>
          <w:lang w:val="ru-RU"/>
        </w:rPr>
        <w:t>Тёплые течения</w:t>
      </w:r>
      <w:r w:rsidRPr="003954F4">
        <w:rPr>
          <w:lang w:val="ru-RU"/>
        </w:rPr>
        <w:t xml:space="preserve"> (например, Гольфстрим) — как обогреватель. Они греют воздух рядом (в Норвегии теплее, чем в Канаде на той же широте). * </w:t>
      </w:r>
      <w:r w:rsidRPr="003954F4">
        <w:rPr>
          <w:b/>
          <w:lang w:val="ru-RU"/>
        </w:rPr>
        <w:t>Холодные течения</w:t>
      </w:r>
      <w:r w:rsidRPr="003954F4">
        <w:rPr>
          <w:lang w:val="ru-RU"/>
        </w:rPr>
        <w:t xml:space="preserve"> (например, Перуанское) — как кондиционер. Они охлаждают побережье и делают климат сухим.</w:t>
      </w:r>
    </w:p>
    <w:p w14:paraId="0C4F23EA" w14:textId="77777777" w:rsidR="006E5B79" w:rsidRPr="003954F4" w:rsidRDefault="006E5B79">
      <w:pPr>
        <w:pBdr>
          <w:bottom w:val="single" w:sz="6" w:space="1" w:color="auto"/>
        </w:pBdr>
        <w:rPr>
          <w:lang w:val="ru-RU"/>
        </w:rPr>
      </w:pPr>
    </w:p>
    <w:p w14:paraId="53218EBD" w14:textId="77777777" w:rsidR="006E5B79" w:rsidRPr="003954F4" w:rsidRDefault="00454EB4">
      <w:pPr>
        <w:pStyle w:val="21"/>
        <w:rPr>
          <w:lang w:val="ru-RU"/>
        </w:rPr>
      </w:pPr>
      <w:r w:rsidRPr="003954F4">
        <w:rPr>
          <w:lang w:val="ru-RU"/>
        </w:rPr>
        <w:t>2. Климатические пояса Земли</w:t>
      </w:r>
    </w:p>
    <w:p w14:paraId="496DD47B" w14:textId="77777777" w:rsidR="006E5B79" w:rsidRPr="003954F4" w:rsidRDefault="00454EB4">
      <w:pPr>
        <w:rPr>
          <w:lang w:val="ru-RU"/>
        </w:rPr>
      </w:pPr>
      <w:r w:rsidRPr="003954F4">
        <w:rPr>
          <w:lang w:val="ru-RU"/>
        </w:rPr>
        <w:t>Из-за разного нагрева Землю можно условно разделить на пояса. Их 5 основных групп:</w:t>
      </w:r>
    </w:p>
    <w:p w14:paraId="157D5B23" w14:textId="77777777" w:rsidR="006E5B79" w:rsidRPr="003954F4" w:rsidRDefault="00454EB4">
      <w:pPr>
        <w:pStyle w:val="31"/>
        <w:rPr>
          <w:lang w:val="ru-RU"/>
        </w:rPr>
      </w:pPr>
      <w:r>
        <w:t>🍉</w:t>
      </w:r>
      <w:r w:rsidRPr="003954F4">
        <w:rPr>
          <w:lang w:val="ru-RU"/>
        </w:rPr>
        <w:t xml:space="preserve"> 1. Экваториальный пояс (Самый горячий и влажный)</w:t>
      </w:r>
    </w:p>
    <w:p w14:paraId="051E0923" w14:textId="77777777" w:rsidR="006E5B79" w:rsidRPr="003954F4" w:rsidRDefault="00454EB4">
      <w:pPr>
        <w:pStyle w:val="a0"/>
        <w:spacing w:line="240" w:lineRule="auto"/>
        <w:ind w:left="720"/>
        <w:rPr>
          <w:lang w:val="ru-RU"/>
        </w:rPr>
      </w:pPr>
      <w:r w:rsidRPr="003954F4">
        <w:rPr>
          <w:b/>
          <w:lang w:val="ru-RU"/>
        </w:rPr>
        <w:t>Где</w:t>
      </w:r>
      <w:proofErr w:type="gramStart"/>
      <w:r w:rsidRPr="003954F4">
        <w:rPr>
          <w:b/>
          <w:lang w:val="ru-RU"/>
        </w:rPr>
        <w:t>:</w:t>
      </w:r>
      <w:r w:rsidRPr="003954F4">
        <w:rPr>
          <w:lang w:val="ru-RU"/>
        </w:rPr>
        <w:t xml:space="preserve"> Вокруг</w:t>
      </w:r>
      <w:proofErr w:type="gramEnd"/>
      <w:r w:rsidRPr="003954F4">
        <w:rPr>
          <w:lang w:val="ru-RU"/>
        </w:rPr>
        <w:t xml:space="preserve"> экватора (Амазония, Конго, Индонезия).</w:t>
      </w:r>
    </w:p>
    <w:p w14:paraId="6C5138C3" w14:textId="77777777" w:rsidR="006E5B79" w:rsidRPr="003954F4" w:rsidRDefault="00454EB4">
      <w:pPr>
        <w:pStyle w:val="a0"/>
        <w:spacing w:line="240" w:lineRule="auto"/>
        <w:ind w:left="720"/>
        <w:rPr>
          <w:lang w:val="ru-RU"/>
        </w:rPr>
      </w:pPr>
      <w:r w:rsidRPr="003954F4">
        <w:rPr>
          <w:b/>
          <w:lang w:val="ru-RU"/>
        </w:rPr>
        <w:t>Температура</w:t>
      </w:r>
      <w:proofErr w:type="gramStart"/>
      <w:r w:rsidRPr="003954F4">
        <w:rPr>
          <w:b/>
          <w:lang w:val="ru-RU"/>
        </w:rPr>
        <w:t>:</w:t>
      </w:r>
      <w:r w:rsidRPr="003954F4">
        <w:rPr>
          <w:lang w:val="ru-RU"/>
        </w:rPr>
        <w:t xml:space="preserve"> Всегда</w:t>
      </w:r>
      <w:proofErr w:type="gramEnd"/>
      <w:r w:rsidRPr="003954F4">
        <w:rPr>
          <w:lang w:val="ru-RU"/>
        </w:rPr>
        <w:t xml:space="preserve"> +24...+28°</w:t>
      </w:r>
      <w:r>
        <w:t>C</w:t>
      </w:r>
      <w:r w:rsidRPr="003954F4">
        <w:rPr>
          <w:lang w:val="ru-RU"/>
        </w:rPr>
        <w:t>. Зимы нет, лето круглый год.</w:t>
      </w:r>
    </w:p>
    <w:p w14:paraId="02FB81C3" w14:textId="77777777" w:rsidR="006E5B79" w:rsidRPr="003954F4" w:rsidRDefault="00454EB4">
      <w:pPr>
        <w:pStyle w:val="a0"/>
        <w:spacing w:line="240" w:lineRule="auto"/>
        <w:ind w:left="720"/>
        <w:rPr>
          <w:lang w:val="ru-RU"/>
        </w:rPr>
      </w:pPr>
      <w:r w:rsidRPr="003954F4">
        <w:rPr>
          <w:b/>
          <w:lang w:val="ru-RU"/>
        </w:rPr>
        <w:t>Осадки:</w:t>
      </w:r>
      <w:r w:rsidRPr="003954F4">
        <w:rPr>
          <w:lang w:val="ru-RU"/>
        </w:rPr>
        <w:t xml:space="preserve"> Много! Почти каждый день идут ливни.</w:t>
      </w:r>
    </w:p>
    <w:p w14:paraId="05ADBF21" w14:textId="77777777" w:rsidR="006E5B79" w:rsidRPr="003954F4" w:rsidRDefault="00454EB4">
      <w:pPr>
        <w:pStyle w:val="a0"/>
        <w:spacing w:line="240" w:lineRule="auto"/>
        <w:ind w:left="720"/>
        <w:rPr>
          <w:lang w:val="ru-RU"/>
        </w:rPr>
      </w:pPr>
      <w:r w:rsidRPr="003954F4">
        <w:rPr>
          <w:b/>
          <w:lang w:val="ru-RU"/>
        </w:rPr>
        <w:lastRenderedPageBreak/>
        <w:t>Природа:</w:t>
      </w:r>
      <w:r w:rsidRPr="003954F4">
        <w:rPr>
          <w:lang w:val="ru-RU"/>
        </w:rPr>
        <w:t xml:space="preserve"> Вечная зелень, густые леса (сельва).</w:t>
      </w:r>
    </w:p>
    <w:p w14:paraId="758A0BAF" w14:textId="77777777" w:rsidR="006E5B79" w:rsidRPr="003954F4" w:rsidRDefault="00454EB4">
      <w:pPr>
        <w:pStyle w:val="31"/>
        <w:rPr>
          <w:lang w:val="ru-RU"/>
        </w:rPr>
      </w:pPr>
      <w:r>
        <w:t>🌵</w:t>
      </w:r>
      <w:r w:rsidRPr="003954F4">
        <w:rPr>
          <w:lang w:val="ru-RU"/>
        </w:rPr>
        <w:t xml:space="preserve"> 2. Тропический пояс (Самый жаркий и сухой)</w:t>
      </w:r>
    </w:p>
    <w:p w14:paraId="4BEF4056" w14:textId="77777777" w:rsidR="006E5B79" w:rsidRPr="003954F4" w:rsidRDefault="00454EB4">
      <w:pPr>
        <w:pStyle w:val="a0"/>
        <w:spacing w:line="240" w:lineRule="auto"/>
        <w:ind w:left="720"/>
        <w:rPr>
          <w:lang w:val="ru-RU"/>
        </w:rPr>
      </w:pPr>
      <w:r w:rsidRPr="003954F4">
        <w:rPr>
          <w:b/>
          <w:lang w:val="ru-RU"/>
        </w:rPr>
        <w:t>Где:</w:t>
      </w:r>
      <w:r w:rsidRPr="003954F4">
        <w:rPr>
          <w:lang w:val="ru-RU"/>
        </w:rPr>
        <w:t xml:space="preserve"> Широты 20–30° (Сахара, Аравия, Австралия).</w:t>
      </w:r>
    </w:p>
    <w:p w14:paraId="3483F30B" w14:textId="77777777" w:rsidR="006E5B79" w:rsidRPr="003954F4" w:rsidRDefault="00454EB4">
      <w:pPr>
        <w:pStyle w:val="a0"/>
        <w:spacing w:line="240" w:lineRule="auto"/>
        <w:ind w:left="720"/>
        <w:rPr>
          <w:lang w:val="ru-RU"/>
        </w:rPr>
      </w:pPr>
      <w:r w:rsidRPr="003954F4">
        <w:rPr>
          <w:b/>
          <w:lang w:val="ru-RU"/>
        </w:rPr>
        <w:t>Температура</w:t>
      </w:r>
      <w:proofErr w:type="gramStart"/>
      <w:r w:rsidRPr="003954F4">
        <w:rPr>
          <w:b/>
          <w:lang w:val="ru-RU"/>
        </w:rPr>
        <w:t>:</w:t>
      </w:r>
      <w:r w:rsidRPr="003954F4">
        <w:rPr>
          <w:lang w:val="ru-RU"/>
        </w:rPr>
        <w:t xml:space="preserve"> Летом</w:t>
      </w:r>
      <w:proofErr w:type="gramEnd"/>
      <w:r w:rsidRPr="003954F4">
        <w:rPr>
          <w:lang w:val="ru-RU"/>
        </w:rPr>
        <w:t xml:space="preserve"> +50°</w:t>
      </w:r>
      <w:r>
        <w:t>C</w:t>
      </w:r>
      <w:r w:rsidRPr="003954F4">
        <w:rPr>
          <w:lang w:val="ru-RU"/>
        </w:rPr>
        <w:t>, зимой +15...+20°</w:t>
      </w:r>
      <w:r>
        <w:t>C</w:t>
      </w:r>
      <w:r w:rsidRPr="003954F4">
        <w:rPr>
          <w:lang w:val="ru-RU"/>
        </w:rPr>
        <w:t>.</w:t>
      </w:r>
    </w:p>
    <w:p w14:paraId="450FB1A1" w14:textId="77777777" w:rsidR="006E5B79" w:rsidRPr="003954F4" w:rsidRDefault="00454EB4">
      <w:pPr>
        <w:pStyle w:val="a0"/>
        <w:spacing w:line="240" w:lineRule="auto"/>
        <w:ind w:left="720"/>
        <w:rPr>
          <w:lang w:val="ru-RU"/>
        </w:rPr>
      </w:pPr>
      <w:r w:rsidRPr="003954F4">
        <w:rPr>
          <w:b/>
          <w:lang w:val="ru-RU"/>
        </w:rPr>
        <w:t>Осадки:</w:t>
      </w:r>
      <w:r w:rsidRPr="003954F4">
        <w:rPr>
          <w:lang w:val="ru-RU"/>
        </w:rPr>
        <w:t xml:space="preserve"> Мало. Воздух опускается вниз и «выжимает» всю влагу по дороге.</w:t>
      </w:r>
    </w:p>
    <w:p w14:paraId="061E5604" w14:textId="77777777" w:rsidR="006E5B79" w:rsidRPr="003954F4" w:rsidRDefault="00454EB4">
      <w:pPr>
        <w:pStyle w:val="a0"/>
        <w:spacing w:line="240" w:lineRule="auto"/>
        <w:ind w:left="720"/>
        <w:rPr>
          <w:lang w:val="ru-RU"/>
        </w:rPr>
      </w:pPr>
      <w:r w:rsidRPr="003954F4">
        <w:rPr>
          <w:b/>
          <w:lang w:val="ru-RU"/>
        </w:rPr>
        <w:t>Природа:</w:t>
      </w:r>
      <w:r w:rsidRPr="003954F4">
        <w:rPr>
          <w:lang w:val="ru-RU"/>
        </w:rPr>
        <w:t xml:space="preserve"> Пустыни, кактусы, верблюжья колючка.</w:t>
      </w:r>
    </w:p>
    <w:p w14:paraId="54D699D7" w14:textId="77777777" w:rsidR="006E5B79" w:rsidRPr="003954F4" w:rsidRDefault="00454EB4">
      <w:pPr>
        <w:pStyle w:val="31"/>
        <w:rPr>
          <w:lang w:val="ru-RU"/>
        </w:rPr>
      </w:pPr>
      <w:r>
        <w:t>🍂</w:t>
      </w:r>
      <w:r w:rsidRPr="003954F4">
        <w:rPr>
          <w:lang w:val="ru-RU"/>
        </w:rPr>
        <w:t xml:space="preserve"> 3. Умеренный пояс (Самый знакомый нам)</w:t>
      </w:r>
    </w:p>
    <w:p w14:paraId="47D8A466" w14:textId="77777777" w:rsidR="006E5B79" w:rsidRPr="003954F4" w:rsidRDefault="00454EB4">
      <w:pPr>
        <w:pStyle w:val="a0"/>
        <w:spacing w:line="240" w:lineRule="auto"/>
        <w:ind w:left="720"/>
        <w:rPr>
          <w:lang w:val="ru-RU"/>
        </w:rPr>
      </w:pPr>
      <w:r w:rsidRPr="003954F4">
        <w:rPr>
          <w:b/>
          <w:lang w:val="ru-RU"/>
        </w:rPr>
        <w:t>Где:</w:t>
      </w:r>
      <w:r w:rsidRPr="003954F4">
        <w:rPr>
          <w:lang w:val="ru-RU"/>
        </w:rPr>
        <w:t xml:space="preserve"> Большая часть России, Европа, Канада.</w:t>
      </w:r>
    </w:p>
    <w:p w14:paraId="5D27A7FB" w14:textId="77777777" w:rsidR="006E5B79" w:rsidRPr="003954F4" w:rsidRDefault="00454EB4">
      <w:pPr>
        <w:pStyle w:val="a0"/>
        <w:spacing w:line="240" w:lineRule="auto"/>
        <w:ind w:left="720"/>
        <w:rPr>
          <w:lang w:val="ru-RU"/>
        </w:rPr>
      </w:pPr>
      <w:r w:rsidRPr="003954F4">
        <w:rPr>
          <w:b/>
          <w:lang w:val="ru-RU"/>
        </w:rPr>
        <w:t>Температура</w:t>
      </w:r>
      <w:proofErr w:type="gramStart"/>
      <w:r w:rsidRPr="003954F4">
        <w:rPr>
          <w:b/>
          <w:lang w:val="ru-RU"/>
        </w:rPr>
        <w:t>:</w:t>
      </w:r>
      <w:r w:rsidRPr="003954F4">
        <w:rPr>
          <w:lang w:val="ru-RU"/>
        </w:rPr>
        <w:t xml:space="preserve"> Зависит</w:t>
      </w:r>
      <w:proofErr w:type="gramEnd"/>
      <w:r w:rsidRPr="003954F4">
        <w:rPr>
          <w:lang w:val="ru-RU"/>
        </w:rPr>
        <w:t xml:space="preserve"> от сезона. Летом +20...+25°</w:t>
      </w:r>
      <w:r>
        <w:t>C</w:t>
      </w:r>
      <w:r w:rsidRPr="003954F4">
        <w:rPr>
          <w:lang w:val="ru-RU"/>
        </w:rPr>
        <w:t>, зимой от -10°</w:t>
      </w:r>
      <w:r>
        <w:t>C</w:t>
      </w:r>
      <w:r w:rsidRPr="003954F4">
        <w:rPr>
          <w:lang w:val="ru-RU"/>
        </w:rPr>
        <w:t xml:space="preserve"> до -30°</w:t>
      </w:r>
      <w:r>
        <w:t>C</w:t>
      </w:r>
      <w:r w:rsidRPr="003954F4">
        <w:rPr>
          <w:lang w:val="ru-RU"/>
        </w:rPr>
        <w:t>.</w:t>
      </w:r>
    </w:p>
    <w:p w14:paraId="55643A99" w14:textId="77777777" w:rsidR="006E5B79" w:rsidRDefault="00454EB4">
      <w:pPr>
        <w:pStyle w:val="a0"/>
        <w:spacing w:line="240" w:lineRule="auto"/>
        <w:ind w:left="720"/>
      </w:pPr>
      <w:r>
        <w:rPr>
          <w:b/>
        </w:rPr>
        <w:t>Осадки:</w:t>
      </w:r>
      <w:r>
        <w:t xml:space="preserve"> Средне.</w:t>
      </w:r>
    </w:p>
    <w:p w14:paraId="0128E770" w14:textId="77777777" w:rsidR="006E5B79" w:rsidRDefault="00454EB4">
      <w:pPr>
        <w:pStyle w:val="a0"/>
        <w:spacing w:line="240" w:lineRule="auto"/>
        <w:ind w:left="720"/>
      </w:pPr>
      <w:r w:rsidRPr="003954F4">
        <w:rPr>
          <w:b/>
          <w:lang w:val="ru-RU"/>
        </w:rPr>
        <w:t>Природа:</w:t>
      </w:r>
      <w:r w:rsidRPr="003954F4">
        <w:rPr>
          <w:lang w:val="ru-RU"/>
        </w:rPr>
        <w:t xml:space="preserve"> Четыре времени года. Лето — зелень, зима — снег. </w:t>
      </w:r>
      <w:r>
        <w:t>Леса (тайга, смешанные), степи.</w:t>
      </w:r>
    </w:p>
    <w:p w14:paraId="19435DBA" w14:textId="77777777" w:rsidR="006E5B79" w:rsidRPr="003954F4" w:rsidRDefault="00454EB4">
      <w:pPr>
        <w:pStyle w:val="31"/>
        <w:rPr>
          <w:lang w:val="ru-RU"/>
        </w:rPr>
      </w:pPr>
      <w:r>
        <w:t>🌲</w:t>
      </w:r>
      <w:r w:rsidRPr="003954F4">
        <w:rPr>
          <w:lang w:val="ru-RU"/>
        </w:rPr>
        <w:t xml:space="preserve"> 4. Субарктический и Субантарктический (Суровый)</w:t>
      </w:r>
    </w:p>
    <w:p w14:paraId="486F583A" w14:textId="77777777" w:rsidR="006E5B79" w:rsidRPr="003954F4" w:rsidRDefault="00454EB4">
      <w:pPr>
        <w:pStyle w:val="a0"/>
        <w:spacing w:line="240" w:lineRule="auto"/>
        <w:ind w:left="720"/>
        <w:rPr>
          <w:lang w:val="ru-RU"/>
        </w:rPr>
      </w:pPr>
      <w:r w:rsidRPr="003954F4">
        <w:rPr>
          <w:b/>
          <w:lang w:val="ru-RU"/>
        </w:rPr>
        <w:t>Где</w:t>
      </w:r>
      <w:proofErr w:type="gramStart"/>
      <w:r w:rsidRPr="003954F4">
        <w:rPr>
          <w:b/>
          <w:lang w:val="ru-RU"/>
        </w:rPr>
        <w:t>:</w:t>
      </w:r>
      <w:r w:rsidRPr="003954F4">
        <w:rPr>
          <w:lang w:val="ru-RU"/>
        </w:rPr>
        <w:t xml:space="preserve"> Южнее</w:t>
      </w:r>
      <w:proofErr w:type="gramEnd"/>
      <w:r w:rsidRPr="003954F4">
        <w:rPr>
          <w:lang w:val="ru-RU"/>
        </w:rPr>
        <w:t xml:space="preserve"> умеренного (север России, Аляска).</w:t>
      </w:r>
    </w:p>
    <w:p w14:paraId="72987C20" w14:textId="77777777" w:rsidR="006E5B79" w:rsidRDefault="00454EB4">
      <w:pPr>
        <w:pStyle w:val="a0"/>
        <w:spacing w:line="240" w:lineRule="auto"/>
        <w:ind w:left="720"/>
      </w:pPr>
      <w:r w:rsidRPr="003954F4">
        <w:rPr>
          <w:b/>
          <w:lang w:val="ru-RU"/>
        </w:rPr>
        <w:t>Температура:</w:t>
      </w:r>
      <w:r w:rsidRPr="003954F4">
        <w:rPr>
          <w:lang w:val="ru-RU"/>
        </w:rPr>
        <w:t xml:space="preserve"> Зима долгая и суровая (-30...-40°</w:t>
      </w:r>
      <w:r>
        <w:t>C</w:t>
      </w:r>
      <w:r w:rsidRPr="003954F4">
        <w:rPr>
          <w:lang w:val="ru-RU"/>
        </w:rPr>
        <w:t xml:space="preserve">). </w:t>
      </w:r>
      <w:r>
        <w:t>Лето короткое (+5...+10°C).</w:t>
      </w:r>
    </w:p>
    <w:p w14:paraId="5EDED20E" w14:textId="77777777" w:rsidR="006E5B79" w:rsidRPr="003954F4" w:rsidRDefault="00454EB4">
      <w:pPr>
        <w:pStyle w:val="a0"/>
        <w:spacing w:line="240" w:lineRule="auto"/>
        <w:ind w:left="720"/>
        <w:rPr>
          <w:lang w:val="ru-RU"/>
        </w:rPr>
      </w:pPr>
      <w:r w:rsidRPr="003954F4">
        <w:rPr>
          <w:b/>
          <w:lang w:val="ru-RU"/>
        </w:rPr>
        <w:t>Природа:</w:t>
      </w:r>
      <w:r w:rsidRPr="003954F4">
        <w:rPr>
          <w:lang w:val="ru-RU"/>
        </w:rPr>
        <w:t xml:space="preserve"> Тайга (ели, кедры), болота.</w:t>
      </w:r>
    </w:p>
    <w:p w14:paraId="252D5BCC" w14:textId="77777777" w:rsidR="006E5B79" w:rsidRPr="003954F4" w:rsidRDefault="00454EB4">
      <w:pPr>
        <w:pStyle w:val="31"/>
        <w:rPr>
          <w:lang w:val="ru-RU"/>
        </w:rPr>
      </w:pPr>
      <w:r>
        <w:t>🧊</w:t>
      </w:r>
      <w:r w:rsidRPr="003954F4">
        <w:rPr>
          <w:lang w:val="ru-RU"/>
        </w:rPr>
        <w:t xml:space="preserve"> 5. Арктический и Антарктический (Ледяной)</w:t>
      </w:r>
    </w:p>
    <w:p w14:paraId="58276C7C" w14:textId="77777777" w:rsidR="006E5B79" w:rsidRPr="003954F4" w:rsidRDefault="00454EB4">
      <w:pPr>
        <w:pStyle w:val="a0"/>
        <w:spacing w:line="240" w:lineRule="auto"/>
        <w:ind w:left="720"/>
        <w:rPr>
          <w:lang w:val="ru-RU"/>
        </w:rPr>
      </w:pPr>
      <w:r w:rsidRPr="003954F4">
        <w:rPr>
          <w:b/>
          <w:lang w:val="ru-RU"/>
        </w:rPr>
        <w:t>Где</w:t>
      </w:r>
      <w:proofErr w:type="gramStart"/>
      <w:r w:rsidRPr="003954F4">
        <w:rPr>
          <w:b/>
          <w:lang w:val="ru-RU"/>
        </w:rPr>
        <w:t>:</w:t>
      </w:r>
      <w:r w:rsidRPr="003954F4">
        <w:rPr>
          <w:lang w:val="ru-RU"/>
        </w:rPr>
        <w:t xml:space="preserve"> На</w:t>
      </w:r>
      <w:proofErr w:type="gramEnd"/>
      <w:r w:rsidRPr="003954F4">
        <w:rPr>
          <w:lang w:val="ru-RU"/>
        </w:rPr>
        <w:t xml:space="preserve"> полюсах (Гренландия, Антарктида).</w:t>
      </w:r>
    </w:p>
    <w:p w14:paraId="7B79C6E8" w14:textId="77777777" w:rsidR="006E5B79" w:rsidRPr="003954F4" w:rsidRDefault="00454EB4">
      <w:pPr>
        <w:pStyle w:val="a0"/>
        <w:spacing w:line="240" w:lineRule="auto"/>
        <w:ind w:left="720"/>
        <w:rPr>
          <w:lang w:val="ru-RU"/>
        </w:rPr>
      </w:pPr>
      <w:r w:rsidRPr="003954F4">
        <w:rPr>
          <w:b/>
          <w:lang w:val="ru-RU"/>
        </w:rPr>
        <w:t>Температура</w:t>
      </w:r>
      <w:proofErr w:type="gramStart"/>
      <w:r w:rsidRPr="003954F4">
        <w:rPr>
          <w:b/>
          <w:lang w:val="ru-RU"/>
        </w:rPr>
        <w:t>:</w:t>
      </w:r>
      <w:r w:rsidRPr="003954F4">
        <w:rPr>
          <w:lang w:val="ru-RU"/>
        </w:rPr>
        <w:t xml:space="preserve"> Всегда</w:t>
      </w:r>
      <w:proofErr w:type="gramEnd"/>
      <w:r w:rsidRPr="003954F4">
        <w:rPr>
          <w:lang w:val="ru-RU"/>
        </w:rPr>
        <w:t xml:space="preserve"> минус. Летом около 0°</w:t>
      </w:r>
      <w:r>
        <w:t>C</w:t>
      </w:r>
      <w:r w:rsidRPr="003954F4">
        <w:rPr>
          <w:lang w:val="ru-RU"/>
        </w:rPr>
        <w:t>, зимой -40...-70°</w:t>
      </w:r>
      <w:r>
        <w:t>C</w:t>
      </w:r>
      <w:r w:rsidRPr="003954F4">
        <w:rPr>
          <w:lang w:val="ru-RU"/>
        </w:rPr>
        <w:t>.</w:t>
      </w:r>
    </w:p>
    <w:p w14:paraId="09D0A7C6" w14:textId="77777777" w:rsidR="006E5B79" w:rsidRPr="003954F4" w:rsidRDefault="00454EB4">
      <w:pPr>
        <w:pStyle w:val="a0"/>
        <w:spacing w:line="240" w:lineRule="auto"/>
        <w:ind w:left="720"/>
        <w:rPr>
          <w:lang w:val="ru-RU"/>
        </w:rPr>
      </w:pPr>
      <w:r w:rsidRPr="003954F4">
        <w:rPr>
          <w:b/>
          <w:lang w:val="ru-RU"/>
        </w:rPr>
        <w:t>Осадки</w:t>
      </w:r>
      <w:proofErr w:type="gramStart"/>
      <w:r w:rsidRPr="003954F4">
        <w:rPr>
          <w:b/>
          <w:lang w:val="ru-RU"/>
        </w:rPr>
        <w:t>:</w:t>
      </w:r>
      <w:r w:rsidRPr="003954F4">
        <w:rPr>
          <w:lang w:val="ru-RU"/>
        </w:rPr>
        <w:t xml:space="preserve"> Мало</w:t>
      </w:r>
      <w:proofErr w:type="gramEnd"/>
      <w:r w:rsidRPr="003954F4">
        <w:rPr>
          <w:lang w:val="ru-RU"/>
        </w:rPr>
        <w:t>, но не тают — это ледники!</w:t>
      </w:r>
    </w:p>
    <w:p w14:paraId="24C10337" w14:textId="77777777" w:rsidR="006E5B79" w:rsidRDefault="00454EB4">
      <w:pPr>
        <w:pStyle w:val="a0"/>
        <w:spacing w:line="240" w:lineRule="auto"/>
        <w:ind w:left="720"/>
      </w:pPr>
      <w:r w:rsidRPr="003954F4">
        <w:rPr>
          <w:b/>
          <w:lang w:val="ru-RU"/>
        </w:rPr>
        <w:t>Природа:</w:t>
      </w:r>
      <w:r w:rsidRPr="003954F4">
        <w:rPr>
          <w:lang w:val="ru-RU"/>
        </w:rPr>
        <w:t xml:space="preserve"> Лед, камни, мхи, лишайники. </w:t>
      </w:r>
      <w:r>
        <w:t>Животные: белые медведи, пингвины.</w:t>
      </w:r>
    </w:p>
    <w:p w14:paraId="1BA515DF" w14:textId="77777777" w:rsidR="006E5B79" w:rsidRDefault="006E5B79">
      <w:pPr>
        <w:pBdr>
          <w:bottom w:val="single" w:sz="6" w:space="1" w:color="auto"/>
        </w:pBdr>
      </w:pPr>
    </w:p>
    <w:p w14:paraId="2744CB07" w14:textId="77777777" w:rsidR="006E5B79" w:rsidRDefault="00454EB4">
      <w:pPr>
        <w:pStyle w:val="21"/>
      </w:pPr>
      <w:r>
        <w:t>📝 Таблица-шпаргалка</w:t>
      </w:r>
    </w:p>
    <w:tbl>
      <w:tblPr>
        <w:tblW w:w="992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2"/>
        <w:gridCol w:w="2158"/>
        <w:gridCol w:w="2155"/>
        <w:gridCol w:w="2878"/>
      </w:tblGrid>
      <w:tr w:rsidR="006E5B79" w14:paraId="261B4765" w14:textId="77777777" w:rsidTr="007A1B91">
        <w:tc>
          <w:tcPr>
            <w:tcW w:w="2732" w:type="dxa"/>
          </w:tcPr>
          <w:p w14:paraId="152D9C2B" w14:textId="77777777" w:rsidR="006E5B79" w:rsidRDefault="00454EB4">
            <w:proofErr w:type="spellStart"/>
            <w:r>
              <w:rPr>
                <w:b/>
              </w:rPr>
              <w:t>Пояс</w:t>
            </w:r>
            <w:proofErr w:type="spellEnd"/>
          </w:p>
        </w:tc>
        <w:tc>
          <w:tcPr>
            <w:tcW w:w="2158" w:type="dxa"/>
          </w:tcPr>
          <w:p w14:paraId="11CCE22F" w14:textId="77777777" w:rsidR="006E5B79" w:rsidRDefault="00454EB4">
            <w:r>
              <w:rPr>
                <w:b/>
              </w:rPr>
              <w:t>Температура</w:t>
            </w:r>
          </w:p>
        </w:tc>
        <w:tc>
          <w:tcPr>
            <w:tcW w:w="2155" w:type="dxa"/>
          </w:tcPr>
          <w:p w14:paraId="7C0DE044" w14:textId="77777777" w:rsidR="006E5B79" w:rsidRDefault="00454EB4">
            <w:r>
              <w:rPr>
                <w:b/>
              </w:rPr>
              <w:t>Осадки</w:t>
            </w:r>
          </w:p>
        </w:tc>
        <w:tc>
          <w:tcPr>
            <w:tcW w:w="2878" w:type="dxa"/>
          </w:tcPr>
          <w:p w14:paraId="3B617D93" w14:textId="77777777" w:rsidR="006E5B79" w:rsidRDefault="00454EB4">
            <w:r>
              <w:rPr>
                <w:b/>
              </w:rPr>
              <w:t>Примеры мест</w:t>
            </w:r>
          </w:p>
        </w:tc>
      </w:tr>
      <w:tr w:rsidR="006E5B79" w14:paraId="1261B3DB" w14:textId="77777777" w:rsidTr="007A1B91">
        <w:tc>
          <w:tcPr>
            <w:tcW w:w="2732" w:type="dxa"/>
          </w:tcPr>
          <w:p w14:paraId="7F8EC31B" w14:textId="77777777" w:rsidR="006E5B79" w:rsidRDefault="00454EB4">
            <w:r>
              <w:rPr>
                <w:b/>
              </w:rPr>
              <w:t>Экваториальный</w:t>
            </w:r>
          </w:p>
        </w:tc>
        <w:tc>
          <w:tcPr>
            <w:tcW w:w="2158" w:type="dxa"/>
          </w:tcPr>
          <w:p w14:paraId="22DFE5B6" w14:textId="77777777" w:rsidR="006E5B79" w:rsidRDefault="00454EB4">
            <w:r>
              <w:t>Всегда жарко (+27°)</w:t>
            </w:r>
          </w:p>
        </w:tc>
        <w:tc>
          <w:tcPr>
            <w:tcW w:w="2155" w:type="dxa"/>
          </w:tcPr>
          <w:p w14:paraId="027C372F" w14:textId="77777777" w:rsidR="006E5B79" w:rsidRDefault="00454EB4">
            <w:r>
              <w:t>Очень много</w:t>
            </w:r>
          </w:p>
        </w:tc>
        <w:tc>
          <w:tcPr>
            <w:tcW w:w="2878" w:type="dxa"/>
          </w:tcPr>
          <w:p w14:paraId="725DC529" w14:textId="77777777" w:rsidR="006E5B79" w:rsidRDefault="00454EB4">
            <w:r>
              <w:t>Бразилия, Конго</w:t>
            </w:r>
          </w:p>
        </w:tc>
      </w:tr>
      <w:tr w:rsidR="006E5B79" w14:paraId="3870553D" w14:textId="77777777" w:rsidTr="007A1B91">
        <w:tc>
          <w:tcPr>
            <w:tcW w:w="2732" w:type="dxa"/>
          </w:tcPr>
          <w:p w14:paraId="493D89A3" w14:textId="77777777" w:rsidR="006E5B79" w:rsidRDefault="00454EB4">
            <w:r>
              <w:rPr>
                <w:b/>
              </w:rPr>
              <w:t>Тропический</w:t>
            </w:r>
          </w:p>
        </w:tc>
        <w:tc>
          <w:tcPr>
            <w:tcW w:w="2158" w:type="dxa"/>
          </w:tcPr>
          <w:p w14:paraId="58D60B14" w14:textId="77777777" w:rsidR="006E5B79" w:rsidRDefault="00454EB4">
            <w:r>
              <w:t>Жарко (+30°)</w:t>
            </w:r>
          </w:p>
        </w:tc>
        <w:tc>
          <w:tcPr>
            <w:tcW w:w="2155" w:type="dxa"/>
          </w:tcPr>
          <w:p w14:paraId="2673E871" w14:textId="77777777" w:rsidR="006E5B79" w:rsidRDefault="00454EB4">
            <w:r>
              <w:t>Мало</w:t>
            </w:r>
          </w:p>
        </w:tc>
        <w:tc>
          <w:tcPr>
            <w:tcW w:w="2878" w:type="dxa"/>
          </w:tcPr>
          <w:p w14:paraId="47A8F94A" w14:textId="77777777" w:rsidR="006E5B79" w:rsidRDefault="00454EB4">
            <w:r>
              <w:t>Сахара, Аравия</w:t>
            </w:r>
          </w:p>
        </w:tc>
      </w:tr>
      <w:tr w:rsidR="006E5B79" w14:paraId="0CFA7DF0" w14:textId="77777777" w:rsidTr="007A1B91">
        <w:tc>
          <w:tcPr>
            <w:tcW w:w="2732" w:type="dxa"/>
          </w:tcPr>
          <w:p w14:paraId="4882D855" w14:textId="77777777" w:rsidR="006E5B79" w:rsidRDefault="00454EB4">
            <w:r>
              <w:rPr>
                <w:b/>
              </w:rPr>
              <w:t>Умеренный</w:t>
            </w:r>
          </w:p>
        </w:tc>
        <w:tc>
          <w:tcPr>
            <w:tcW w:w="2158" w:type="dxa"/>
          </w:tcPr>
          <w:p w14:paraId="5EB2002E" w14:textId="77777777" w:rsidR="006E5B79" w:rsidRDefault="00454EB4">
            <w:r>
              <w:t>4 времени года</w:t>
            </w:r>
          </w:p>
        </w:tc>
        <w:tc>
          <w:tcPr>
            <w:tcW w:w="2155" w:type="dxa"/>
          </w:tcPr>
          <w:p w14:paraId="6DBDD39A" w14:textId="77777777" w:rsidR="006E5B79" w:rsidRDefault="00454EB4">
            <w:r>
              <w:t>Средне</w:t>
            </w:r>
          </w:p>
        </w:tc>
        <w:tc>
          <w:tcPr>
            <w:tcW w:w="2878" w:type="dxa"/>
          </w:tcPr>
          <w:p w14:paraId="266BB48E" w14:textId="77777777" w:rsidR="006E5B79" w:rsidRDefault="00454EB4">
            <w:r>
              <w:t>Россия, Европа</w:t>
            </w:r>
          </w:p>
        </w:tc>
      </w:tr>
      <w:tr w:rsidR="006E5B79" w14:paraId="7222A06B" w14:textId="77777777" w:rsidTr="007A1B91">
        <w:tc>
          <w:tcPr>
            <w:tcW w:w="2732" w:type="dxa"/>
          </w:tcPr>
          <w:p w14:paraId="00BE0535" w14:textId="77777777" w:rsidR="006E5B79" w:rsidRDefault="00454EB4">
            <w:r>
              <w:rPr>
                <w:b/>
              </w:rPr>
              <w:t>Субарктический</w:t>
            </w:r>
          </w:p>
        </w:tc>
        <w:tc>
          <w:tcPr>
            <w:tcW w:w="2158" w:type="dxa"/>
          </w:tcPr>
          <w:p w14:paraId="14DA6B64" w14:textId="77777777" w:rsidR="006E5B79" w:rsidRDefault="00454EB4">
            <w:r>
              <w:t>Холодно, лето короткое</w:t>
            </w:r>
          </w:p>
        </w:tc>
        <w:tc>
          <w:tcPr>
            <w:tcW w:w="2155" w:type="dxa"/>
          </w:tcPr>
          <w:p w14:paraId="1A56AA75" w14:textId="77777777" w:rsidR="006E5B79" w:rsidRDefault="00454EB4">
            <w:r>
              <w:t>Мало</w:t>
            </w:r>
          </w:p>
        </w:tc>
        <w:tc>
          <w:tcPr>
            <w:tcW w:w="2878" w:type="dxa"/>
          </w:tcPr>
          <w:p w14:paraId="09D6024B" w14:textId="77777777" w:rsidR="006E5B79" w:rsidRDefault="00454EB4">
            <w:r>
              <w:t>Север России</w:t>
            </w:r>
          </w:p>
        </w:tc>
      </w:tr>
      <w:tr w:rsidR="006E5B79" w14:paraId="619766F1" w14:textId="77777777" w:rsidTr="007A1B91">
        <w:tc>
          <w:tcPr>
            <w:tcW w:w="2732" w:type="dxa"/>
          </w:tcPr>
          <w:p w14:paraId="35710EAA" w14:textId="77777777" w:rsidR="006E5B79" w:rsidRDefault="00454EB4">
            <w:r>
              <w:rPr>
                <w:b/>
              </w:rPr>
              <w:t>Арктический</w:t>
            </w:r>
          </w:p>
        </w:tc>
        <w:tc>
          <w:tcPr>
            <w:tcW w:w="2158" w:type="dxa"/>
          </w:tcPr>
          <w:p w14:paraId="4D4C4D46" w14:textId="77777777" w:rsidR="006E5B79" w:rsidRDefault="00454EB4">
            <w:r>
              <w:t>Лютый мороз</w:t>
            </w:r>
          </w:p>
        </w:tc>
        <w:tc>
          <w:tcPr>
            <w:tcW w:w="2155" w:type="dxa"/>
          </w:tcPr>
          <w:p w14:paraId="033D5525" w14:textId="77777777" w:rsidR="006E5B79" w:rsidRDefault="00454EB4">
            <w:r>
              <w:t>Мало (снег)</w:t>
            </w:r>
          </w:p>
        </w:tc>
        <w:tc>
          <w:tcPr>
            <w:tcW w:w="2878" w:type="dxa"/>
          </w:tcPr>
          <w:p w14:paraId="62F81055" w14:textId="77777777" w:rsidR="006E5B79" w:rsidRDefault="00454EB4">
            <w:r>
              <w:t>Антарктида</w:t>
            </w:r>
          </w:p>
        </w:tc>
      </w:tr>
    </w:tbl>
    <w:p w14:paraId="08552922" w14:textId="77777777" w:rsidR="006E5B79" w:rsidRDefault="006E5B79">
      <w:pPr>
        <w:pBdr>
          <w:bottom w:val="single" w:sz="6" w:space="1" w:color="auto"/>
        </w:pBdr>
      </w:pPr>
    </w:p>
    <w:p w14:paraId="4617C150" w14:textId="77777777" w:rsidR="006E5B79" w:rsidRDefault="00454EB4">
      <w:pPr>
        <w:pStyle w:val="21"/>
      </w:pPr>
      <w:r>
        <w:t>🧠 Проверь себя</w:t>
      </w:r>
    </w:p>
    <w:p w14:paraId="185FEA3D" w14:textId="77777777" w:rsidR="006E5B79" w:rsidRDefault="00454EB4">
      <w:pPr>
        <w:pStyle w:val="a"/>
        <w:spacing w:line="240" w:lineRule="auto"/>
        <w:ind w:left="720"/>
      </w:pPr>
      <w:r w:rsidRPr="003954F4">
        <w:rPr>
          <w:lang w:val="ru-RU"/>
        </w:rPr>
        <w:t xml:space="preserve">Почему на полюсах холоднее, чем на экваторе? </w:t>
      </w:r>
      <w:r>
        <w:rPr>
          <w:i/>
        </w:rPr>
        <w:t>(Подсказка: подумай о фонарике)</w:t>
      </w:r>
    </w:p>
    <w:p w14:paraId="32A9E746" w14:textId="77777777" w:rsidR="006E5B79" w:rsidRPr="003954F4" w:rsidRDefault="00454EB4">
      <w:pPr>
        <w:pStyle w:val="a"/>
        <w:spacing w:line="240" w:lineRule="auto"/>
        <w:ind w:left="720"/>
        <w:rPr>
          <w:lang w:val="ru-RU"/>
        </w:rPr>
      </w:pPr>
      <w:r w:rsidRPr="003954F4">
        <w:rPr>
          <w:lang w:val="ru-RU"/>
        </w:rPr>
        <w:t>Какой фактор делает климат на побережьях мягким, а в центре материков — резким?</w:t>
      </w:r>
    </w:p>
    <w:p w14:paraId="3B1A3C5A" w14:textId="77777777" w:rsidR="006E5B79" w:rsidRPr="003954F4" w:rsidRDefault="00454EB4">
      <w:pPr>
        <w:pStyle w:val="a"/>
        <w:spacing w:line="240" w:lineRule="auto"/>
        <w:ind w:left="720"/>
        <w:rPr>
          <w:lang w:val="ru-RU"/>
        </w:rPr>
      </w:pPr>
      <w:r w:rsidRPr="003954F4">
        <w:rPr>
          <w:lang w:val="ru-RU"/>
        </w:rPr>
        <w:t>Какой климатический пояс самый влажный?</w:t>
      </w:r>
    </w:p>
    <w:p w14:paraId="788A0CF4" w14:textId="77777777" w:rsidR="006E5B79" w:rsidRPr="003954F4" w:rsidRDefault="00454EB4">
      <w:pPr>
        <w:pStyle w:val="21"/>
        <w:rPr>
          <w:lang w:val="ru-RU"/>
        </w:rPr>
      </w:pPr>
      <w:r>
        <w:t>🗺️</w:t>
      </w:r>
      <w:r w:rsidRPr="003954F4">
        <w:rPr>
          <w:lang w:val="ru-RU"/>
        </w:rPr>
        <w:t xml:space="preserve"> Задание для карты</w:t>
      </w:r>
    </w:p>
    <w:p w14:paraId="631FD8AF" w14:textId="77777777" w:rsidR="006E5B79" w:rsidRPr="003954F4" w:rsidRDefault="00454EB4">
      <w:pPr>
        <w:rPr>
          <w:lang w:val="ru-RU"/>
        </w:rPr>
      </w:pPr>
      <w:r w:rsidRPr="003954F4">
        <w:rPr>
          <w:lang w:val="ru-RU"/>
        </w:rPr>
        <w:t>Открой атлас и найди: 1. Самую большую пустыню мира (Сахара). В каком поясе она находится? 2. Реку Амазонку. Какой там климат? 3. Страну, где живут пингвины. Какой там пояс?</w:t>
      </w:r>
    </w:p>
    <w:p w14:paraId="57C8AF14" w14:textId="77777777" w:rsidR="006E5B79" w:rsidRPr="003954F4" w:rsidRDefault="006E5B79">
      <w:pPr>
        <w:pBdr>
          <w:bottom w:val="single" w:sz="6" w:space="1" w:color="auto"/>
        </w:pBdr>
        <w:rPr>
          <w:lang w:val="ru-RU"/>
        </w:rPr>
      </w:pPr>
    </w:p>
    <w:p w14:paraId="48F1759F" w14:textId="77777777" w:rsidR="006E5B79" w:rsidRDefault="00454EB4">
      <w:r>
        <w:rPr>
          <w:i/>
        </w:rPr>
        <w:t>Удачи в изучении географии! 🌍</w:t>
      </w:r>
    </w:p>
    <w:sectPr w:rsidR="006E5B79" w:rsidSect="007A1B91">
      <w:footerReference w:type="default" r:id="rId8"/>
      <w:pgSz w:w="12240" w:h="15840"/>
      <w:pgMar w:top="284" w:right="1041" w:bottom="426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8E511F" w14:textId="77777777" w:rsidR="006C4844" w:rsidRDefault="006C4844">
      <w:pPr>
        <w:spacing w:after="0" w:line="240" w:lineRule="auto"/>
      </w:pPr>
      <w:r>
        <w:separator/>
      </w:r>
    </w:p>
  </w:endnote>
  <w:endnote w:type="continuationSeparator" w:id="0">
    <w:p w14:paraId="71E26061" w14:textId="77777777" w:rsidR="006C4844" w:rsidRDefault="006C48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Inter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39663" w14:textId="77777777" w:rsidR="006E5B79" w:rsidRDefault="00454EB4">
    <w:pPr>
      <w:pStyle w:val="a7"/>
      <w:jc w:val="right"/>
    </w:pPr>
    <w:r>
      <w:rPr>
        <w:rFonts w:ascii="Inter" w:hAnsi="Inter"/>
        <w:color w:val="888888"/>
        <w:sz w:val="23"/>
      </w:rPr>
      <w:t xml:space="preserve">made with </w:t>
    </w:r>
    <w:r>
      <w:rPr>
        <w:noProof/>
      </w:rPr>
      <w:drawing>
        <wp:inline distT="0" distB="0" distL="0" distR="0" wp14:anchorId="1056666E" wp14:editId="5DA447B3">
          <wp:extent cx="228600" cy="228600"/>
          <wp:effectExtent l="0" t="0" r="0" b="0"/>
          <wp:docPr id="3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8600" cy="228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hyperlink>
      <w:r>
        <w:rPr>
          <w:color w:val="888888"/>
        </w:rPr>
        <w:t>gptdaisy.com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BDA181" w14:textId="77777777" w:rsidR="006C4844" w:rsidRDefault="006C4844">
      <w:pPr>
        <w:spacing w:after="0" w:line="240" w:lineRule="auto"/>
      </w:pPr>
      <w:r>
        <w:separator/>
      </w:r>
    </w:p>
  </w:footnote>
  <w:footnote w:type="continuationSeparator" w:id="0">
    <w:p w14:paraId="56FD2620" w14:textId="77777777" w:rsidR="006C4844" w:rsidRDefault="006C48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954F4"/>
    <w:rsid w:val="00454EB4"/>
    <w:rsid w:val="006C4844"/>
    <w:rsid w:val="006E5B79"/>
    <w:rsid w:val="007A1B9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6324D6"/>
  <w14:defaultImageDpi w14:val="300"/>
  <w15:docId w15:val="{0A8BC0A8-723E-4332-82E4-2DA73486B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607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КРИППО-14Н</cp:lastModifiedBy>
  <cp:revision>2</cp:revision>
  <dcterms:created xsi:type="dcterms:W3CDTF">2013-12-23T23:15:00Z</dcterms:created>
  <dcterms:modified xsi:type="dcterms:W3CDTF">2026-10-01T06:49:00Z</dcterms:modified>
  <cp:category/>
</cp:coreProperties>
</file>