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A5729" w14:textId="77777777" w:rsidR="007E7953" w:rsidRPr="00443FD9" w:rsidRDefault="00293BA9">
      <w:pPr>
        <w:pStyle w:val="1"/>
        <w:rPr>
          <w:lang w:val="ru-RU"/>
        </w:rPr>
      </w:pPr>
      <w:r w:rsidRPr="00443FD9">
        <w:rPr>
          <w:lang w:val="ru-RU"/>
        </w:rPr>
        <w:t>Закономерности распределения атмосферных осадков. Пояса атмосферного давления на Земле</w:t>
      </w:r>
    </w:p>
    <w:p w14:paraId="786E95FC" w14:textId="77777777" w:rsidR="007E7953" w:rsidRPr="00443FD9" w:rsidRDefault="00293BA9">
      <w:pPr>
        <w:pStyle w:val="21"/>
        <w:rPr>
          <w:lang w:val="ru-RU"/>
        </w:rPr>
      </w:pPr>
      <w:r>
        <w:t>📖</w:t>
      </w:r>
      <w:r w:rsidRPr="00443FD9">
        <w:rPr>
          <w:lang w:val="ru-RU"/>
        </w:rPr>
        <w:t xml:space="preserve"> Конспект для 7 класса</w:t>
      </w:r>
    </w:p>
    <w:p w14:paraId="457CD96F" w14:textId="77777777" w:rsidR="007E7953" w:rsidRPr="00443FD9" w:rsidRDefault="007E7953">
      <w:pPr>
        <w:pBdr>
          <w:bottom w:val="single" w:sz="6" w:space="1" w:color="auto"/>
        </w:pBdr>
        <w:rPr>
          <w:lang w:val="ru-RU"/>
        </w:rPr>
      </w:pPr>
    </w:p>
    <w:p w14:paraId="61AE5EF3" w14:textId="77777777" w:rsidR="007E7953" w:rsidRPr="00443FD9" w:rsidRDefault="00293BA9">
      <w:pPr>
        <w:pStyle w:val="21"/>
        <w:rPr>
          <w:lang w:val="ru-RU"/>
        </w:rPr>
      </w:pPr>
      <w:r w:rsidRPr="00443FD9">
        <w:rPr>
          <w:lang w:val="ru-RU"/>
        </w:rPr>
        <w:t>1. Почему вообще идут дожди?</w:t>
      </w:r>
    </w:p>
    <w:p w14:paraId="797D7221" w14:textId="77777777" w:rsidR="007E7953" w:rsidRPr="00443FD9" w:rsidRDefault="00293BA9">
      <w:pPr>
        <w:rPr>
          <w:lang w:val="ru-RU"/>
        </w:rPr>
      </w:pPr>
      <w:r w:rsidRPr="00443FD9">
        <w:rPr>
          <w:lang w:val="ru-RU"/>
        </w:rPr>
        <w:t>Представь: солнце нагревает Землю неравномерно. На экваторе оно светит прямо — там жарко. А у полюсов — под углом — там холодно.</w:t>
      </w:r>
    </w:p>
    <w:p w14:paraId="5C9064BB" w14:textId="77777777" w:rsidR="007E7953" w:rsidRPr="00443FD9" w:rsidRDefault="00293BA9">
      <w:pPr>
        <w:rPr>
          <w:lang w:val="ru-RU"/>
        </w:rPr>
      </w:pPr>
      <w:r w:rsidRPr="00443FD9">
        <w:rPr>
          <w:lang w:val="ru-RU"/>
        </w:rPr>
        <w:t xml:space="preserve">Эта разница в нагреве заставляет воздух двигаться: тёплый — к полюсам, холодный — к экватору. А вместе с воздухом перемещается и влага. Именно так формируются </w:t>
      </w:r>
      <w:r w:rsidRPr="00443FD9">
        <w:rPr>
          <w:b/>
          <w:lang w:val="ru-RU"/>
        </w:rPr>
        <w:t>пояса атмосферного давления</w:t>
      </w:r>
      <w:r w:rsidRPr="00443FD9">
        <w:rPr>
          <w:lang w:val="ru-RU"/>
        </w:rPr>
        <w:t xml:space="preserve"> и </w:t>
      </w:r>
      <w:r w:rsidRPr="00443FD9">
        <w:rPr>
          <w:b/>
          <w:lang w:val="ru-RU"/>
        </w:rPr>
        <w:t>пояса осадков</w:t>
      </w:r>
      <w:r w:rsidRPr="00443FD9">
        <w:rPr>
          <w:lang w:val="ru-RU"/>
        </w:rPr>
        <w:t>.</w:t>
      </w:r>
    </w:p>
    <w:p w14:paraId="2A7546CE" w14:textId="77777777" w:rsidR="007E7953" w:rsidRPr="00443FD9" w:rsidRDefault="00293BA9">
      <w:pPr>
        <w:rPr>
          <w:lang w:val="ru-RU"/>
        </w:rPr>
      </w:pPr>
      <w:r w:rsidRPr="00443FD9">
        <w:rPr>
          <w:b/>
          <w:lang w:val="ru-RU"/>
        </w:rPr>
        <w:t>Запомни:</w:t>
      </w:r>
      <w:r w:rsidRPr="00443FD9">
        <w:rPr>
          <w:lang w:val="ru-RU"/>
        </w:rPr>
        <w:t xml:space="preserve"> воздух, поднимаясь вверх → охлаждается → образует облака → идут дожди. Воздух, опускаясь вниз → нагревается → облака испаряются → сухо.</w:t>
      </w:r>
    </w:p>
    <w:p w14:paraId="702A23C0" w14:textId="77777777" w:rsidR="007E7953" w:rsidRPr="00443FD9" w:rsidRDefault="007E7953">
      <w:pPr>
        <w:pBdr>
          <w:bottom w:val="single" w:sz="6" w:space="1" w:color="auto"/>
        </w:pBdr>
        <w:rPr>
          <w:lang w:val="ru-RU"/>
        </w:rPr>
      </w:pPr>
    </w:p>
    <w:p w14:paraId="1BAA7191" w14:textId="77777777" w:rsidR="007E7953" w:rsidRPr="00443FD9" w:rsidRDefault="00293BA9">
      <w:pPr>
        <w:pStyle w:val="21"/>
        <w:rPr>
          <w:lang w:val="ru-RU"/>
        </w:rPr>
      </w:pPr>
      <w:r w:rsidRPr="00443FD9">
        <w:rPr>
          <w:lang w:val="ru-RU"/>
        </w:rPr>
        <w:t>2. Что такое атмосферное давление?</w:t>
      </w:r>
    </w:p>
    <w:p w14:paraId="74D3820B" w14:textId="77777777" w:rsidR="007E7953" w:rsidRPr="00443FD9" w:rsidRDefault="00293BA9">
      <w:pPr>
        <w:rPr>
          <w:lang w:val="ru-RU"/>
        </w:rPr>
      </w:pPr>
      <w:r w:rsidRPr="00443FD9">
        <w:rPr>
          <w:b/>
          <w:lang w:val="ru-RU"/>
        </w:rPr>
        <w:t>Атмосферное давление</w:t>
      </w:r>
      <w:r w:rsidRPr="00443FD9">
        <w:rPr>
          <w:lang w:val="ru-RU"/>
        </w:rPr>
        <w:t xml:space="preserve"> — это вес воздушного столба, давящего на поверхность Земли.</w:t>
      </w:r>
    </w:p>
    <w:p w14:paraId="7130CCF0" w14:textId="77777777" w:rsidR="007E7953" w:rsidRPr="00443FD9" w:rsidRDefault="00293BA9">
      <w:pPr>
        <w:pStyle w:val="a0"/>
        <w:spacing w:line="240" w:lineRule="auto"/>
        <w:ind w:left="720"/>
        <w:rPr>
          <w:lang w:val="ru-RU"/>
        </w:rPr>
      </w:pPr>
      <w:r w:rsidRPr="00443FD9">
        <w:rPr>
          <w:b/>
          <w:lang w:val="ru-RU"/>
        </w:rPr>
        <w:t>Высокое давление (Н)</w:t>
      </w:r>
      <w:r w:rsidRPr="00443FD9">
        <w:rPr>
          <w:lang w:val="ru-RU"/>
        </w:rPr>
        <w:t xml:space="preserve"> — воздух опускается вниз → сухо, ясно, мало осадков.</w:t>
      </w:r>
    </w:p>
    <w:p w14:paraId="78331795" w14:textId="77777777" w:rsidR="007E7953" w:rsidRPr="00443FD9" w:rsidRDefault="00293BA9">
      <w:pPr>
        <w:pStyle w:val="a0"/>
        <w:spacing w:line="240" w:lineRule="auto"/>
        <w:ind w:left="720"/>
        <w:rPr>
          <w:lang w:val="ru-RU"/>
        </w:rPr>
      </w:pPr>
      <w:r w:rsidRPr="00443FD9">
        <w:rPr>
          <w:b/>
          <w:lang w:val="ru-RU"/>
        </w:rPr>
        <w:t>Низкое давление (Нм)</w:t>
      </w:r>
      <w:r w:rsidRPr="00443FD9">
        <w:rPr>
          <w:lang w:val="ru-RU"/>
        </w:rPr>
        <w:t xml:space="preserve"> — воздух поднимается вверх → облака → дожди, снегопады.</w:t>
      </w:r>
    </w:p>
    <w:p w14:paraId="5B1CADD5" w14:textId="68362C96" w:rsidR="007E7953" w:rsidRPr="00443FD9" w:rsidRDefault="00C37759">
      <w:pPr>
        <w:rPr>
          <w:lang w:val="ru-RU"/>
        </w:rPr>
      </w:pPr>
      <w:r>
        <w:rPr>
          <w:b/>
          <w:lang w:val="ru-RU"/>
        </w:rPr>
        <w:t>Д</w:t>
      </w:r>
      <w:r w:rsidR="00293BA9" w:rsidRPr="00443FD9">
        <w:rPr>
          <w:b/>
          <w:lang w:val="ru-RU"/>
        </w:rPr>
        <w:t>ля запоминания:</w:t>
      </w:r>
      <w:r w:rsidR="00293BA9" w:rsidRPr="00443FD9">
        <w:rPr>
          <w:lang w:val="ru-RU"/>
        </w:rPr>
        <w:t xml:space="preserve">- </w:t>
      </w:r>
      <w:r w:rsidR="00293BA9" w:rsidRPr="00443FD9">
        <w:rPr>
          <w:b/>
          <w:lang w:val="ru-RU"/>
        </w:rPr>
        <w:t>Н</w:t>
      </w:r>
      <w:r w:rsidR="00293BA9" w:rsidRPr="00443FD9">
        <w:rPr>
          <w:lang w:val="ru-RU"/>
        </w:rPr>
        <w:t xml:space="preserve"> — </w:t>
      </w:r>
      <w:r w:rsidR="00293BA9" w:rsidRPr="00443FD9">
        <w:rPr>
          <w:b/>
          <w:lang w:val="ru-RU"/>
        </w:rPr>
        <w:t>Н</w:t>
      </w:r>
      <w:r w:rsidR="00293BA9" w:rsidRPr="00443FD9">
        <w:rPr>
          <w:lang w:val="ru-RU"/>
        </w:rPr>
        <w:t xml:space="preserve">ебо </w:t>
      </w:r>
      <w:r w:rsidR="00293BA9" w:rsidRPr="00443FD9">
        <w:rPr>
          <w:b/>
          <w:lang w:val="ru-RU"/>
        </w:rPr>
        <w:t>Н</w:t>
      </w:r>
      <w:r w:rsidR="00293BA9" w:rsidRPr="00443FD9">
        <w:rPr>
          <w:lang w:val="ru-RU"/>
        </w:rPr>
        <w:t xml:space="preserve">аливается (дождь) - </w:t>
      </w:r>
      <w:r w:rsidR="00293BA9" w:rsidRPr="00443FD9">
        <w:rPr>
          <w:b/>
          <w:lang w:val="ru-RU"/>
        </w:rPr>
        <w:t>А</w:t>
      </w:r>
      <w:r w:rsidR="00293BA9" w:rsidRPr="00443FD9">
        <w:rPr>
          <w:lang w:val="ru-RU"/>
        </w:rPr>
        <w:t xml:space="preserve"> — </w:t>
      </w:r>
      <w:r w:rsidR="00293BA9" w:rsidRPr="00443FD9">
        <w:rPr>
          <w:b/>
          <w:lang w:val="ru-RU"/>
        </w:rPr>
        <w:t>А</w:t>
      </w:r>
      <w:r w:rsidR="00293BA9" w:rsidRPr="00443FD9">
        <w:rPr>
          <w:lang w:val="ru-RU"/>
        </w:rPr>
        <w:t xml:space="preserve">тмосфера </w:t>
      </w:r>
      <w:r w:rsidR="00293BA9" w:rsidRPr="00443FD9">
        <w:rPr>
          <w:b/>
          <w:lang w:val="ru-RU"/>
        </w:rPr>
        <w:t>А</w:t>
      </w:r>
      <w:r w:rsidR="00293BA9" w:rsidRPr="00443FD9">
        <w:rPr>
          <w:lang w:val="ru-RU"/>
        </w:rPr>
        <w:t>ктивно давит (сухо)</w:t>
      </w:r>
    </w:p>
    <w:p w14:paraId="7645A436" w14:textId="77777777" w:rsidR="007E7953" w:rsidRPr="00443FD9" w:rsidRDefault="007E7953">
      <w:pPr>
        <w:pBdr>
          <w:bottom w:val="single" w:sz="6" w:space="1" w:color="auto"/>
        </w:pBdr>
        <w:rPr>
          <w:lang w:val="ru-RU"/>
        </w:rPr>
      </w:pPr>
    </w:p>
    <w:p w14:paraId="68B991AB" w14:textId="77777777" w:rsidR="007E7953" w:rsidRPr="00443FD9" w:rsidRDefault="00293BA9">
      <w:pPr>
        <w:pStyle w:val="21"/>
        <w:rPr>
          <w:lang w:val="ru-RU"/>
        </w:rPr>
      </w:pPr>
      <w:r w:rsidRPr="00443FD9">
        <w:rPr>
          <w:lang w:val="ru-RU"/>
        </w:rPr>
        <w:t>3. Пояса атмосферного давления на Земле</w:t>
      </w:r>
    </w:p>
    <w:p w14:paraId="3216363F" w14:textId="77777777" w:rsidR="007E7953" w:rsidRPr="00443FD9" w:rsidRDefault="00293BA9">
      <w:pPr>
        <w:rPr>
          <w:lang w:val="ru-RU"/>
        </w:rPr>
      </w:pPr>
      <w:r w:rsidRPr="00443FD9">
        <w:rPr>
          <w:lang w:val="ru-RU"/>
        </w:rPr>
        <w:t>Земля — шар, и солнце нагревает её по-разному. Поэтому на ней чередуются пояса высокого и низкого давления.</w:t>
      </w:r>
    </w:p>
    <w:p w14:paraId="192BE2A9" w14:textId="77777777" w:rsidR="007E7953" w:rsidRPr="00443FD9" w:rsidRDefault="00293BA9">
      <w:pPr>
        <w:pStyle w:val="31"/>
        <w:rPr>
          <w:lang w:val="ru-RU"/>
        </w:rPr>
      </w:pPr>
      <w:r>
        <w:t>🌡️</w:t>
      </w:r>
      <w:r w:rsidRPr="00443FD9">
        <w:rPr>
          <w:lang w:val="ru-RU"/>
        </w:rPr>
        <w:t xml:space="preserve"> Экваториальный пояс низкого давления (0°)</w:t>
      </w:r>
    </w:p>
    <w:p w14:paraId="43A323B8" w14:textId="77777777" w:rsidR="007E7953" w:rsidRPr="00443FD9" w:rsidRDefault="00293BA9">
      <w:pPr>
        <w:rPr>
          <w:lang w:val="ru-RU"/>
        </w:rPr>
      </w:pPr>
      <w:r w:rsidRPr="00443FD9">
        <w:rPr>
          <w:lang w:val="ru-RU"/>
        </w:rPr>
        <w:t>Воздух здесь сильно нагревается, поднимается вверх, охлаждается и отдаёт влагу.</w:t>
      </w:r>
    </w:p>
    <w:p w14:paraId="649E17C4" w14:textId="77777777" w:rsidR="007E7953" w:rsidRDefault="00293BA9">
      <w:pPr>
        <w:pStyle w:val="a0"/>
        <w:spacing w:line="240" w:lineRule="auto"/>
        <w:ind w:left="720"/>
      </w:pPr>
      <w:r>
        <w:rPr>
          <w:b/>
        </w:rPr>
        <w:t>Осадков:</w:t>
      </w:r>
      <w:r>
        <w:t xml:space="preserve"> 1500–3000 мм в год</w:t>
      </w:r>
    </w:p>
    <w:p w14:paraId="2002B6D0" w14:textId="77777777" w:rsidR="007E7953" w:rsidRPr="00443FD9" w:rsidRDefault="00293BA9">
      <w:pPr>
        <w:pStyle w:val="a0"/>
        <w:spacing w:line="240" w:lineRule="auto"/>
        <w:ind w:left="720"/>
        <w:rPr>
          <w:lang w:val="ru-RU"/>
        </w:rPr>
      </w:pPr>
      <w:r w:rsidRPr="00443FD9">
        <w:rPr>
          <w:b/>
          <w:lang w:val="ru-RU"/>
        </w:rPr>
        <w:t>Погода:</w:t>
      </w:r>
      <w:r w:rsidRPr="00443FD9">
        <w:rPr>
          <w:lang w:val="ru-RU"/>
        </w:rPr>
        <w:t xml:space="preserve"> жарко и влажно круглый год</w:t>
      </w:r>
    </w:p>
    <w:p w14:paraId="232BFFAA" w14:textId="77777777" w:rsidR="007E7953" w:rsidRPr="00443FD9" w:rsidRDefault="00293BA9">
      <w:pPr>
        <w:pStyle w:val="a0"/>
        <w:spacing w:line="240" w:lineRule="auto"/>
        <w:ind w:left="720"/>
        <w:rPr>
          <w:lang w:val="ru-RU"/>
        </w:rPr>
      </w:pPr>
      <w:r w:rsidRPr="00443FD9">
        <w:rPr>
          <w:b/>
          <w:lang w:val="ru-RU"/>
        </w:rPr>
        <w:t>Природа:</w:t>
      </w:r>
      <w:r w:rsidRPr="00443FD9">
        <w:rPr>
          <w:lang w:val="ru-RU"/>
        </w:rPr>
        <w:t xml:space="preserve"> влажные экваториальные леса (Амазония, Конго)</w:t>
      </w:r>
    </w:p>
    <w:p w14:paraId="69FBD5C7" w14:textId="77777777" w:rsidR="007E7953" w:rsidRPr="00443FD9" w:rsidRDefault="00293BA9">
      <w:pPr>
        <w:pStyle w:val="31"/>
        <w:rPr>
          <w:lang w:val="ru-RU"/>
        </w:rPr>
      </w:pPr>
      <w:r>
        <w:t>🏜️</w:t>
      </w:r>
      <w:r w:rsidRPr="00443FD9">
        <w:rPr>
          <w:lang w:val="ru-RU"/>
        </w:rPr>
        <w:t xml:space="preserve"> Субтропические пояса высокого давления (20–30° с.ш. и ю.ш.)</w:t>
      </w:r>
    </w:p>
    <w:p w14:paraId="7D4515E5" w14:textId="77777777" w:rsidR="007E7953" w:rsidRPr="00443FD9" w:rsidRDefault="00293BA9">
      <w:pPr>
        <w:rPr>
          <w:lang w:val="ru-RU"/>
        </w:rPr>
      </w:pPr>
      <w:r w:rsidRPr="00443FD9">
        <w:rPr>
          <w:lang w:val="ru-RU"/>
        </w:rPr>
        <w:t>Воздух, дойдя до этих широт, опускается вниз, нагревается и «выжимает» всю влагу.</w:t>
      </w:r>
    </w:p>
    <w:p w14:paraId="5E65F3E4" w14:textId="77777777" w:rsidR="007E7953" w:rsidRDefault="00293BA9">
      <w:pPr>
        <w:pStyle w:val="a0"/>
        <w:spacing w:line="240" w:lineRule="auto"/>
        <w:ind w:left="720"/>
      </w:pPr>
      <w:r>
        <w:rPr>
          <w:b/>
        </w:rPr>
        <w:t>Осадков:</w:t>
      </w:r>
      <w:r>
        <w:t xml:space="preserve"> 200–250 мм в год</w:t>
      </w:r>
    </w:p>
    <w:p w14:paraId="084A5BDB" w14:textId="77777777" w:rsidR="007E7953" w:rsidRDefault="00293BA9">
      <w:pPr>
        <w:pStyle w:val="a0"/>
        <w:spacing w:line="240" w:lineRule="auto"/>
        <w:ind w:left="720"/>
      </w:pPr>
      <w:r>
        <w:rPr>
          <w:b/>
        </w:rPr>
        <w:t>Погода:</w:t>
      </w:r>
      <w:r>
        <w:t xml:space="preserve"> жарко и сухо</w:t>
      </w:r>
    </w:p>
    <w:p w14:paraId="27B294DC" w14:textId="77777777" w:rsidR="007E7953" w:rsidRPr="00443FD9" w:rsidRDefault="00293BA9">
      <w:pPr>
        <w:pStyle w:val="a0"/>
        <w:spacing w:line="240" w:lineRule="auto"/>
        <w:ind w:left="720"/>
        <w:rPr>
          <w:lang w:val="ru-RU"/>
        </w:rPr>
      </w:pPr>
      <w:r w:rsidRPr="00443FD9">
        <w:rPr>
          <w:b/>
          <w:lang w:val="ru-RU"/>
        </w:rPr>
        <w:t>Природа:</w:t>
      </w:r>
      <w:r w:rsidRPr="00443FD9">
        <w:rPr>
          <w:lang w:val="ru-RU"/>
        </w:rPr>
        <w:t xml:space="preserve"> пустыни (Сахара, Аравийская, Гоби)</w:t>
      </w:r>
    </w:p>
    <w:p w14:paraId="09058D86" w14:textId="77777777" w:rsidR="007E7953" w:rsidRPr="00443FD9" w:rsidRDefault="00293BA9">
      <w:pPr>
        <w:pStyle w:val="31"/>
        <w:rPr>
          <w:lang w:val="ru-RU"/>
        </w:rPr>
      </w:pPr>
      <w:r>
        <w:lastRenderedPageBreak/>
        <w:t>🌬️</w:t>
      </w:r>
      <w:r w:rsidRPr="00443FD9">
        <w:rPr>
          <w:lang w:val="ru-RU"/>
        </w:rPr>
        <w:t xml:space="preserve"> Субэкваториальные пояса (10–20°)</w:t>
      </w:r>
    </w:p>
    <w:p w14:paraId="3512F9BD" w14:textId="77777777" w:rsidR="007E7953" w:rsidRPr="00443FD9" w:rsidRDefault="00293BA9">
      <w:pPr>
        <w:rPr>
          <w:lang w:val="ru-RU"/>
        </w:rPr>
      </w:pPr>
      <w:r w:rsidRPr="00443FD9">
        <w:rPr>
          <w:lang w:val="ru-RU"/>
        </w:rPr>
        <w:t>Здесь давление меняется по сезонам: летом — низкое (влажный сезон), зимой — высокое (сухой сезон).</w:t>
      </w:r>
    </w:p>
    <w:p w14:paraId="34039A02" w14:textId="77777777" w:rsidR="007E7953" w:rsidRDefault="00293BA9">
      <w:pPr>
        <w:pStyle w:val="a0"/>
        <w:spacing w:line="240" w:lineRule="auto"/>
        <w:ind w:left="720"/>
      </w:pPr>
      <w:r>
        <w:rPr>
          <w:b/>
        </w:rPr>
        <w:t>Осадков:</w:t>
      </w:r>
      <w:r>
        <w:t xml:space="preserve"> 500–1500 мм</w:t>
      </w:r>
    </w:p>
    <w:p w14:paraId="09380A1C" w14:textId="77777777" w:rsidR="007E7953" w:rsidRPr="00443FD9" w:rsidRDefault="00293BA9">
      <w:pPr>
        <w:pStyle w:val="a0"/>
        <w:spacing w:line="240" w:lineRule="auto"/>
        <w:ind w:left="720"/>
        <w:rPr>
          <w:lang w:val="ru-RU"/>
        </w:rPr>
      </w:pPr>
      <w:r w:rsidRPr="00443FD9">
        <w:rPr>
          <w:b/>
          <w:lang w:val="ru-RU"/>
        </w:rPr>
        <w:t>Погода:</w:t>
      </w:r>
      <w:r w:rsidRPr="00443FD9">
        <w:rPr>
          <w:lang w:val="ru-RU"/>
        </w:rPr>
        <w:t xml:space="preserve"> чётко выражены влажное и сухое время года</w:t>
      </w:r>
    </w:p>
    <w:p w14:paraId="45E87D4F" w14:textId="77777777" w:rsidR="007E7953" w:rsidRDefault="00293BA9">
      <w:pPr>
        <w:pStyle w:val="a0"/>
        <w:spacing w:line="240" w:lineRule="auto"/>
        <w:ind w:left="720"/>
      </w:pPr>
      <w:r>
        <w:rPr>
          <w:b/>
        </w:rPr>
        <w:t>Природа:</w:t>
      </w:r>
      <w:r>
        <w:t xml:space="preserve"> саванны, редкостойные леса</w:t>
      </w:r>
    </w:p>
    <w:p w14:paraId="031C0ED4" w14:textId="77777777" w:rsidR="007E7953" w:rsidRDefault="00293BA9">
      <w:pPr>
        <w:pStyle w:val="31"/>
      </w:pPr>
      <w:r>
        <w:t>🌧️ Умеренные пояса (40–60°)</w:t>
      </w:r>
    </w:p>
    <w:p w14:paraId="6671874C" w14:textId="77777777" w:rsidR="007E7953" w:rsidRDefault="00293BA9">
      <w:r w:rsidRPr="00443FD9">
        <w:rPr>
          <w:lang w:val="ru-RU"/>
        </w:rPr>
        <w:t xml:space="preserve">Воздух поднимается из-за столкновения тёплых и холодных масс. </w:t>
      </w:r>
      <w:r>
        <w:t>Осадков выпадает много.</w:t>
      </w:r>
    </w:p>
    <w:p w14:paraId="2C6055DD" w14:textId="77777777" w:rsidR="007E7953" w:rsidRDefault="00293BA9">
      <w:pPr>
        <w:pStyle w:val="a0"/>
        <w:spacing w:line="240" w:lineRule="auto"/>
        <w:ind w:left="720"/>
      </w:pPr>
      <w:r>
        <w:rPr>
          <w:b/>
        </w:rPr>
        <w:t>Осадков:</w:t>
      </w:r>
      <w:r>
        <w:t xml:space="preserve"> 500–1000 мм</w:t>
      </w:r>
    </w:p>
    <w:p w14:paraId="06CAD54F" w14:textId="77777777" w:rsidR="007E7953" w:rsidRDefault="00293BA9">
      <w:pPr>
        <w:pStyle w:val="a0"/>
        <w:spacing w:line="240" w:lineRule="auto"/>
        <w:ind w:left="720"/>
      </w:pPr>
      <w:r>
        <w:rPr>
          <w:b/>
        </w:rPr>
        <w:t>Погода:</w:t>
      </w:r>
      <w:r>
        <w:t xml:space="preserve"> прохладно, часто облачно</w:t>
      </w:r>
    </w:p>
    <w:p w14:paraId="2E65D8E5" w14:textId="77777777" w:rsidR="007E7953" w:rsidRPr="00443FD9" w:rsidRDefault="00293BA9">
      <w:pPr>
        <w:pStyle w:val="a0"/>
        <w:spacing w:line="240" w:lineRule="auto"/>
        <w:ind w:left="720"/>
        <w:rPr>
          <w:lang w:val="ru-RU"/>
        </w:rPr>
      </w:pPr>
      <w:r w:rsidRPr="00443FD9">
        <w:rPr>
          <w:b/>
          <w:lang w:val="ru-RU"/>
        </w:rPr>
        <w:t>Природа:</w:t>
      </w:r>
      <w:r w:rsidRPr="00443FD9">
        <w:rPr>
          <w:lang w:val="ru-RU"/>
        </w:rPr>
        <w:t xml:space="preserve"> смешанные и хвойные леса, луга (Европа, Канада)</w:t>
      </w:r>
    </w:p>
    <w:p w14:paraId="143E8E94" w14:textId="77777777" w:rsidR="007E7953" w:rsidRPr="00443FD9" w:rsidRDefault="00293BA9">
      <w:pPr>
        <w:pStyle w:val="31"/>
        <w:rPr>
          <w:lang w:val="ru-RU"/>
        </w:rPr>
      </w:pPr>
      <w:r w:rsidRPr="00443FD9">
        <w:rPr>
          <w:lang w:val="ru-RU"/>
        </w:rPr>
        <w:t>❄</w:t>
      </w:r>
      <w:r>
        <w:t>️</w:t>
      </w:r>
      <w:r w:rsidRPr="00443FD9">
        <w:rPr>
          <w:lang w:val="ru-RU"/>
        </w:rPr>
        <w:t xml:space="preserve"> Полярные пояса высокого давления (75–90°)</w:t>
      </w:r>
    </w:p>
    <w:p w14:paraId="3EF07EE2" w14:textId="77777777" w:rsidR="007E7953" w:rsidRPr="00443FD9" w:rsidRDefault="00293BA9">
      <w:pPr>
        <w:rPr>
          <w:lang w:val="ru-RU"/>
        </w:rPr>
      </w:pPr>
      <w:r w:rsidRPr="00443FD9">
        <w:rPr>
          <w:lang w:val="ru-RU"/>
        </w:rPr>
        <w:t>Воздух очень холодный и тяжёлый, давит на поверхность. Осадков мало — в основном снег.</w:t>
      </w:r>
    </w:p>
    <w:p w14:paraId="2B408A01" w14:textId="77777777" w:rsidR="007E7953" w:rsidRDefault="00293BA9">
      <w:pPr>
        <w:pStyle w:val="a0"/>
        <w:spacing w:line="240" w:lineRule="auto"/>
        <w:ind w:left="720"/>
      </w:pPr>
      <w:r>
        <w:rPr>
          <w:b/>
        </w:rPr>
        <w:t>Осадков:</w:t>
      </w:r>
      <w:r>
        <w:t xml:space="preserve"> 150–200 мм</w:t>
      </w:r>
    </w:p>
    <w:p w14:paraId="65FB2366" w14:textId="77777777" w:rsidR="007E7953" w:rsidRDefault="00293BA9">
      <w:pPr>
        <w:pStyle w:val="a0"/>
        <w:spacing w:line="240" w:lineRule="auto"/>
        <w:ind w:left="720"/>
      </w:pPr>
      <w:r>
        <w:rPr>
          <w:b/>
        </w:rPr>
        <w:t>Погода:</w:t>
      </w:r>
      <w:r>
        <w:t xml:space="preserve"> сурово, холодно</w:t>
      </w:r>
    </w:p>
    <w:p w14:paraId="6E89F47E" w14:textId="77777777" w:rsidR="007E7953" w:rsidRDefault="00293BA9">
      <w:pPr>
        <w:pStyle w:val="a0"/>
        <w:spacing w:line="240" w:lineRule="auto"/>
        <w:ind w:left="720"/>
      </w:pPr>
      <w:r>
        <w:rPr>
          <w:b/>
        </w:rPr>
        <w:t>Природа:</w:t>
      </w:r>
      <w:r>
        <w:t xml:space="preserve"> тундра, ледяные пустыни</w:t>
      </w:r>
    </w:p>
    <w:p w14:paraId="3D7569F4" w14:textId="77777777" w:rsidR="007E7953" w:rsidRDefault="007E7953">
      <w:pPr>
        <w:pBdr>
          <w:bottom w:val="single" w:sz="6" w:space="1" w:color="auto"/>
        </w:pBdr>
      </w:pPr>
    </w:p>
    <w:p w14:paraId="5C6E89EF" w14:textId="77777777" w:rsidR="007E7953" w:rsidRDefault="00293BA9">
      <w:pPr>
        <w:pStyle w:val="21"/>
      </w:pPr>
      <w:r>
        <w:t>4. Таблица-шпаргалка</w:t>
      </w:r>
    </w:p>
    <w:tbl>
      <w:tblPr>
        <w:tblW w:w="1077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276"/>
        <w:gridCol w:w="1275"/>
        <w:gridCol w:w="1466"/>
        <w:gridCol w:w="1936"/>
        <w:gridCol w:w="2268"/>
      </w:tblGrid>
      <w:tr w:rsidR="007E7953" w14:paraId="4B40EB43" w14:textId="77777777" w:rsidTr="00C37759">
        <w:tc>
          <w:tcPr>
            <w:tcW w:w="2552" w:type="dxa"/>
          </w:tcPr>
          <w:p w14:paraId="17AE7CEE" w14:textId="77777777" w:rsidR="007E7953" w:rsidRDefault="00293BA9">
            <w:proofErr w:type="spellStart"/>
            <w:r>
              <w:rPr>
                <w:b/>
              </w:rPr>
              <w:t>Пояс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давления</w:t>
            </w:r>
            <w:proofErr w:type="spellEnd"/>
          </w:p>
        </w:tc>
        <w:tc>
          <w:tcPr>
            <w:tcW w:w="1276" w:type="dxa"/>
          </w:tcPr>
          <w:p w14:paraId="1BFB678B" w14:textId="77777777" w:rsidR="007E7953" w:rsidRDefault="00293BA9">
            <w:r>
              <w:rPr>
                <w:b/>
              </w:rPr>
              <w:t>Широта</w:t>
            </w:r>
          </w:p>
        </w:tc>
        <w:tc>
          <w:tcPr>
            <w:tcW w:w="1275" w:type="dxa"/>
          </w:tcPr>
          <w:p w14:paraId="16BFF200" w14:textId="77777777" w:rsidR="007E7953" w:rsidRDefault="00293BA9">
            <w:r>
              <w:rPr>
                <w:b/>
              </w:rPr>
              <w:t>Давление</w:t>
            </w:r>
          </w:p>
        </w:tc>
        <w:tc>
          <w:tcPr>
            <w:tcW w:w="1466" w:type="dxa"/>
          </w:tcPr>
          <w:p w14:paraId="5CB3ADCF" w14:textId="77777777" w:rsidR="007E7953" w:rsidRDefault="00293BA9">
            <w:r>
              <w:rPr>
                <w:b/>
              </w:rPr>
              <w:t>Осадки</w:t>
            </w:r>
          </w:p>
        </w:tc>
        <w:tc>
          <w:tcPr>
            <w:tcW w:w="1936" w:type="dxa"/>
          </w:tcPr>
          <w:p w14:paraId="741FC6CC" w14:textId="77777777" w:rsidR="007E7953" w:rsidRDefault="00293BA9">
            <w:r>
              <w:rPr>
                <w:b/>
              </w:rPr>
              <w:t>Погода</w:t>
            </w:r>
          </w:p>
        </w:tc>
        <w:tc>
          <w:tcPr>
            <w:tcW w:w="2268" w:type="dxa"/>
          </w:tcPr>
          <w:p w14:paraId="021A6FD5" w14:textId="77777777" w:rsidR="007E7953" w:rsidRDefault="00293BA9">
            <w:r>
              <w:rPr>
                <w:b/>
              </w:rPr>
              <w:t>Примеры</w:t>
            </w:r>
          </w:p>
        </w:tc>
      </w:tr>
      <w:tr w:rsidR="007E7953" w14:paraId="16A5646B" w14:textId="77777777" w:rsidTr="00C37759">
        <w:tc>
          <w:tcPr>
            <w:tcW w:w="2552" w:type="dxa"/>
          </w:tcPr>
          <w:p w14:paraId="148E3B9E" w14:textId="77777777" w:rsidR="007E7953" w:rsidRDefault="00293BA9">
            <w:r>
              <w:t>Экваториальный</w:t>
            </w:r>
          </w:p>
        </w:tc>
        <w:tc>
          <w:tcPr>
            <w:tcW w:w="1276" w:type="dxa"/>
          </w:tcPr>
          <w:p w14:paraId="2F91D173" w14:textId="77777777" w:rsidR="007E7953" w:rsidRDefault="00293BA9">
            <w:r>
              <w:t>0°</w:t>
            </w:r>
          </w:p>
        </w:tc>
        <w:tc>
          <w:tcPr>
            <w:tcW w:w="1275" w:type="dxa"/>
          </w:tcPr>
          <w:p w14:paraId="081CF356" w14:textId="77777777" w:rsidR="007E7953" w:rsidRDefault="00293BA9">
            <w:r>
              <w:t>Низкое</w:t>
            </w:r>
          </w:p>
        </w:tc>
        <w:tc>
          <w:tcPr>
            <w:tcW w:w="1466" w:type="dxa"/>
          </w:tcPr>
          <w:p w14:paraId="59AFD374" w14:textId="77777777" w:rsidR="007E7953" w:rsidRDefault="00293BA9">
            <w:r>
              <w:t>1500–3000 мм</w:t>
            </w:r>
          </w:p>
        </w:tc>
        <w:tc>
          <w:tcPr>
            <w:tcW w:w="1936" w:type="dxa"/>
          </w:tcPr>
          <w:p w14:paraId="494FDF3C" w14:textId="77777777" w:rsidR="007E7953" w:rsidRDefault="00293BA9">
            <w:r>
              <w:t>Жарко и влажно</w:t>
            </w:r>
          </w:p>
        </w:tc>
        <w:tc>
          <w:tcPr>
            <w:tcW w:w="2268" w:type="dxa"/>
          </w:tcPr>
          <w:p w14:paraId="1833CF53" w14:textId="77777777" w:rsidR="007E7953" w:rsidRDefault="00293BA9">
            <w:r>
              <w:t>Амазония, Конго</w:t>
            </w:r>
          </w:p>
        </w:tc>
      </w:tr>
      <w:tr w:rsidR="007E7953" w14:paraId="48004177" w14:textId="77777777" w:rsidTr="00C37759">
        <w:tc>
          <w:tcPr>
            <w:tcW w:w="2552" w:type="dxa"/>
          </w:tcPr>
          <w:p w14:paraId="620A185D" w14:textId="77777777" w:rsidR="007E7953" w:rsidRDefault="00293BA9">
            <w:r>
              <w:t>Субтропический</w:t>
            </w:r>
          </w:p>
        </w:tc>
        <w:tc>
          <w:tcPr>
            <w:tcW w:w="1276" w:type="dxa"/>
          </w:tcPr>
          <w:p w14:paraId="38558A2B" w14:textId="77777777" w:rsidR="007E7953" w:rsidRDefault="00293BA9">
            <w:r>
              <w:t>20–30°</w:t>
            </w:r>
          </w:p>
        </w:tc>
        <w:tc>
          <w:tcPr>
            <w:tcW w:w="1275" w:type="dxa"/>
          </w:tcPr>
          <w:p w14:paraId="44A25A0E" w14:textId="77777777" w:rsidR="007E7953" w:rsidRDefault="00293BA9">
            <w:r>
              <w:t>Высокое</w:t>
            </w:r>
          </w:p>
        </w:tc>
        <w:tc>
          <w:tcPr>
            <w:tcW w:w="1466" w:type="dxa"/>
          </w:tcPr>
          <w:p w14:paraId="23659B09" w14:textId="77777777" w:rsidR="007E7953" w:rsidRDefault="00293BA9">
            <w:r>
              <w:t>200–250 мм</w:t>
            </w:r>
          </w:p>
        </w:tc>
        <w:tc>
          <w:tcPr>
            <w:tcW w:w="1936" w:type="dxa"/>
          </w:tcPr>
          <w:p w14:paraId="0BF97AD8" w14:textId="77777777" w:rsidR="007E7953" w:rsidRDefault="00293BA9">
            <w:r>
              <w:t>Жарко и сухо</w:t>
            </w:r>
          </w:p>
        </w:tc>
        <w:tc>
          <w:tcPr>
            <w:tcW w:w="2268" w:type="dxa"/>
          </w:tcPr>
          <w:p w14:paraId="7CEA6A63" w14:textId="77777777" w:rsidR="007E7953" w:rsidRDefault="00293BA9">
            <w:r>
              <w:t>Сахара, Аравия</w:t>
            </w:r>
          </w:p>
        </w:tc>
      </w:tr>
      <w:tr w:rsidR="007E7953" w14:paraId="7E1F0261" w14:textId="77777777" w:rsidTr="00C37759">
        <w:tc>
          <w:tcPr>
            <w:tcW w:w="2552" w:type="dxa"/>
          </w:tcPr>
          <w:p w14:paraId="4CDC427A" w14:textId="77777777" w:rsidR="007E7953" w:rsidRDefault="00293BA9">
            <w:r>
              <w:t>Субэкваториальный</w:t>
            </w:r>
          </w:p>
        </w:tc>
        <w:tc>
          <w:tcPr>
            <w:tcW w:w="1276" w:type="dxa"/>
          </w:tcPr>
          <w:p w14:paraId="38EF30C4" w14:textId="77777777" w:rsidR="007E7953" w:rsidRDefault="00293BA9">
            <w:r>
              <w:t>10–20°</w:t>
            </w:r>
          </w:p>
        </w:tc>
        <w:tc>
          <w:tcPr>
            <w:tcW w:w="1275" w:type="dxa"/>
          </w:tcPr>
          <w:p w14:paraId="4B2E9F00" w14:textId="77777777" w:rsidR="007E7953" w:rsidRDefault="00293BA9">
            <w:r>
              <w:t>Меняется</w:t>
            </w:r>
          </w:p>
        </w:tc>
        <w:tc>
          <w:tcPr>
            <w:tcW w:w="1466" w:type="dxa"/>
          </w:tcPr>
          <w:p w14:paraId="5696ADFF" w14:textId="77777777" w:rsidR="007E7953" w:rsidRDefault="00293BA9">
            <w:r>
              <w:t>500–1500 мм</w:t>
            </w:r>
          </w:p>
        </w:tc>
        <w:tc>
          <w:tcPr>
            <w:tcW w:w="1936" w:type="dxa"/>
          </w:tcPr>
          <w:p w14:paraId="6D9DF829" w14:textId="77777777" w:rsidR="007E7953" w:rsidRDefault="00293BA9">
            <w:r>
              <w:t>Влажное/сухое время года</w:t>
            </w:r>
          </w:p>
        </w:tc>
        <w:tc>
          <w:tcPr>
            <w:tcW w:w="2268" w:type="dxa"/>
          </w:tcPr>
          <w:p w14:paraId="604625A5" w14:textId="77777777" w:rsidR="007E7953" w:rsidRDefault="00293BA9">
            <w:r>
              <w:t>Саванны Африки</w:t>
            </w:r>
          </w:p>
        </w:tc>
      </w:tr>
      <w:tr w:rsidR="007E7953" w14:paraId="54AB3C62" w14:textId="77777777" w:rsidTr="00C37759">
        <w:tc>
          <w:tcPr>
            <w:tcW w:w="2552" w:type="dxa"/>
          </w:tcPr>
          <w:p w14:paraId="06AB4278" w14:textId="77777777" w:rsidR="007E7953" w:rsidRDefault="00293BA9">
            <w:r>
              <w:t>Умеренный</w:t>
            </w:r>
          </w:p>
        </w:tc>
        <w:tc>
          <w:tcPr>
            <w:tcW w:w="1276" w:type="dxa"/>
          </w:tcPr>
          <w:p w14:paraId="7321B98D" w14:textId="77777777" w:rsidR="007E7953" w:rsidRDefault="00293BA9">
            <w:r>
              <w:t>40–60°</w:t>
            </w:r>
          </w:p>
        </w:tc>
        <w:tc>
          <w:tcPr>
            <w:tcW w:w="1275" w:type="dxa"/>
          </w:tcPr>
          <w:p w14:paraId="6FD84CC2" w14:textId="77777777" w:rsidR="007E7953" w:rsidRDefault="00293BA9">
            <w:r>
              <w:t>Низкое</w:t>
            </w:r>
          </w:p>
        </w:tc>
        <w:tc>
          <w:tcPr>
            <w:tcW w:w="1466" w:type="dxa"/>
          </w:tcPr>
          <w:p w14:paraId="5805961A" w14:textId="77777777" w:rsidR="007E7953" w:rsidRDefault="00293BA9">
            <w:r>
              <w:t>500–1000 мм</w:t>
            </w:r>
          </w:p>
        </w:tc>
        <w:tc>
          <w:tcPr>
            <w:tcW w:w="1936" w:type="dxa"/>
          </w:tcPr>
          <w:p w14:paraId="695C4560" w14:textId="77777777" w:rsidR="007E7953" w:rsidRDefault="00293BA9">
            <w:r>
              <w:t>Прохладно, облачно</w:t>
            </w:r>
          </w:p>
        </w:tc>
        <w:tc>
          <w:tcPr>
            <w:tcW w:w="2268" w:type="dxa"/>
          </w:tcPr>
          <w:p w14:paraId="13DE5D3A" w14:textId="77777777" w:rsidR="007E7953" w:rsidRDefault="00293BA9">
            <w:r>
              <w:t>Европа, Канада</w:t>
            </w:r>
          </w:p>
        </w:tc>
      </w:tr>
      <w:tr w:rsidR="007E7953" w14:paraId="5F28DCBD" w14:textId="77777777" w:rsidTr="00C37759">
        <w:tc>
          <w:tcPr>
            <w:tcW w:w="2552" w:type="dxa"/>
          </w:tcPr>
          <w:p w14:paraId="48384BED" w14:textId="77777777" w:rsidR="007E7953" w:rsidRDefault="00293BA9">
            <w:r>
              <w:t>Полярный</w:t>
            </w:r>
          </w:p>
        </w:tc>
        <w:tc>
          <w:tcPr>
            <w:tcW w:w="1276" w:type="dxa"/>
          </w:tcPr>
          <w:p w14:paraId="32C59226" w14:textId="77777777" w:rsidR="007E7953" w:rsidRDefault="00293BA9">
            <w:r>
              <w:t>75–90°</w:t>
            </w:r>
          </w:p>
        </w:tc>
        <w:tc>
          <w:tcPr>
            <w:tcW w:w="1275" w:type="dxa"/>
          </w:tcPr>
          <w:p w14:paraId="6084877B" w14:textId="77777777" w:rsidR="007E7953" w:rsidRDefault="00293BA9">
            <w:r>
              <w:t>Высокое</w:t>
            </w:r>
          </w:p>
        </w:tc>
        <w:tc>
          <w:tcPr>
            <w:tcW w:w="1466" w:type="dxa"/>
          </w:tcPr>
          <w:p w14:paraId="574E650E" w14:textId="77777777" w:rsidR="007E7953" w:rsidRDefault="00293BA9">
            <w:r>
              <w:t>150–200 мм</w:t>
            </w:r>
          </w:p>
        </w:tc>
        <w:tc>
          <w:tcPr>
            <w:tcW w:w="1936" w:type="dxa"/>
          </w:tcPr>
          <w:p w14:paraId="7587AF16" w14:textId="77777777" w:rsidR="007E7953" w:rsidRDefault="00293BA9">
            <w:r>
              <w:t>Сурово, холодно</w:t>
            </w:r>
          </w:p>
        </w:tc>
        <w:tc>
          <w:tcPr>
            <w:tcW w:w="2268" w:type="dxa"/>
          </w:tcPr>
          <w:p w14:paraId="7154D97F" w14:textId="77777777" w:rsidR="007E7953" w:rsidRDefault="00293BA9">
            <w:r>
              <w:t>Антарктида, Гренландия</w:t>
            </w:r>
          </w:p>
        </w:tc>
      </w:tr>
    </w:tbl>
    <w:p w14:paraId="3DA92563" w14:textId="77777777" w:rsidR="007E7953" w:rsidRDefault="007E7953">
      <w:pPr>
        <w:pBdr>
          <w:bottom w:val="single" w:sz="6" w:space="1" w:color="auto"/>
        </w:pBdr>
      </w:pPr>
    </w:p>
    <w:p w14:paraId="1D0C21EE" w14:textId="77777777" w:rsidR="007E7953" w:rsidRPr="00443FD9" w:rsidRDefault="00293BA9">
      <w:pPr>
        <w:pStyle w:val="21"/>
        <w:rPr>
          <w:lang w:val="ru-RU"/>
        </w:rPr>
      </w:pPr>
      <w:r w:rsidRPr="00443FD9">
        <w:rPr>
          <w:lang w:val="ru-RU"/>
        </w:rPr>
        <w:t>5. Что ещё влияет на количество осадков?</w:t>
      </w:r>
    </w:p>
    <w:p w14:paraId="757E6E91" w14:textId="77777777" w:rsidR="007E7953" w:rsidRDefault="00293BA9">
      <w:r w:rsidRPr="00443FD9">
        <w:rPr>
          <w:lang w:val="ru-RU"/>
        </w:rPr>
        <w:t xml:space="preserve">Пояса давления — не единственная причина. </w:t>
      </w:r>
      <w:r>
        <w:t>Вот ещё факторы:</w:t>
      </w:r>
    </w:p>
    <w:p w14:paraId="0E6498FB" w14:textId="77777777" w:rsidR="007E7953" w:rsidRDefault="00293BA9">
      <w:pPr>
        <w:pStyle w:val="31"/>
      </w:pPr>
      <w:r>
        <w:t>🌊 Течения</w:t>
      </w:r>
    </w:p>
    <w:p w14:paraId="444D82AA" w14:textId="77777777" w:rsidR="007E7953" w:rsidRPr="00443FD9" w:rsidRDefault="00293BA9">
      <w:pPr>
        <w:pStyle w:val="a0"/>
        <w:spacing w:line="240" w:lineRule="auto"/>
        <w:ind w:left="720"/>
        <w:rPr>
          <w:lang w:val="ru-RU"/>
        </w:rPr>
      </w:pPr>
      <w:r w:rsidRPr="00443FD9">
        <w:rPr>
          <w:b/>
          <w:lang w:val="ru-RU"/>
        </w:rPr>
        <w:t>Тёплые</w:t>
      </w:r>
      <w:r w:rsidRPr="00443FD9">
        <w:rPr>
          <w:lang w:val="ru-RU"/>
        </w:rPr>
        <w:t xml:space="preserve"> (Гольфстрим, Куросио) — испаряют влагу → осадков больше.</w:t>
      </w:r>
    </w:p>
    <w:p w14:paraId="6C9A9769" w14:textId="77777777" w:rsidR="007E7953" w:rsidRPr="00443FD9" w:rsidRDefault="00293BA9">
      <w:pPr>
        <w:pStyle w:val="a0"/>
        <w:spacing w:line="240" w:lineRule="auto"/>
        <w:ind w:left="720"/>
        <w:rPr>
          <w:lang w:val="ru-RU"/>
        </w:rPr>
      </w:pPr>
      <w:r w:rsidRPr="00443FD9">
        <w:rPr>
          <w:b/>
          <w:lang w:val="ru-RU"/>
        </w:rPr>
        <w:t>Холодные</w:t>
      </w:r>
      <w:r w:rsidRPr="00443FD9">
        <w:rPr>
          <w:lang w:val="ru-RU"/>
        </w:rPr>
        <w:t xml:space="preserve"> (Калифорнийское, Перуанское) — сушат воздух → осадков мало, даже у берегов.</w:t>
      </w:r>
    </w:p>
    <w:p w14:paraId="01AF8751" w14:textId="77777777" w:rsidR="007E7953" w:rsidRDefault="00293BA9">
      <w:pPr>
        <w:pStyle w:val="31"/>
      </w:pPr>
      <w:r>
        <w:t>🏔️ Рельеф</w:t>
      </w:r>
    </w:p>
    <w:p w14:paraId="45E6DEC1" w14:textId="77777777" w:rsidR="007E7953" w:rsidRPr="00443FD9" w:rsidRDefault="00293BA9">
      <w:pPr>
        <w:pStyle w:val="a0"/>
        <w:spacing w:line="240" w:lineRule="auto"/>
        <w:ind w:left="720"/>
        <w:rPr>
          <w:lang w:val="ru-RU"/>
        </w:rPr>
      </w:pPr>
      <w:r w:rsidRPr="00443FD9">
        <w:rPr>
          <w:b/>
          <w:lang w:val="ru-RU"/>
        </w:rPr>
        <w:t>Наветренные склоны</w:t>
      </w:r>
      <w:r w:rsidRPr="00443FD9">
        <w:rPr>
          <w:lang w:val="ru-RU"/>
        </w:rPr>
        <w:t xml:space="preserve"> гор — воздух поднимается, охлаждается → ливни.</w:t>
      </w:r>
    </w:p>
    <w:p w14:paraId="44FC7206" w14:textId="77777777" w:rsidR="007E7953" w:rsidRPr="00443FD9" w:rsidRDefault="00293BA9">
      <w:pPr>
        <w:pStyle w:val="a0"/>
        <w:spacing w:line="240" w:lineRule="auto"/>
        <w:ind w:left="720"/>
        <w:rPr>
          <w:lang w:val="ru-RU"/>
        </w:rPr>
      </w:pPr>
      <w:r w:rsidRPr="00443FD9">
        <w:rPr>
          <w:b/>
          <w:lang w:val="ru-RU"/>
        </w:rPr>
        <w:lastRenderedPageBreak/>
        <w:t>Подветренные склоны</w:t>
      </w:r>
      <w:r w:rsidRPr="00443FD9">
        <w:rPr>
          <w:lang w:val="ru-RU"/>
        </w:rPr>
        <w:t xml:space="preserve"> — воздух опускается, сушит → «дождевая тень».</w:t>
      </w:r>
    </w:p>
    <w:p w14:paraId="23AF2DD8" w14:textId="77777777" w:rsidR="007E7953" w:rsidRPr="00443FD9" w:rsidRDefault="00293BA9">
      <w:pPr>
        <w:rPr>
          <w:lang w:val="ru-RU"/>
        </w:rPr>
      </w:pPr>
      <w:r w:rsidRPr="00443FD9">
        <w:rPr>
          <w:b/>
          <w:lang w:val="ru-RU"/>
        </w:rPr>
        <w:t>Пример:</w:t>
      </w:r>
      <w:r w:rsidRPr="00443FD9">
        <w:rPr>
          <w:lang w:val="ru-RU"/>
        </w:rPr>
        <w:t xml:space="preserve"> на склонах Гималаев — до 12 000 мм осадков в год! А за хребтом — пустыня.</w:t>
      </w:r>
    </w:p>
    <w:p w14:paraId="127E6CE5" w14:textId="77777777" w:rsidR="007E7953" w:rsidRPr="00443FD9" w:rsidRDefault="00293BA9">
      <w:pPr>
        <w:pStyle w:val="31"/>
        <w:rPr>
          <w:lang w:val="ru-RU"/>
        </w:rPr>
      </w:pPr>
      <w:r>
        <w:t>🌍</w:t>
      </w:r>
      <w:r w:rsidRPr="00443FD9">
        <w:rPr>
          <w:lang w:val="ru-RU"/>
        </w:rPr>
        <w:t xml:space="preserve"> Удалённость от океана</w:t>
      </w:r>
    </w:p>
    <w:p w14:paraId="1724543A" w14:textId="77777777" w:rsidR="007E7953" w:rsidRDefault="00293BA9">
      <w:pPr>
        <w:pStyle w:val="a0"/>
        <w:spacing w:line="240" w:lineRule="auto"/>
        <w:ind w:left="720"/>
      </w:pPr>
      <w:r>
        <w:rPr>
          <w:b/>
        </w:rPr>
        <w:t>Побережье</w:t>
      </w:r>
      <w:r>
        <w:t xml:space="preserve"> — влажно, осадков больше.</w:t>
      </w:r>
    </w:p>
    <w:p w14:paraId="67BFF009" w14:textId="77777777" w:rsidR="007E7953" w:rsidRPr="00443FD9" w:rsidRDefault="00293BA9">
      <w:pPr>
        <w:pStyle w:val="a0"/>
        <w:spacing w:line="240" w:lineRule="auto"/>
        <w:ind w:left="720"/>
        <w:rPr>
          <w:lang w:val="ru-RU"/>
        </w:rPr>
      </w:pPr>
      <w:r w:rsidRPr="00443FD9">
        <w:rPr>
          <w:b/>
          <w:lang w:val="ru-RU"/>
        </w:rPr>
        <w:t>В глубине материка</w:t>
      </w:r>
      <w:r w:rsidRPr="00443FD9">
        <w:rPr>
          <w:lang w:val="ru-RU"/>
        </w:rPr>
        <w:t xml:space="preserve"> — сухо, осадков мало (Китай, Монголия).</w:t>
      </w:r>
    </w:p>
    <w:p w14:paraId="49688799" w14:textId="77777777" w:rsidR="007E7953" w:rsidRDefault="00293BA9">
      <w:pPr>
        <w:pStyle w:val="31"/>
      </w:pPr>
      <w:r>
        <w:t>💨 Ветры</w:t>
      </w:r>
    </w:p>
    <w:p w14:paraId="4A26DBDD" w14:textId="77777777" w:rsidR="007E7953" w:rsidRPr="00443FD9" w:rsidRDefault="00293BA9">
      <w:pPr>
        <w:pStyle w:val="a0"/>
        <w:spacing w:line="240" w:lineRule="auto"/>
        <w:ind w:left="720"/>
        <w:rPr>
          <w:lang w:val="ru-RU"/>
        </w:rPr>
      </w:pPr>
      <w:r w:rsidRPr="00443FD9">
        <w:rPr>
          <w:b/>
          <w:lang w:val="ru-RU"/>
        </w:rPr>
        <w:t>Муссоны</w:t>
      </w:r>
      <w:r w:rsidRPr="00443FD9">
        <w:rPr>
          <w:lang w:val="ru-RU"/>
        </w:rPr>
        <w:t xml:space="preserve"> — дуют с океана на сушу (летом) → ливни.</w:t>
      </w:r>
    </w:p>
    <w:p w14:paraId="4FCD7A9C" w14:textId="77777777" w:rsidR="007E7953" w:rsidRPr="00443FD9" w:rsidRDefault="00293BA9">
      <w:pPr>
        <w:pStyle w:val="a0"/>
        <w:spacing w:line="240" w:lineRule="auto"/>
        <w:ind w:left="720"/>
        <w:rPr>
          <w:lang w:val="ru-RU"/>
        </w:rPr>
      </w:pPr>
      <w:r w:rsidRPr="00443FD9">
        <w:rPr>
          <w:b/>
          <w:lang w:val="ru-RU"/>
        </w:rPr>
        <w:t>Пассаты</w:t>
      </w:r>
      <w:r w:rsidRPr="00443FD9">
        <w:rPr>
          <w:lang w:val="ru-RU"/>
        </w:rPr>
        <w:t xml:space="preserve"> — дуют от субтропиков к экватору → приносят влагу.</w:t>
      </w:r>
    </w:p>
    <w:p w14:paraId="18E59DE6" w14:textId="77777777" w:rsidR="007E7953" w:rsidRPr="00443FD9" w:rsidRDefault="007E7953">
      <w:pPr>
        <w:pBdr>
          <w:bottom w:val="single" w:sz="6" w:space="1" w:color="auto"/>
        </w:pBdr>
        <w:rPr>
          <w:lang w:val="ru-RU"/>
        </w:rPr>
      </w:pPr>
    </w:p>
    <w:p w14:paraId="3BE73142" w14:textId="77777777" w:rsidR="007E7953" w:rsidRPr="00443FD9" w:rsidRDefault="00293BA9">
      <w:pPr>
        <w:pStyle w:val="21"/>
        <w:rPr>
          <w:lang w:val="ru-RU"/>
        </w:rPr>
      </w:pPr>
      <w:r w:rsidRPr="00443FD9">
        <w:rPr>
          <w:lang w:val="ru-RU"/>
        </w:rPr>
        <w:t>6. Интересные факты</w:t>
      </w:r>
    </w:p>
    <w:p w14:paraId="2F598D5D" w14:textId="77777777" w:rsidR="007E7953" w:rsidRPr="00443FD9" w:rsidRDefault="00293BA9">
      <w:pPr>
        <w:rPr>
          <w:lang w:val="ru-RU"/>
        </w:rPr>
      </w:pPr>
      <w:r>
        <w:t>🌧️</w:t>
      </w:r>
      <w:r w:rsidRPr="00443FD9">
        <w:rPr>
          <w:lang w:val="ru-RU"/>
        </w:rPr>
        <w:t xml:space="preserve"> Самое влажное место на Земле — Черапунджи (Индия). Там выпадает </w:t>
      </w:r>
      <w:r w:rsidRPr="00443FD9">
        <w:rPr>
          <w:b/>
          <w:lang w:val="ru-RU"/>
        </w:rPr>
        <w:t>до 12 000 мм</w:t>
      </w:r>
      <w:r w:rsidRPr="00443FD9">
        <w:rPr>
          <w:lang w:val="ru-RU"/>
        </w:rPr>
        <w:t xml:space="preserve"> осадков в год!</w:t>
      </w:r>
    </w:p>
    <w:p w14:paraId="19910134" w14:textId="77777777" w:rsidR="007E7953" w:rsidRPr="00443FD9" w:rsidRDefault="00293BA9">
      <w:pPr>
        <w:rPr>
          <w:lang w:val="ru-RU"/>
        </w:rPr>
      </w:pPr>
      <w:r>
        <w:t>🏜️</w:t>
      </w:r>
      <w:r w:rsidRPr="00443FD9">
        <w:rPr>
          <w:lang w:val="ru-RU"/>
        </w:rPr>
        <w:t xml:space="preserve"> Самая сухая пустыня — Атакама (Чили). Там дождь может не выпадать </w:t>
      </w:r>
      <w:r w:rsidRPr="00443FD9">
        <w:rPr>
          <w:b/>
          <w:lang w:val="ru-RU"/>
        </w:rPr>
        <w:t>годами</w:t>
      </w:r>
      <w:r w:rsidRPr="00443FD9">
        <w:rPr>
          <w:lang w:val="ru-RU"/>
        </w:rPr>
        <w:t>.</w:t>
      </w:r>
    </w:p>
    <w:p w14:paraId="6AE7E840" w14:textId="77777777" w:rsidR="007E7953" w:rsidRPr="00443FD9" w:rsidRDefault="00293BA9">
      <w:pPr>
        <w:rPr>
          <w:lang w:val="ru-RU"/>
        </w:rPr>
      </w:pPr>
      <w:r>
        <w:t>🌡️</w:t>
      </w:r>
      <w:r w:rsidRPr="00443FD9">
        <w:rPr>
          <w:lang w:val="ru-RU"/>
        </w:rPr>
        <w:t xml:space="preserve"> В Антарктиде осадков мало — всего 150 мм в год. Но это ледяная пустыня, потому что вода не испаряется и накапливается в виде льда.</w:t>
      </w:r>
    </w:p>
    <w:p w14:paraId="5DC5E093" w14:textId="77777777" w:rsidR="007E7953" w:rsidRPr="00443FD9" w:rsidRDefault="00293BA9">
      <w:pPr>
        <w:rPr>
          <w:lang w:val="ru-RU"/>
        </w:rPr>
      </w:pPr>
      <w:r>
        <w:t>🌪️</w:t>
      </w:r>
      <w:r w:rsidRPr="00443FD9">
        <w:rPr>
          <w:lang w:val="ru-RU"/>
        </w:rPr>
        <w:t xml:space="preserve"> В поясе низкого давления у экватора часто бывают тропические циклоны и ураганы.</w:t>
      </w:r>
    </w:p>
    <w:p w14:paraId="0B455507" w14:textId="77777777" w:rsidR="007E7953" w:rsidRPr="00443FD9" w:rsidRDefault="007E7953">
      <w:pPr>
        <w:pBdr>
          <w:bottom w:val="single" w:sz="6" w:space="1" w:color="auto"/>
        </w:pBdr>
        <w:rPr>
          <w:lang w:val="ru-RU"/>
        </w:rPr>
      </w:pPr>
    </w:p>
    <w:p w14:paraId="7DDB970D" w14:textId="77777777" w:rsidR="007E7953" w:rsidRPr="00443FD9" w:rsidRDefault="00293BA9">
      <w:pPr>
        <w:pStyle w:val="21"/>
        <w:rPr>
          <w:lang w:val="ru-RU"/>
        </w:rPr>
      </w:pPr>
      <w:r w:rsidRPr="00443FD9">
        <w:rPr>
          <w:lang w:val="ru-RU"/>
        </w:rPr>
        <w:t>7. Проверь себя!</w:t>
      </w:r>
    </w:p>
    <w:p w14:paraId="6C3EBFB0" w14:textId="77777777" w:rsidR="007E7953" w:rsidRPr="00443FD9" w:rsidRDefault="00293BA9">
      <w:pPr>
        <w:rPr>
          <w:lang w:val="ru-RU"/>
        </w:rPr>
      </w:pPr>
      <w:r w:rsidRPr="00443FD9">
        <w:rPr>
          <w:b/>
          <w:lang w:val="ru-RU"/>
        </w:rPr>
        <w:t>Вопросы для самопроверки:</w:t>
      </w:r>
    </w:p>
    <w:p w14:paraId="3E4CA76B" w14:textId="77777777" w:rsidR="007E7953" w:rsidRPr="00443FD9" w:rsidRDefault="00293BA9">
      <w:pPr>
        <w:pStyle w:val="a"/>
        <w:spacing w:line="240" w:lineRule="auto"/>
        <w:ind w:left="720"/>
        <w:rPr>
          <w:lang w:val="ru-RU"/>
        </w:rPr>
      </w:pPr>
      <w:r w:rsidRPr="00443FD9">
        <w:rPr>
          <w:lang w:val="ru-RU"/>
        </w:rPr>
        <w:t>Почему на экваторе выпадает много осадков, а в субтропиках — мало?</w:t>
      </w:r>
    </w:p>
    <w:p w14:paraId="1DBF7DAE" w14:textId="77777777" w:rsidR="007E7953" w:rsidRDefault="00293BA9">
      <w:pPr>
        <w:pStyle w:val="a"/>
        <w:spacing w:line="240" w:lineRule="auto"/>
        <w:ind w:left="720"/>
      </w:pPr>
      <w:r w:rsidRPr="00443FD9">
        <w:rPr>
          <w:lang w:val="ru-RU"/>
        </w:rPr>
        <w:t xml:space="preserve">Какой пояс давления называется «поясом жары и засухи»? </w:t>
      </w:r>
      <w:r>
        <w:t>Почему?</w:t>
      </w:r>
    </w:p>
    <w:p w14:paraId="56452C77" w14:textId="77777777" w:rsidR="007E7953" w:rsidRDefault="00293BA9">
      <w:pPr>
        <w:pStyle w:val="a"/>
        <w:spacing w:line="240" w:lineRule="auto"/>
        <w:ind w:left="720"/>
      </w:pPr>
      <w:r w:rsidRPr="00443FD9">
        <w:rPr>
          <w:lang w:val="ru-RU"/>
        </w:rPr>
        <w:t xml:space="preserve">Как горы влияют на распределение осадков? </w:t>
      </w:r>
      <w:r>
        <w:t>Приведи пример.</w:t>
      </w:r>
    </w:p>
    <w:p w14:paraId="36C7AA2C" w14:textId="77777777" w:rsidR="007E7953" w:rsidRPr="00443FD9" w:rsidRDefault="00293BA9">
      <w:pPr>
        <w:pStyle w:val="a"/>
        <w:spacing w:line="240" w:lineRule="auto"/>
        <w:ind w:left="720"/>
        <w:rPr>
          <w:lang w:val="ru-RU"/>
        </w:rPr>
      </w:pPr>
      <w:r w:rsidRPr="00443FD9">
        <w:rPr>
          <w:lang w:val="ru-RU"/>
        </w:rPr>
        <w:t>Почему на наветренном склоне горы дождливее, чем на подветренном?</w:t>
      </w:r>
    </w:p>
    <w:p w14:paraId="24D824C4" w14:textId="77777777" w:rsidR="007E7953" w:rsidRPr="00443FD9" w:rsidRDefault="00293BA9">
      <w:pPr>
        <w:pStyle w:val="a"/>
        <w:spacing w:line="240" w:lineRule="auto"/>
        <w:ind w:left="720"/>
        <w:rPr>
          <w:lang w:val="ru-RU"/>
        </w:rPr>
      </w:pPr>
      <w:r w:rsidRPr="00443FD9">
        <w:rPr>
          <w:lang w:val="ru-RU"/>
        </w:rPr>
        <w:t>Какое влияние на осадки оказывают тёплые и холодные течения?</w:t>
      </w:r>
    </w:p>
    <w:p w14:paraId="13073152" w14:textId="77777777" w:rsidR="007E7953" w:rsidRPr="00443FD9" w:rsidRDefault="00293BA9">
      <w:pPr>
        <w:pStyle w:val="a"/>
        <w:spacing w:line="240" w:lineRule="auto"/>
        <w:ind w:left="720"/>
        <w:rPr>
          <w:lang w:val="ru-RU"/>
        </w:rPr>
      </w:pPr>
      <w:r w:rsidRPr="00443FD9">
        <w:rPr>
          <w:lang w:val="ru-RU"/>
        </w:rPr>
        <w:t>Почему в Антарктиде мало осадков, но это не жаркая пустыня?</w:t>
      </w:r>
    </w:p>
    <w:p w14:paraId="15FBE085" w14:textId="77777777" w:rsidR="007E7953" w:rsidRPr="00443FD9" w:rsidRDefault="00293BA9">
      <w:pPr>
        <w:rPr>
          <w:lang w:val="ru-RU"/>
        </w:rPr>
      </w:pPr>
      <w:r w:rsidRPr="00443FD9">
        <w:rPr>
          <w:b/>
          <w:lang w:val="ru-RU"/>
        </w:rPr>
        <w:t>Задание на карте:</w:t>
      </w:r>
    </w:p>
    <w:p w14:paraId="7AE11DF6" w14:textId="77777777" w:rsidR="007E7953" w:rsidRPr="00443FD9" w:rsidRDefault="00293BA9">
      <w:pPr>
        <w:rPr>
          <w:lang w:val="ru-RU"/>
        </w:rPr>
      </w:pPr>
      <w:r w:rsidRPr="00443FD9">
        <w:rPr>
          <w:lang w:val="ru-RU"/>
        </w:rPr>
        <w:t>Отметь на контурной карте: - Экватор и пояс экваториальных осадков - Субтропические пустыни (Сахара, Аравия, Атакама) - Умеренный пояс с большим количеством осадков</w:t>
      </w:r>
    </w:p>
    <w:p w14:paraId="294769CB" w14:textId="77777777" w:rsidR="007E7953" w:rsidRPr="00443FD9" w:rsidRDefault="007E7953">
      <w:pPr>
        <w:pBdr>
          <w:bottom w:val="single" w:sz="6" w:space="1" w:color="auto"/>
        </w:pBdr>
        <w:rPr>
          <w:lang w:val="ru-RU"/>
        </w:rPr>
      </w:pPr>
    </w:p>
    <w:p w14:paraId="33B25B4D" w14:textId="77777777" w:rsidR="007E7953" w:rsidRPr="00443FD9" w:rsidRDefault="00293BA9">
      <w:pPr>
        <w:pStyle w:val="21"/>
        <w:rPr>
          <w:lang w:val="ru-RU"/>
        </w:rPr>
      </w:pPr>
      <w:r w:rsidRPr="00443FD9">
        <w:rPr>
          <w:lang w:val="ru-RU"/>
        </w:rPr>
        <w:t>8. Главное — запомнить!</w:t>
      </w:r>
    </w:p>
    <w:p w14:paraId="5C65688C" w14:textId="77777777" w:rsidR="007E7953" w:rsidRPr="00443FD9" w:rsidRDefault="00293BA9">
      <w:pPr>
        <w:rPr>
          <w:lang w:val="ru-RU"/>
        </w:rPr>
      </w:pPr>
      <w:r w:rsidRPr="00443FD9">
        <w:rPr>
          <w:lang w:val="ru-RU"/>
        </w:rPr>
        <w:t xml:space="preserve">✅ Воздух поднимается вверх → низкое давление → </w:t>
      </w:r>
      <w:r w:rsidRPr="00443FD9">
        <w:rPr>
          <w:b/>
          <w:lang w:val="ru-RU"/>
        </w:rPr>
        <w:t>много осадков</w:t>
      </w:r>
      <w:r w:rsidRPr="00443FD9">
        <w:rPr>
          <w:lang w:val="ru-RU"/>
        </w:rPr>
        <w:t xml:space="preserve">. ✅ Воздух опускается вниз → высокое давление → </w:t>
      </w:r>
      <w:r w:rsidRPr="00443FD9">
        <w:rPr>
          <w:b/>
          <w:lang w:val="ru-RU"/>
        </w:rPr>
        <w:t>мало осадков</w:t>
      </w:r>
      <w:r w:rsidRPr="00443FD9">
        <w:rPr>
          <w:lang w:val="ru-RU"/>
        </w:rPr>
        <w:t>. ✅ Пояса давления чередуются от экватора к полюсам. ✅ На осадки влияют течения, горы, удалённость от океана и ветры.</w:t>
      </w:r>
    </w:p>
    <w:p w14:paraId="396898F4" w14:textId="77777777" w:rsidR="007E7953" w:rsidRPr="00443FD9" w:rsidRDefault="007E7953">
      <w:pPr>
        <w:pBdr>
          <w:bottom w:val="single" w:sz="6" w:space="1" w:color="auto"/>
        </w:pBdr>
        <w:rPr>
          <w:lang w:val="ru-RU"/>
        </w:rPr>
      </w:pPr>
    </w:p>
    <w:p w14:paraId="7CC09729" w14:textId="77777777" w:rsidR="007E7953" w:rsidRDefault="00293BA9">
      <w:r w:rsidRPr="00443FD9">
        <w:rPr>
          <w:i/>
          <w:lang w:val="ru-RU"/>
        </w:rPr>
        <w:t xml:space="preserve">Конспект подготовлен для урока географии в 7 классе. Тема: «Закономерности распределения атмосферных осадков. </w:t>
      </w:r>
      <w:r>
        <w:rPr>
          <w:i/>
        </w:rPr>
        <w:t>Пояса атмосферного давления на Земле».</w:t>
      </w:r>
    </w:p>
    <w:sectPr w:rsidR="007E7953" w:rsidSect="00C37759">
      <w:footerReference w:type="default" r:id="rId8"/>
      <w:pgSz w:w="12240" w:h="15840"/>
      <w:pgMar w:top="284" w:right="1041" w:bottom="144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171F3" w14:textId="77777777" w:rsidR="00193226" w:rsidRDefault="00193226">
      <w:pPr>
        <w:spacing w:after="0" w:line="240" w:lineRule="auto"/>
      </w:pPr>
      <w:r>
        <w:separator/>
      </w:r>
    </w:p>
  </w:endnote>
  <w:endnote w:type="continuationSeparator" w:id="0">
    <w:p w14:paraId="230D5C26" w14:textId="77777777" w:rsidR="00193226" w:rsidRDefault="00193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Inte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DF21F" w14:textId="77777777" w:rsidR="007E7953" w:rsidRDefault="00293BA9">
    <w:pPr>
      <w:pStyle w:val="a7"/>
      <w:jc w:val="right"/>
    </w:pPr>
    <w:r>
      <w:rPr>
        <w:rFonts w:ascii="Inter" w:hAnsi="Inter"/>
        <w:color w:val="888888"/>
        <w:sz w:val="23"/>
      </w:rPr>
      <w:t xml:space="preserve">made with </w:t>
    </w:r>
    <w:r>
      <w:rPr>
        <w:noProof/>
      </w:rPr>
      <w:drawing>
        <wp:inline distT="0" distB="0" distL="0" distR="0" wp14:anchorId="62F75CC4" wp14:editId="46AEA6D7">
          <wp:extent cx="228600" cy="228600"/>
          <wp:effectExtent l="0" t="0" r="0" b="0"/>
          <wp:docPr id="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hyperlink>
      <w:r>
        <w:rPr>
          <w:color w:val="888888"/>
        </w:rPr>
        <w:t>gptdaisy.com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2373" w14:textId="77777777" w:rsidR="00193226" w:rsidRDefault="00193226">
      <w:pPr>
        <w:spacing w:after="0" w:line="240" w:lineRule="auto"/>
      </w:pPr>
      <w:r>
        <w:separator/>
      </w:r>
    </w:p>
  </w:footnote>
  <w:footnote w:type="continuationSeparator" w:id="0">
    <w:p w14:paraId="7E0793B6" w14:textId="77777777" w:rsidR="00193226" w:rsidRDefault="001932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3226"/>
    <w:rsid w:val="00293BA9"/>
    <w:rsid w:val="0029639D"/>
    <w:rsid w:val="00326F90"/>
    <w:rsid w:val="00443FD9"/>
    <w:rsid w:val="007E7953"/>
    <w:rsid w:val="00AA1D8D"/>
    <w:rsid w:val="00B47730"/>
    <w:rsid w:val="00C3775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9C2EE2"/>
  <w14:defaultImageDpi w14:val="300"/>
  <w15:docId w15:val="{0A8BC0A8-723E-4332-82E4-2DA73486B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КРИППО-14Н</cp:lastModifiedBy>
  <cp:revision>2</cp:revision>
  <dcterms:created xsi:type="dcterms:W3CDTF">2013-12-23T23:15:00Z</dcterms:created>
  <dcterms:modified xsi:type="dcterms:W3CDTF">2026-10-01T06:43:00Z</dcterms:modified>
  <cp:category/>
</cp:coreProperties>
</file>