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2E83" w14:textId="77777777" w:rsidR="005E7DBF" w:rsidRPr="00A80773" w:rsidRDefault="00D83984">
      <w:pPr>
        <w:pStyle w:val="1"/>
        <w:rPr>
          <w:lang w:val="ru-RU"/>
        </w:rPr>
      </w:pPr>
      <w:r w:rsidRPr="00A80773">
        <w:rPr>
          <w:lang w:val="ru-RU"/>
        </w:rPr>
        <w:t>Воздушные массы и преобладающие ветры</w:t>
      </w:r>
    </w:p>
    <w:p w14:paraId="32A02451" w14:textId="77777777" w:rsidR="005E7DBF" w:rsidRPr="00A80773" w:rsidRDefault="00D83984">
      <w:pPr>
        <w:pStyle w:val="21"/>
        <w:rPr>
          <w:lang w:val="ru-RU"/>
        </w:rPr>
      </w:pPr>
      <w:r>
        <w:t>📖</w:t>
      </w:r>
      <w:r w:rsidRPr="00A80773">
        <w:rPr>
          <w:lang w:val="ru-RU"/>
        </w:rPr>
        <w:t xml:space="preserve"> Конспект для 7 класса</w:t>
      </w:r>
    </w:p>
    <w:p w14:paraId="449E1144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7F092F5F" w14:textId="77777777" w:rsidR="005E7DBF" w:rsidRPr="00A80773" w:rsidRDefault="00D83984">
      <w:pPr>
        <w:pStyle w:val="21"/>
        <w:rPr>
          <w:lang w:val="ru-RU"/>
        </w:rPr>
      </w:pPr>
      <w:r w:rsidRPr="00A80773">
        <w:rPr>
          <w:lang w:val="ru-RU"/>
        </w:rPr>
        <w:t>1. Что такое воздушная масса?</w:t>
      </w:r>
    </w:p>
    <w:p w14:paraId="1E6B4F44" w14:textId="16F1908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Воздушная масса</w:t>
      </w:r>
      <w:r w:rsidRPr="00A80773">
        <w:rPr>
          <w:lang w:val="ru-RU"/>
        </w:rPr>
        <w:t xml:space="preserve"> — это огромный </w:t>
      </w:r>
      <w:r w:rsidR="007D6545">
        <w:rPr>
          <w:lang w:val="ru-RU"/>
        </w:rPr>
        <w:t>массив</w:t>
      </w:r>
      <w:r w:rsidRPr="00A80773">
        <w:rPr>
          <w:lang w:val="ru-RU"/>
        </w:rPr>
        <w:t xml:space="preserve"> воздуха, который занимает тысячи квадратных километров, имеет определённую температуру и влажность.</w:t>
      </w:r>
    </w:p>
    <w:p w14:paraId="15CCB202" w14:textId="29F4BD5E" w:rsidR="005E7DBF" w:rsidRPr="00A80773" w:rsidRDefault="00D83984">
      <w:pPr>
        <w:rPr>
          <w:lang w:val="ru-RU"/>
        </w:rPr>
      </w:pPr>
      <w:r w:rsidRPr="00A80773">
        <w:rPr>
          <w:lang w:val="ru-RU"/>
        </w:rPr>
        <w:t>Представь: воздух — это как вода в океане. Только вместо волн</w:t>
      </w:r>
      <w:r w:rsidR="007D6545">
        <w:rPr>
          <w:lang w:val="ru-RU"/>
        </w:rPr>
        <w:t xml:space="preserve"> воды</w:t>
      </w:r>
      <w:r w:rsidRPr="00A80773">
        <w:rPr>
          <w:lang w:val="ru-RU"/>
        </w:rPr>
        <w:t xml:space="preserve"> — «волны» воздуха, которые перемещаются по планете и несут с собой свою «характеристику»: </w:t>
      </w:r>
      <w:r w:rsidR="007D6545">
        <w:rPr>
          <w:lang w:val="ru-RU"/>
        </w:rPr>
        <w:t xml:space="preserve">воздух в них </w:t>
      </w:r>
      <w:r w:rsidRPr="00A80773">
        <w:rPr>
          <w:lang w:val="ru-RU"/>
        </w:rPr>
        <w:t>тёплы</w:t>
      </w:r>
      <w:r w:rsidR="007D6545">
        <w:rPr>
          <w:lang w:val="ru-RU"/>
        </w:rPr>
        <w:t>й</w:t>
      </w:r>
      <w:r w:rsidRPr="00A80773">
        <w:rPr>
          <w:lang w:val="ru-RU"/>
        </w:rPr>
        <w:t xml:space="preserve"> или холодный, сухой или влажный.</w:t>
      </w:r>
    </w:p>
    <w:p w14:paraId="68D5A315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t>Признаки воздушной массы:</w:t>
      </w:r>
    </w:p>
    <w:p w14:paraId="66DE4AD9" w14:textId="03AB18A4" w:rsidR="005E7DBF" w:rsidRDefault="00D83984">
      <w:pPr>
        <w:pStyle w:val="a0"/>
        <w:spacing w:line="240" w:lineRule="auto"/>
        <w:ind w:left="720"/>
      </w:pPr>
      <w:proofErr w:type="spellStart"/>
      <w:r>
        <w:rPr>
          <w:b/>
        </w:rPr>
        <w:t>Температура</w:t>
      </w:r>
      <w:proofErr w:type="spellEnd"/>
      <w:r>
        <w:t xml:space="preserve"> — </w:t>
      </w:r>
      <w:r w:rsidR="007D6545">
        <w:rPr>
          <w:lang w:val="ru-RU"/>
        </w:rPr>
        <w:t>высокая</w:t>
      </w:r>
      <w:r>
        <w:t xml:space="preserve"> </w:t>
      </w:r>
      <w:proofErr w:type="spellStart"/>
      <w:r>
        <w:t>или</w:t>
      </w:r>
      <w:proofErr w:type="spellEnd"/>
      <w:r>
        <w:t xml:space="preserve"> </w:t>
      </w:r>
      <w:r w:rsidR="007D6545">
        <w:rPr>
          <w:lang w:val="ru-RU"/>
        </w:rPr>
        <w:t>низкая</w:t>
      </w:r>
    </w:p>
    <w:p w14:paraId="78EA4816" w14:textId="4C6D3D2C" w:rsidR="005E7DBF" w:rsidRDefault="00D83984">
      <w:pPr>
        <w:pStyle w:val="a0"/>
        <w:spacing w:line="240" w:lineRule="auto"/>
        <w:ind w:left="720"/>
      </w:pPr>
      <w:r>
        <w:rPr>
          <w:b/>
        </w:rPr>
        <w:t>Влажность</w:t>
      </w:r>
      <w:r>
        <w:t xml:space="preserve"> — </w:t>
      </w:r>
      <w:proofErr w:type="spellStart"/>
      <w:r w:rsidR="007D6545" w:rsidRPr="007D6545">
        <w:t>высокая</w:t>
      </w:r>
      <w:proofErr w:type="spellEnd"/>
      <w:r w:rsidR="007D6545" w:rsidRPr="007D6545">
        <w:t xml:space="preserve"> </w:t>
      </w:r>
      <w:proofErr w:type="spellStart"/>
      <w:r w:rsidR="007D6545" w:rsidRPr="007D6545">
        <w:t>или</w:t>
      </w:r>
      <w:proofErr w:type="spellEnd"/>
      <w:r w:rsidR="007D6545" w:rsidRPr="007D6545">
        <w:t xml:space="preserve"> </w:t>
      </w:r>
      <w:proofErr w:type="spellStart"/>
      <w:r w:rsidR="007D6545" w:rsidRPr="007D6545">
        <w:t>низкая</w:t>
      </w:r>
      <w:proofErr w:type="spellEnd"/>
    </w:p>
    <w:p w14:paraId="4EDC6B5A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b/>
          <w:lang w:val="ru-RU"/>
        </w:rPr>
        <w:t>Устойчивость</w:t>
      </w:r>
      <w:r w:rsidRPr="00A80773">
        <w:rPr>
          <w:lang w:val="ru-RU"/>
        </w:rPr>
        <w:t xml:space="preserve"> — сохраняет свои свойства на большом расстоянии</w:t>
      </w:r>
    </w:p>
    <w:p w14:paraId="790F432B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5990C2E7" w14:textId="77777777" w:rsidR="005E7DBF" w:rsidRPr="00A80773" w:rsidRDefault="00D83984">
      <w:pPr>
        <w:pStyle w:val="21"/>
        <w:rPr>
          <w:lang w:val="ru-RU"/>
        </w:rPr>
      </w:pPr>
      <w:r w:rsidRPr="00A80773">
        <w:rPr>
          <w:lang w:val="ru-RU"/>
        </w:rPr>
        <w:t>2. Типы воздушных масс</w:t>
      </w:r>
    </w:p>
    <w:p w14:paraId="2192028B" w14:textId="77777777" w:rsidR="005E7DBF" w:rsidRPr="00A80773" w:rsidRDefault="00D83984">
      <w:pPr>
        <w:rPr>
          <w:lang w:val="ru-RU"/>
        </w:rPr>
      </w:pPr>
      <w:r w:rsidRPr="00A80773">
        <w:rPr>
          <w:lang w:val="ru-RU"/>
        </w:rPr>
        <w:t xml:space="preserve">Воздушные массы образуются в разных районах Земли и делятся на </w:t>
      </w:r>
      <w:r w:rsidRPr="00A80773">
        <w:rPr>
          <w:b/>
          <w:lang w:val="ru-RU"/>
        </w:rPr>
        <w:t>4 основных типа</w:t>
      </w:r>
      <w:r w:rsidRPr="00A80773">
        <w:rPr>
          <w:lang w:val="ru-RU"/>
        </w:rPr>
        <w:t>:</w:t>
      </w:r>
    </w:p>
    <w:p w14:paraId="7978542D" w14:textId="77777777" w:rsidR="005E7DBF" w:rsidRPr="00A80773" w:rsidRDefault="00D83984">
      <w:pPr>
        <w:pStyle w:val="31"/>
        <w:rPr>
          <w:lang w:val="ru-RU"/>
        </w:rPr>
      </w:pPr>
      <w:r>
        <w:t>🧊</w:t>
      </w:r>
      <w:r w:rsidRPr="00A80773">
        <w:rPr>
          <w:lang w:val="ru-RU"/>
        </w:rPr>
        <w:t xml:space="preserve"> 1. Арктические (антарктические) воздушные массы</w:t>
      </w:r>
    </w:p>
    <w:p w14:paraId="18423FB5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Где образуются:</w:t>
      </w:r>
      <w:r w:rsidRPr="00A80773">
        <w:rPr>
          <w:lang w:val="ru-RU"/>
        </w:rPr>
        <w:t xml:space="preserve"> у полюсов — в Арктике и Антарктиде.</w:t>
      </w:r>
    </w:p>
    <w:p w14:paraId="4092B1E2" w14:textId="77777777" w:rsidR="005E7DBF" w:rsidRPr="00A80773" w:rsidRDefault="00D83984">
      <w:pPr>
        <w:rPr>
          <w:lang w:val="ru-RU"/>
        </w:rPr>
      </w:pPr>
      <w:proofErr w:type="gramStart"/>
      <w:r w:rsidRPr="00A80773">
        <w:rPr>
          <w:b/>
          <w:lang w:val="ru-RU"/>
        </w:rPr>
        <w:t>Свойства:</w:t>
      </w:r>
      <w:r w:rsidRPr="00A80773">
        <w:rPr>
          <w:lang w:val="ru-RU"/>
        </w:rPr>
        <w:t>-</w:t>
      </w:r>
      <w:proofErr w:type="gramEnd"/>
      <w:r w:rsidRPr="00A80773">
        <w:rPr>
          <w:lang w:val="ru-RU"/>
        </w:rPr>
        <w:t xml:space="preserve"> ❄</w:t>
      </w:r>
      <w:r>
        <w:t>️</w:t>
      </w:r>
      <w:r w:rsidRPr="00A80773">
        <w:rPr>
          <w:lang w:val="ru-RU"/>
        </w:rPr>
        <w:t xml:space="preserve"> Очень холодные - </w:t>
      </w:r>
      <w:r>
        <w:t>💨</w:t>
      </w:r>
      <w:r w:rsidRPr="00A80773">
        <w:rPr>
          <w:lang w:val="ru-RU"/>
        </w:rPr>
        <w:t xml:space="preserve"> Сухие (холодный воздух держит мало влаги) - </w:t>
      </w:r>
      <w:r>
        <w:t>🌤️</w:t>
      </w:r>
      <w:r w:rsidRPr="00A80773">
        <w:rPr>
          <w:lang w:val="ru-RU"/>
        </w:rPr>
        <w:t xml:space="preserve"> Ясная, морозная погода</w:t>
      </w:r>
    </w:p>
    <w:p w14:paraId="56BF0E9B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Куда двигаются:</w:t>
      </w:r>
      <w:r w:rsidRPr="00A80773">
        <w:rPr>
          <w:lang w:val="ru-RU"/>
        </w:rPr>
        <w:t xml:space="preserve"> опускаются к экватору, неся холод в средние широты.</w:t>
      </w:r>
    </w:p>
    <w:p w14:paraId="7AA03289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Интересный факт:</w:t>
      </w:r>
      <w:r w:rsidRPr="00A80773">
        <w:rPr>
          <w:lang w:val="ru-RU"/>
        </w:rPr>
        <w:t xml:space="preserve"> Арктический воздух может «доехать» до Москвы и вызвать сильное похолодание даже летом!</w:t>
      </w:r>
    </w:p>
    <w:p w14:paraId="6EBFB6FD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4BDC069D" w14:textId="77777777" w:rsidR="005E7DBF" w:rsidRPr="00A80773" w:rsidRDefault="00D83984">
      <w:pPr>
        <w:pStyle w:val="31"/>
        <w:rPr>
          <w:lang w:val="ru-RU"/>
        </w:rPr>
      </w:pPr>
      <w:r>
        <w:t>🌡️</w:t>
      </w:r>
      <w:r w:rsidRPr="00A80773">
        <w:rPr>
          <w:lang w:val="ru-RU"/>
        </w:rPr>
        <w:t xml:space="preserve"> 2. Умеренные воздушные массы</w:t>
      </w:r>
    </w:p>
    <w:p w14:paraId="52F694DE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Где образуются:</w:t>
      </w:r>
      <w:r w:rsidRPr="00A80773">
        <w:rPr>
          <w:lang w:val="ru-RU"/>
        </w:rPr>
        <w:t xml:space="preserve"> в умеренных широтах (примерно между 40° и 60° северной и южной широт).</w:t>
      </w:r>
    </w:p>
    <w:p w14:paraId="58B9EEB3" w14:textId="77777777" w:rsidR="005E7DBF" w:rsidRPr="00A80773" w:rsidRDefault="00D83984">
      <w:pPr>
        <w:rPr>
          <w:lang w:val="ru-RU"/>
        </w:rPr>
      </w:pPr>
      <w:proofErr w:type="gramStart"/>
      <w:r w:rsidRPr="00A80773">
        <w:rPr>
          <w:b/>
          <w:lang w:val="ru-RU"/>
        </w:rPr>
        <w:t>Свойства:</w:t>
      </w:r>
      <w:r w:rsidRPr="00A80773">
        <w:rPr>
          <w:lang w:val="ru-RU"/>
        </w:rPr>
        <w:t>-</w:t>
      </w:r>
      <w:proofErr w:type="gramEnd"/>
      <w:r w:rsidRPr="00A80773">
        <w:rPr>
          <w:lang w:val="ru-RU"/>
        </w:rPr>
        <w:t xml:space="preserve"> </w:t>
      </w:r>
      <w:r>
        <w:t>🌤️</w:t>
      </w:r>
      <w:r w:rsidRPr="00A80773">
        <w:rPr>
          <w:lang w:val="ru-RU"/>
        </w:rPr>
        <w:t xml:space="preserve"> Умеренная температура (не слишком жарко, не слишком холодно) - </w:t>
      </w:r>
      <w:r>
        <w:t>🌧️</w:t>
      </w:r>
      <w:r w:rsidRPr="00A80773">
        <w:rPr>
          <w:lang w:val="ru-RU"/>
        </w:rPr>
        <w:t xml:space="preserve"> Переменная влажность - </w:t>
      </w:r>
      <w:r>
        <w:t>🌪️</w:t>
      </w:r>
      <w:r w:rsidRPr="00A80773">
        <w:rPr>
          <w:lang w:val="ru-RU"/>
        </w:rPr>
        <w:t xml:space="preserve"> Часто приносят облачность и осадки</w:t>
      </w:r>
    </w:p>
    <w:p w14:paraId="70073200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Почему так?</w:t>
      </w:r>
      <w:r w:rsidRPr="00A80773">
        <w:rPr>
          <w:lang w:val="ru-RU"/>
        </w:rPr>
        <w:t xml:space="preserve"> Умеренные широты — это «зона встреч» разных воздушных масс. Здесь постоянно борются тёплые и холодные воздушные массы — поэтому погода здесь такая «капризная»!</w:t>
      </w:r>
    </w:p>
    <w:p w14:paraId="5F161632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lastRenderedPageBreak/>
        <w:t>Пример:</w:t>
      </w:r>
      <w:r w:rsidRPr="00A80773">
        <w:rPr>
          <w:lang w:val="ru-RU"/>
        </w:rPr>
        <w:t xml:space="preserve"> Москва, Лондон, Берлин — города, где живут умеренные воздушные массы.</w:t>
      </w:r>
    </w:p>
    <w:p w14:paraId="6D5E6117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58BFA2E5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t>☀</w:t>
      </w:r>
      <w:r>
        <w:t>️</w:t>
      </w:r>
      <w:r w:rsidRPr="00A80773">
        <w:rPr>
          <w:lang w:val="ru-RU"/>
        </w:rPr>
        <w:t xml:space="preserve"> 3. Тропические воздушные массы</w:t>
      </w:r>
    </w:p>
    <w:p w14:paraId="4AD908A0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Где образуются:</w:t>
      </w:r>
      <w:r w:rsidRPr="00A80773">
        <w:rPr>
          <w:lang w:val="ru-RU"/>
        </w:rPr>
        <w:t xml:space="preserve"> в тропиках (примерно между 15° и 35° северной и южной широт).</w:t>
      </w:r>
    </w:p>
    <w:p w14:paraId="032CCF60" w14:textId="77777777" w:rsidR="005E7DBF" w:rsidRPr="00A80773" w:rsidRDefault="00D83984">
      <w:pPr>
        <w:rPr>
          <w:lang w:val="ru-RU"/>
        </w:rPr>
      </w:pPr>
      <w:proofErr w:type="gramStart"/>
      <w:r w:rsidRPr="00A80773">
        <w:rPr>
          <w:b/>
          <w:lang w:val="ru-RU"/>
        </w:rPr>
        <w:t>Свойства:</w:t>
      </w:r>
      <w:r w:rsidRPr="00A80773">
        <w:rPr>
          <w:lang w:val="ru-RU"/>
        </w:rPr>
        <w:t>-</w:t>
      </w:r>
      <w:proofErr w:type="gramEnd"/>
      <w:r w:rsidRPr="00A80773">
        <w:rPr>
          <w:lang w:val="ru-RU"/>
        </w:rPr>
        <w:t xml:space="preserve"> </w:t>
      </w:r>
      <w:r>
        <w:t>🔥</w:t>
      </w:r>
      <w:r w:rsidRPr="00A80773">
        <w:rPr>
          <w:lang w:val="ru-RU"/>
        </w:rPr>
        <w:t xml:space="preserve"> Очень тёплые и жаркие - </w:t>
      </w:r>
      <w:r>
        <w:t>🏜️</w:t>
      </w:r>
      <w:r w:rsidRPr="00A80773">
        <w:rPr>
          <w:lang w:val="ru-RU"/>
        </w:rPr>
        <w:t xml:space="preserve"> Над океанами — влажные - </w:t>
      </w:r>
      <w:r>
        <w:t>🏜️</w:t>
      </w:r>
      <w:r w:rsidRPr="00A80773">
        <w:rPr>
          <w:lang w:val="ru-RU"/>
        </w:rPr>
        <w:t xml:space="preserve"> Над сушей — очень сухие - ☀</w:t>
      </w:r>
      <w:r>
        <w:t>️</w:t>
      </w:r>
      <w:r w:rsidRPr="00A80773">
        <w:rPr>
          <w:lang w:val="ru-RU"/>
        </w:rPr>
        <w:t xml:space="preserve"> Ясная, безоблачная погода</w:t>
      </w:r>
    </w:p>
    <w:p w14:paraId="691C42E8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Почему так жарко?</w:t>
      </w:r>
      <w:r w:rsidRPr="00A80773">
        <w:rPr>
          <w:lang w:val="ru-RU"/>
        </w:rPr>
        <w:t xml:space="preserve"> Солнце здесь светит круглый год почти вертикально — земля нагревается очень сильно.</w:t>
      </w:r>
    </w:p>
    <w:p w14:paraId="7C3F9E7D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Пример:</w:t>
      </w:r>
      <w:r w:rsidRPr="00A80773">
        <w:rPr>
          <w:lang w:val="ru-RU"/>
        </w:rPr>
        <w:t xml:space="preserve"> Сахара (Африка), Аравийская пустыня — здесь тропический воздух сухой и жаркий. А над Тихим океаном в тропиках — тёплый и влажный!</w:t>
      </w:r>
    </w:p>
    <w:p w14:paraId="2FB01AF2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1206815F" w14:textId="77777777" w:rsidR="005E7DBF" w:rsidRPr="00A80773" w:rsidRDefault="00D83984">
      <w:pPr>
        <w:pStyle w:val="31"/>
        <w:rPr>
          <w:lang w:val="ru-RU"/>
        </w:rPr>
      </w:pPr>
      <w:r>
        <w:t>🌴</w:t>
      </w:r>
      <w:r w:rsidRPr="00A80773">
        <w:rPr>
          <w:lang w:val="ru-RU"/>
        </w:rPr>
        <w:t xml:space="preserve"> 4. Экваториальные воздушные массы</w:t>
      </w:r>
    </w:p>
    <w:p w14:paraId="1E9DC99E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Где образуются:</w:t>
      </w:r>
      <w:r w:rsidRPr="00A80773">
        <w:rPr>
          <w:lang w:val="ru-RU"/>
        </w:rPr>
        <w:t xml:space="preserve"> на экваторе (примерно между 5° с.ш. и 5° ю.ш.).</w:t>
      </w:r>
    </w:p>
    <w:p w14:paraId="264C7D67" w14:textId="77777777" w:rsidR="005E7DBF" w:rsidRPr="00A80773" w:rsidRDefault="00D83984">
      <w:pPr>
        <w:rPr>
          <w:lang w:val="ru-RU"/>
        </w:rPr>
      </w:pPr>
      <w:proofErr w:type="gramStart"/>
      <w:r w:rsidRPr="00A80773">
        <w:rPr>
          <w:b/>
          <w:lang w:val="ru-RU"/>
        </w:rPr>
        <w:t>Свойства:</w:t>
      </w:r>
      <w:r w:rsidRPr="00A80773">
        <w:rPr>
          <w:lang w:val="ru-RU"/>
        </w:rPr>
        <w:t>-</w:t>
      </w:r>
      <w:proofErr w:type="gramEnd"/>
      <w:r w:rsidRPr="00A80773">
        <w:rPr>
          <w:lang w:val="ru-RU"/>
        </w:rPr>
        <w:t xml:space="preserve"> </w:t>
      </w:r>
      <w:r>
        <w:t>🌡️</w:t>
      </w:r>
      <w:r w:rsidRPr="00A80773">
        <w:rPr>
          <w:lang w:val="ru-RU"/>
        </w:rPr>
        <w:t xml:space="preserve"> Очень тёплые круглый год (+25...+30°</w:t>
      </w:r>
      <w:r>
        <w:t>C</w:t>
      </w:r>
      <w:r w:rsidRPr="00A80773">
        <w:rPr>
          <w:lang w:val="ru-RU"/>
        </w:rPr>
        <w:t xml:space="preserve">) - </w:t>
      </w:r>
      <w:r>
        <w:t>💧</w:t>
      </w:r>
      <w:r w:rsidRPr="00A80773">
        <w:rPr>
          <w:lang w:val="ru-RU"/>
        </w:rPr>
        <w:t xml:space="preserve"> Очень влажные - </w:t>
      </w:r>
      <w:r>
        <w:t>🌧️</w:t>
      </w:r>
      <w:r w:rsidRPr="00A80773">
        <w:rPr>
          <w:lang w:val="ru-RU"/>
        </w:rPr>
        <w:t xml:space="preserve"> Частые ливни и грозы - ☁</w:t>
      </w:r>
      <w:r>
        <w:t>️</w:t>
      </w:r>
      <w:r w:rsidRPr="00A80773">
        <w:rPr>
          <w:lang w:val="ru-RU"/>
        </w:rPr>
        <w:t xml:space="preserve"> Облачная погода</w:t>
      </w:r>
    </w:p>
    <w:p w14:paraId="5F73AB70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Почему так влажно?</w:t>
      </w:r>
      <w:r w:rsidRPr="00A80773">
        <w:rPr>
          <w:lang w:val="ru-RU"/>
        </w:rPr>
        <w:t xml:space="preserve"> На экваторе солнце нагревает землю и воду очень сильно → вода испаряется → воздух насыщается влагой → образуются облака → идут дожди!</w:t>
      </w:r>
    </w:p>
    <w:p w14:paraId="7384CB6A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Пример:</w:t>
      </w:r>
      <w:r w:rsidRPr="00A80773">
        <w:rPr>
          <w:lang w:val="ru-RU"/>
        </w:rPr>
        <w:t xml:space="preserve"> Амазония, Конго — тропические леса, где живёт экваториальный воздух.</w:t>
      </w:r>
    </w:p>
    <w:p w14:paraId="487C98A5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6EF8C496" w14:textId="77777777" w:rsidR="005E7DBF" w:rsidRDefault="00D83984">
      <w:pPr>
        <w:pStyle w:val="21"/>
      </w:pPr>
      <w:r>
        <w:t>📊 Таблица-шпаргалка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73"/>
        <w:gridCol w:w="1670"/>
        <w:gridCol w:w="1707"/>
        <w:gridCol w:w="1668"/>
        <w:gridCol w:w="1622"/>
      </w:tblGrid>
      <w:tr w:rsidR="005E7DBF" w14:paraId="4C15EE8F" w14:textId="77777777">
        <w:tc>
          <w:tcPr>
            <w:tcW w:w="1728" w:type="dxa"/>
          </w:tcPr>
          <w:p w14:paraId="589A95BE" w14:textId="77777777" w:rsidR="005E7DBF" w:rsidRDefault="00D83984">
            <w:r>
              <w:rPr>
                <w:b/>
              </w:rPr>
              <w:t>Тип воздушной массы</w:t>
            </w:r>
          </w:p>
        </w:tc>
        <w:tc>
          <w:tcPr>
            <w:tcW w:w="1728" w:type="dxa"/>
          </w:tcPr>
          <w:p w14:paraId="3D6F7F8D" w14:textId="77777777" w:rsidR="005E7DBF" w:rsidRDefault="00D83984">
            <w:r>
              <w:rPr>
                <w:b/>
              </w:rPr>
              <w:t>Где образуется</w:t>
            </w:r>
          </w:p>
        </w:tc>
        <w:tc>
          <w:tcPr>
            <w:tcW w:w="1728" w:type="dxa"/>
          </w:tcPr>
          <w:p w14:paraId="797D22C7" w14:textId="77777777" w:rsidR="005E7DBF" w:rsidRDefault="00D83984">
            <w:r>
              <w:rPr>
                <w:b/>
              </w:rPr>
              <w:t>Температура</w:t>
            </w:r>
          </w:p>
        </w:tc>
        <w:tc>
          <w:tcPr>
            <w:tcW w:w="1728" w:type="dxa"/>
          </w:tcPr>
          <w:p w14:paraId="50AC3556" w14:textId="77777777" w:rsidR="005E7DBF" w:rsidRDefault="00D83984">
            <w:r>
              <w:rPr>
                <w:b/>
              </w:rPr>
              <w:t>Влажность</w:t>
            </w:r>
          </w:p>
        </w:tc>
        <w:tc>
          <w:tcPr>
            <w:tcW w:w="1728" w:type="dxa"/>
          </w:tcPr>
          <w:p w14:paraId="7987069F" w14:textId="77777777" w:rsidR="005E7DBF" w:rsidRDefault="00D83984">
            <w:r>
              <w:rPr>
                <w:b/>
              </w:rPr>
              <w:t>Погода</w:t>
            </w:r>
          </w:p>
        </w:tc>
      </w:tr>
      <w:tr w:rsidR="005E7DBF" w14:paraId="6E1D8FA4" w14:textId="77777777">
        <w:tc>
          <w:tcPr>
            <w:tcW w:w="1728" w:type="dxa"/>
          </w:tcPr>
          <w:p w14:paraId="006DB3E7" w14:textId="77777777" w:rsidR="005E7DBF" w:rsidRDefault="00D83984">
            <w:r>
              <w:rPr>
                <w:b/>
              </w:rPr>
              <w:t>Арктическая</w:t>
            </w:r>
          </w:p>
        </w:tc>
        <w:tc>
          <w:tcPr>
            <w:tcW w:w="1728" w:type="dxa"/>
          </w:tcPr>
          <w:p w14:paraId="0B9B5121" w14:textId="77777777" w:rsidR="005E7DBF" w:rsidRDefault="00D83984">
            <w:r>
              <w:t>У полюсов</w:t>
            </w:r>
          </w:p>
        </w:tc>
        <w:tc>
          <w:tcPr>
            <w:tcW w:w="1728" w:type="dxa"/>
          </w:tcPr>
          <w:p w14:paraId="608418E8" w14:textId="77777777" w:rsidR="005E7DBF" w:rsidRDefault="00D83984">
            <w:r>
              <w:t>❄️ Очень холодная</w:t>
            </w:r>
          </w:p>
        </w:tc>
        <w:tc>
          <w:tcPr>
            <w:tcW w:w="1728" w:type="dxa"/>
          </w:tcPr>
          <w:p w14:paraId="46BC7148" w14:textId="77777777" w:rsidR="005E7DBF" w:rsidRDefault="00D83984">
            <w:r>
              <w:t>Сухая</w:t>
            </w:r>
          </w:p>
        </w:tc>
        <w:tc>
          <w:tcPr>
            <w:tcW w:w="1728" w:type="dxa"/>
          </w:tcPr>
          <w:p w14:paraId="4652B604" w14:textId="77777777" w:rsidR="005E7DBF" w:rsidRDefault="00D83984">
            <w:r>
              <w:t>Ясно, мороз</w:t>
            </w:r>
          </w:p>
        </w:tc>
      </w:tr>
      <w:tr w:rsidR="005E7DBF" w14:paraId="25B06DAC" w14:textId="77777777">
        <w:tc>
          <w:tcPr>
            <w:tcW w:w="1728" w:type="dxa"/>
          </w:tcPr>
          <w:p w14:paraId="7F1C7EC2" w14:textId="77777777" w:rsidR="005E7DBF" w:rsidRDefault="00D83984">
            <w:r>
              <w:rPr>
                <w:b/>
              </w:rPr>
              <w:t>Умеренная</w:t>
            </w:r>
          </w:p>
        </w:tc>
        <w:tc>
          <w:tcPr>
            <w:tcW w:w="1728" w:type="dxa"/>
          </w:tcPr>
          <w:p w14:paraId="0337E62C" w14:textId="77777777" w:rsidR="005E7DBF" w:rsidRDefault="00D83984">
            <w:r>
              <w:t>40°–60° широт</w:t>
            </w:r>
          </w:p>
        </w:tc>
        <w:tc>
          <w:tcPr>
            <w:tcW w:w="1728" w:type="dxa"/>
          </w:tcPr>
          <w:p w14:paraId="1285C5AF" w14:textId="77777777" w:rsidR="005E7DBF" w:rsidRDefault="00D83984">
            <w:r>
              <w:t>🌤️ Умеренная</w:t>
            </w:r>
          </w:p>
        </w:tc>
        <w:tc>
          <w:tcPr>
            <w:tcW w:w="1728" w:type="dxa"/>
          </w:tcPr>
          <w:p w14:paraId="30FD77AF" w14:textId="77777777" w:rsidR="005E7DBF" w:rsidRDefault="00D83984">
            <w:r>
              <w:t>Разная</w:t>
            </w:r>
          </w:p>
        </w:tc>
        <w:tc>
          <w:tcPr>
            <w:tcW w:w="1728" w:type="dxa"/>
          </w:tcPr>
          <w:p w14:paraId="06E54C65" w14:textId="77777777" w:rsidR="005E7DBF" w:rsidRDefault="00D83984">
            <w:r>
              <w:t>Облачно, осадки</w:t>
            </w:r>
          </w:p>
        </w:tc>
      </w:tr>
      <w:tr w:rsidR="005E7DBF" w14:paraId="75976561" w14:textId="77777777">
        <w:tc>
          <w:tcPr>
            <w:tcW w:w="1728" w:type="dxa"/>
          </w:tcPr>
          <w:p w14:paraId="7C6C350D" w14:textId="77777777" w:rsidR="005E7DBF" w:rsidRDefault="00D83984">
            <w:r>
              <w:rPr>
                <w:b/>
              </w:rPr>
              <w:t>Тропическая</w:t>
            </w:r>
          </w:p>
        </w:tc>
        <w:tc>
          <w:tcPr>
            <w:tcW w:w="1728" w:type="dxa"/>
          </w:tcPr>
          <w:p w14:paraId="5E3C1E32" w14:textId="77777777" w:rsidR="005E7DBF" w:rsidRDefault="00D83984">
            <w:r>
              <w:t>15°–35° широт</w:t>
            </w:r>
          </w:p>
        </w:tc>
        <w:tc>
          <w:tcPr>
            <w:tcW w:w="1728" w:type="dxa"/>
          </w:tcPr>
          <w:p w14:paraId="435F4259" w14:textId="77777777" w:rsidR="005E7DBF" w:rsidRDefault="00D83984">
            <w:r>
              <w:t>🔥 Жаркая</w:t>
            </w:r>
          </w:p>
        </w:tc>
        <w:tc>
          <w:tcPr>
            <w:tcW w:w="1728" w:type="dxa"/>
          </w:tcPr>
          <w:p w14:paraId="38813689" w14:textId="77777777" w:rsidR="005E7DBF" w:rsidRPr="00A80773" w:rsidRDefault="00D83984">
            <w:pPr>
              <w:rPr>
                <w:lang w:val="ru-RU"/>
              </w:rPr>
            </w:pPr>
            <w:r w:rsidRPr="00A80773">
              <w:rPr>
                <w:lang w:val="ru-RU"/>
              </w:rPr>
              <w:t>Над океаном — влажная, над сушей — сухая</w:t>
            </w:r>
          </w:p>
        </w:tc>
        <w:tc>
          <w:tcPr>
            <w:tcW w:w="1728" w:type="dxa"/>
          </w:tcPr>
          <w:p w14:paraId="5015F651" w14:textId="77777777" w:rsidR="005E7DBF" w:rsidRDefault="00D83984">
            <w:r>
              <w:t>Ясно, сухо</w:t>
            </w:r>
          </w:p>
        </w:tc>
      </w:tr>
      <w:tr w:rsidR="005E7DBF" w14:paraId="2AA85E1C" w14:textId="77777777">
        <w:tc>
          <w:tcPr>
            <w:tcW w:w="1728" w:type="dxa"/>
          </w:tcPr>
          <w:p w14:paraId="4C191FEA" w14:textId="77777777" w:rsidR="005E7DBF" w:rsidRDefault="00D83984">
            <w:r>
              <w:rPr>
                <w:b/>
              </w:rPr>
              <w:t>Экваториальная</w:t>
            </w:r>
          </w:p>
        </w:tc>
        <w:tc>
          <w:tcPr>
            <w:tcW w:w="1728" w:type="dxa"/>
          </w:tcPr>
          <w:p w14:paraId="7AEA4093" w14:textId="77777777" w:rsidR="005E7DBF" w:rsidRDefault="00D83984">
            <w:r>
              <w:t>На экваторе</w:t>
            </w:r>
          </w:p>
        </w:tc>
        <w:tc>
          <w:tcPr>
            <w:tcW w:w="1728" w:type="dxa"/>
          </w:tcPr>
          <w:p w14:paraId="07BC4F2D" w14:textId="77777777" w:rsidR="005E7DBF" w:rsidRDefault="00D83984">
            <w:r>
              <w:t>🌡️ Очень тёплая</w:t>
            </w:r>
          </w:p>
        </w:tc>
        <w:tc>
          <w:tcPr>
            <w:tcW w:w="1728" w:type="dxa"/>
          </w:tcPr>
          <w:p w14:paraId="5E3629EB" w14:textId="77777777" w:rsidR="005E7DBF" w:rsidRDefault="00D83984">
            <w:r>
              <w:t>Очень влажная</w:t>
            </w:r>
          </w:p>
        </w:tc>
        <w:tc>
          <w:tcPr>
            <w:tcW w:w="1728" w:type="dxa"/>
          </w:tcPr>
          <w:p w14:paraId="5EF2FB87" w14:textId="77777777" w:rsidR="005E7DBF" w:rsidRDefault="00D83984">
            <w:r>
              <w:t>Ливни, грозы</w:t>
            </w:r>
          </w:p>
        </w:tc>
      </w:tr>
    </w:tbl>
    <w:p w14:paraId="182F1983" w14:textId="77777777" w:rsidR="005E7DBF" w:rsidRDefault="005E7DBF">
      <w:pPr>
        <w:pBdr>
          <w:bottom w:val="single" w:sz="6" w:space="1" w:color="auto"/>
        </w:pBdr>
      </w:pPr>
    </w:p>
    <w:p w14:paraId="61F2790D" w14:textId="77777777" w:rsidR="005E7DBF" w:rsidRDefault="00D83984">
      <w:pPr>
        <w:pStyle w:val="21"/>
      </w:pPr>
      <w:r>
        <w:lastRenderedPageBreak/>
        <w:t>3. Что такое ветер?</w:t>
      </w:r>
    </w:p>
    <w:p w14:paraId="2E1AC5FC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Ветер</w:t>
      </w:r>
      <w:r w:rsidRPr="00A80773">
        <w:rPr>
          <w:lang w:val="ru-RU"/>
        </w:rPr>
        <w:t xml:space="preserve"> — это движение воздуха от области с </w:t>
      </w:r>
      <w:r w:rsidRPr="00A80773">
        <w:rPr>
          <w:b/>
          <w:lang w:val="ru-RU"/>
        </w:rPr>
        <w:t>высоким</w:t>
      </w:r>
      <w:r w:rsidRPr="00A80773">
        <w:rPr>
          <w:lang w:val="ru-RU"/>
        </w:rPr>
        <w:t xml:space="preserve"> давлением к области с </w:t>
      </w:r>
      <w:r w:rsidRPr="00A80773">
        <w:rPr>
          <w:b/>
          <w:lang w:val="ru-RU"/>
        </w:rPr>
        <w:t>низким</w:t>
      </w:r>
      <w:r w:rsidRPr="00A80773">
        <w:rPr>
          <w:lang w:val="ru-RU"/>
        </w:rPr>
        <w:t xml:space="preserve"> давлением.</w:t>
      </w:r>
    </w:p>
    <w:p w14:paraId="542A1B5A" w14:textId="77777777" w:rsidR="005E7DBF" w:rsidRDefault="00D83984">
      <w:pPr>
        <w:pStyle w:val="31"/>
      </w:pPr>
      <w:r>
        <w:t>Простое объяснение:</w:t>
      </w:r>
    </w:p>
    <w:p w14:paraId="6E683E7C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Воздух всегда стремится «выровнять» разницу в давлении</w:t>
      </w:r>
    </w:p>
    <w:p w14:paraId="3031FF61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 xml:space="preserve">Там, где воздух </w:t>
      </w:r>
      <w:r w:rsidRPr="00A80773">
        <w:rPr>
          <w:b/>
          <w:lang w:val="ru-RU"/>
        </w:rPr>
        <w:t>нагрет</w:t>
      </w:r>
      <w:r w:rsidRPr="00A80773">
        <w:rPr>
          <w:lang w:val="ru-RU"/>
        </w:rPr>
        <w:t xml:space="preserve"> → он поднимается вверх → давление </w:t>
      </w:r>
      <w:r w:rsidRPr="00A80773">
        <w:rPr>
          <w:b/>
          <w:lang w:val="ru-RU"/>
        </w:rPr>
        <w:t>падает</w:t>
      </w:r>
      <w:r w:rsidRPr="00A80773">
        <w:rPr>
          <w:lang w:val="ru-RU"/>
        </w:rPr>
        <w:t xml:space="preserve"> → воздух устремляется туда снизу → дует ветер</w:t>
      </w:r>
    </w:p>
    <w:p w14:paraId="091EE81C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 xml:space="preserve">Там, где воздух </w:t>
      </w:r>
      <w:r w:rsidRPr="00A80773">
        <w:rPr>
          <w:b/>
          <w:lang w:val="ru-RU"/>
        </w:rPr>
        <w:t>охлаждён</w:t>
      </w:r>
      <w:r w:rsidRPr="00A80773">
        <w:rPr>
          <w:lang w:val="ru-RU"/>
        </w:rPr>
        <w:t xml:space="preserve"> → он опускается вниз → давление </w:t>
      </w:r>
      <w:r w:rsidRPr="00A80773">
        <w:rPr>
          <w:b/>
          <w:lang w:val="ru-RU"/>
        </w:rPr>
        <w:t>растёт</w:t>
      </w:r>
      <w:r w:rsidRPr="00A80773">
        <w:rPr>
          <w:lang w:val="ru-RU"/>
        </w:rPr>
        <w:t xml:space="preserve"> → воздух растекается в стороны</w:t>
      </w:r>
    </w:p>
    <w:p w14:paraId="01BB32AC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Запомни:</w:t>
      </w:r>
      <w:r w:rsidRPr="00A80773">
        <w:rPr>
          <w:lang w:val="ru-RU"/>
        </w:rPr>
        <w:t xml:space="preserve"> Ветер дует от высокого давления к низкому!</w:t>
      </w:r>
    </w:p>
    <w:p w14:paraId="0593A251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0BC6A8E4" w14:textId="77777777" w:rsidR="005E7DBF" w:rsidRPr="00A80773" w:rsidRDefault="00D83984">
      <w:pPr>
        <w:pStyle w:val="21"/>
        <w:rPr>
          <w:lang w:val="ru-RU"/>
        </w:rPr>
      </w:pPr>
      <w:r w:rsidRPr="00A80773">
        <w:rPr>
          <w:lang w:val="ru-RU"/>
        </w:rPr>
        <w:t>4. Преобладающие (постоянные) ветры</w:t>
      </w:r>
    </w:p>
    <w:p w14:paraId="5F49E46B" w14:textId="77777777" w:rsidR="005E7DBF" w:rsidRPr="00A80773" w:rsidRDefault="00D83984">
      <w:pPr>
        <w:rPr>
          <w:lang w:val="ru-RU"/>
        </w:rPr>
      </w:pPr>
      <w:r w:rsidRPr="00A80773">
        <w:rPr>
          <w:lang w:val="ru-RU"/>
        </w:rPr>
        <w:t xml:space="preserve">На Земле есть ветры, которые дуют постоянно в одном направлении. Их называют </w:t>
      </w:r>
      <w:r w:rsidRPr="00A80773">
        <w:rPr>
          <w:b/>
          <w:lang w:val="ru-RU"/>
        </w:rPr>
        <w:t>преобладающими</w:t>
      </w:r>
      <w:r w:rsidRPr="00A80773">
        <w:rPr>
          <w:lang w:val="ru-RU"/>
        </w:rPr>
        <w:t xml:space="preserve"> или </w:t>
      </w:r>
      <w:r w:rsidRPr="00A80773">
        <w:rPr>
          <w:b/>
          <w:lang w:val="ru-RU"/>
        </w:rPr>
        <w:t>постоянными</w:t>
      </w:r>
      <w:r w:rsidRPr="00A80773">
        <w:rPr>
          <w:lang w:val="ru-RU"/>
        </w:rPr>
        <w:t>.</w:t>
      </w:r>
    </w:p>
    <w:p w14:paraId="30CCD742" w14:textId="77777777" w:rsidR="005E7DBF" w:rsidRPr="00A80773" w:rsidRDefault="00D83984">
      <w:pPr>
        <w:pStyle w:val="31"/>
        <w:rPr>
          <w:lang w:val="ru-RU"/>
        </w:rPr>
      </w:pPr>
      <w:r>
        <w:t>🌊</w:t>
      </w:r>
      <w:r w:rsidRPr="00A80773">
        <w:rPr>
          <w:lang w:val="ru-RU"/>
        </w:rPr>
        <w:t xml:space="preserve"> Пассаты</w:t>
      </w:r>
    </w:p>
    <w:p w14:paraId="3D6AD19F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Где дуют:</w:t>
      </w:r>
      <w:r w:rsidRPr="00A80773">
        <w:rPr>
          <w:lang w:val="ru-RU"/>
        </w:rPr>
        <w:t xml:space="preserve"> между экватором и тропиками (примерно до 30° широты).</w:t>
      </w:r>
    </w:p>
    <w:p w14:paraId="45F8A803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Направление:</w:t>
      </w:r>
      <w:r w:rsidRPr="00A80773">
        <w:rPr>
          <w:lang w:val="ru-RU"/>
        </w:rPr>
        <w:t>- В Северном полушарии — с северо-востока на юго-запад - В Южном полушарии — с юго-востока на северо-запад</w:t>
      </w:r>
    </w:p>
    <w:p w14:paraId="6F526077" w14:textId="7660AE0F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Почему так?</w:t>
      </w:r>
      <w:r w:rsidRPr="00A80773">
        <w:rPr>
          <w:lang w:val="ru-RU"/>
        </w:rPr>
        <w:t xml:space="preserve"> Воздух у экватора поднимается вверх, а сверху возвращается к тропикам. Из-за вращения Земли этот воздух «закручивается» и </w:t>
      </w:r>
      <w:r w:rsidR="007D6545">
        <w:rPr>
          <w:lang w:val="ru-RU"/>
        </w:rPr>
        <w:t>отклоняется</w:t>
      </w:r>
      <w:r w:rsidRPr="00A80773">
        <w:rPr>
          <w:lang w:val="ru-RU"/>
        </w:rPr>
        <w:t xml:space="preserve"> </w:t>
      </w:r>
      <w:r w:rsidR="007D6545">
        <w:rPr>
          <w:lang w:val="ru-RU"/>
        </w:rPr>
        <w:t>т</w:t>
      </w:r>
      <w:r w:rsidRPr="00A80773">
        <w:rPr>
          <w:lang w:val="ru-RU"/>
        </w:rPr>
        <w:t xml:space="preserve">ак </w:t>
      </w:r>
      <w:r w:rsidR="007D6545">
        <w:rPr>
          <w:lang w:val="ru-RU"/>
        </w:rPr>
        <w:t xml:space="preserve">и формируются </w:t>
      </w:r>
      <w:r w:rsidRPr="00A80773">
        <w:rPr>
          <w:lang w:val="ru-RU"/>
        </w:rPr>
        <w:t>пассаты.</w:t>
      </w:r>
    </w:p>
    <w:p w14:paraId="464BAC37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Свойства:</w:t>
      </w:r>
      <w:r w:rsidRPr="00A80773">
        <w:rPr>
          <w:lang w:val="ru-RU"/>
        </w:rPr>
        <w:t>- Над океаном — тёплые и влажные → приносят дожди - Над сушей — приносят облака и осадки</w:t>
      </w:r>
    </w:p>
    <w:p w14:paraId="601AA4E7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Интересный факт:</w:t>
      </w:r>
      <w:r w:rsidRPr="00A80773">
        <w:rPr>
          <w:lang w:val="ru-RU"/>
        </w:rPr>
        <w:t xml:space="preserve"> Пассаты помогли Колумбу добраться до Америки! Корабли плыли на парусах именно с помощью пассатов.</w:t>
      </w:r>
    </w:p>
    <w:p w14:paraId="79351379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0438F5D5" w14:textId="77777777" w:rsidR="005E7DBF" w:rsidRPr="00A80773" w:rsidRDefault="00D83984">
      <w:pPr>
        <w:pStyle w:val="31"/>
        <w:rPr>
          <w:lang w:val="ru-RU"/>
        </w:rPr>
      </w:pPr>
      <w:r>
        <w:t>🌬️</w:t>
      </w:r>
      <w:r w:rsidRPr="00A80773">
        <w:rPr>
          <w:lang w:val="ru-RU"/>
        </w:rPr>
        <w:t xml:space="preserve"> Западные ветры</w:t>
      </w:r>
    </w:p>
    <w:p w14:paraId="183B9D03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Где дуют:</w:t>
      </w:r>
      <w:r w:rsidRPr="00A80773">
        <w:rPr>
          <w:lang w:val="ru-RU"/>
        </w:rPr>
        <w:t xml:space="preserve"> в умеренных широтах (примерно 40°–60°).</w:t>
      </w:r>
    </w:p>
    <w:p w14:paraId="42032B25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Направление:</w:t>
      </w:r>
      <w:r w:rsidRPr="00A80773">
        <w:rPr>
          <w:lang w:val="ru-RU"/>
        </w:rPr>
        <w:t xml:space="preserve"> с запада на восток</w:t>
      </w:r>
    </w:p>
    <w:p w14:paraId="0E9B06FB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Почему так?</w:t>
      </w:r>
      <w:r w:rsidRPr="00A80773">
        <w:rPr>
          <w:lang w:val="ru-RU"/>
        </w:rPr>
        <w:t xml:space="preserve"> Воздух, поднявшийся у экватора, движется к полюсам и, «доехав» до умеренных широт, опускается и возвращается обратно к экватору. Но из-за вращения Земли этот поток закручивается и дует с запада.</w:t>
      </w:r>
    </w:p>
    <w:p w14:paraId="6C678B2C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Свойства:</w:t>
      </w:r>
      <w:r w:rsidRPr="00A80773">
        <w:rPr>
          <w:lang w:val="ru-RU"/>
        </w:rPr>
        <w:t>- Над океанами — приносят влагу и осадки - В Европе именно западные ветры делают погоду мягкой и дождливой</w:t>
      </w:r>
    </w:p>
    <w:p w14:paraId="5B52F578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Пример:</w:t>
      </w:r>
      <w:r w:rsidRPr="00A80773">
        <w:rPr>
          <w:lang w:val="ru-RU"/>
        </w:rPr>
        <w:t xml:space="preserve"> В Лондоне часто идут дожди именно потому, что западные ветры несут влагу с Атлантического океана.</w:t>
      </w:r>
    </w:p>
    <w:p w14:paraId="189FD862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473CEEA2" w14:textId="77777777" w:rsidR="005E7DBF" w:rsidRPr="00A80773" w:rsidRDefault="00D83984">
      <w:pPr>
        <w:pStyle w:val="31"/>
        <w:rPr>
          <w:lang w:val="ru-RU"/>
        </w:rPr>
      </w:pPr>
      <w:r>
        <w:t>🧊</w:t>
      </w:r>
      <w:r w:rsidRPr="00A80773">
        <w:rPr>
          <w:lang w:val="ru-RU"/>
        </w:rPr>
        <w:t xml:space="preserve"> Полярные восточные ветры</w:t>
      </w:r>
    </w:p>
    <w:p w14:paraId="079B9E30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Где дуют:</w:t>
      </w:r>
      <w:r w:rsidRPr="00A80773">
        <w:rPr>
          <w:lang w:val="ru-RU"/>
        </w:rPr>
        <w:t xml:space="preserve"> у полюсов (примерно от 60° до 90°).</w:t>
      </w:r>
    </w:p>
    <w:p w14:paraId="78104909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Направление:</w:t>
      </w:r>
      <w:r w:rsidRPr="00A80773">
        <w:rPr>
          <w:lang w:val="ru-RU"/>
        </w:rPr>
        <w:t xml:space="preserve"> с востока на запад</w:t>
      </w:r>
    </w:p>
    <w:p w14:paraId="23CEE7EA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Свойства:</w:t>
      </w:r>
      <w:r w:rsidRPr="00A80773">
        <w:rPr>
          <w:lang w:val="ru-RU"/>
        </w:rPr>
        <w:t>- ❄</w:t>
      </w:r>
      <w:r>
        <w:t>️</w:t>
      </w:r>
      <w:r w:rsidRPr="00A80773">
        <w:rPr>
          <w:lang w:val="ru-RU"/>
        </w:rPr>
        <w:t xml:space="preserve"> Холодные - </w:t>
      </w:r>
      <w:r>
        <w:t>💨</w:t>
      </w:r>
      <w:r w:rsidRPr="00A80773">
        <w:rPr>
          <w:lang w:val="ru-RU"/>
        </w:rPr>
        <w:t xml:space="preserve"> Сухие - </w:t>
      </w:r>
      <w:r>
        <w:t>🌪️</w:t>
      </w:r>
      <w:r w:rsidRPr="00A80773">
        <w:rPr>
          <w:lang w:val="ru-RU"/>
        </w:rPr>
        <w:t xml:space="preserve"> Приносят похолодание</w:t>
      </w:r>
    </w:p>
    <w:p w14:paraId="53A3C968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Почему так?</w:t>
      </w:r>
      <w:r w:rsidRPr="00A80773">
        <w:rPr>
          <w:lang w:val="ru-RU"/>
        </w:rPr>
        <w:t xml:space="preserve"> У полюсов воздух очень холодный и тяжёлый → давление высокое → воздух растекается от полюсов к экватору.</w:t>
      </w:r>
    </w:p>
    <w:p w14:paraId="4D728CF9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3E96FF67" w14:textId="77777777" w:rsidR="005E7DBF" w:rsidRDefault="00D83984">
      <w:pPr>
        <w:pStyle w:val="21"/>
      </w:pPr>
      <w:r>
        <w:t>📊 Таблица-шпаргалка по ветрам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2157"/>
        <w:gridCol w:w="2768"/>
        <w:gridCol w:w="2551"/>
      </w:tblGrid>
      <w:tr w:rsidR="005E7DBF" w14:paraId="46B48DF9" w14:textId="77777777" w:rsidTr="007D6545">
        <w:tc>
          <w:tcPr>
            <w:tcW w:w="2589" w:type="dxa"/>
          </w:tcPr>
          <w:p w14:paraId="41D0EF2E" w14:textId="77777777" w:rsidR="005E7DBF" w:rsidRDefault="00D83984">
            <w:proofErr w:type="spellStart"/>
            <w:r>
              <w:rPr>
                <w:b/>
              </w:rPr>
              <w:t>Ветер</w:t>
            </w:r>
            <w:proofErr w:type="spellEnd"/>
          </w:p>
        </w:tc>
        <w:tc>
          <w:tcPr>
            <w:tcW w:w="2157" w:type="dxa"/>
          </w:tcPr>
          <w:p w14:paraId="07748C9C" w14:textId="77777777" w:rsidR="005E7DBF" w:rsidRDefault="00D83984">
            <w:r>
              <w:rPr>
                <w:b/>
              </w:rPr>
              <w:t>Где дует</w:t>
            </w:r>
          </w:p>
        </w:tc>
        <w:tc>
          <w:tcPr>
            <w:tcW w:w="2768" w:type="dxa"/>
          </w:tcPr>
          <w:p w14:paraId="1D42E86F" w14:textId="77777777" w:rsidR="005E7DBF" w:rsidRDefault="00D83984">
            <w:r>
              <w:rPr>
                <w:b/>
              </w:rPr>
              <w:t>Направление</w:t>
            </w:r>
          </w:p>
        </w:tc>
        <w:tc>
          <w:tcPr>
            <w:tcW w:w="2551" w:type="dxa"/>
          </w:tcPr>
          <w:p w14:paraId="2ADBA0CC" w14:textId="77777777" w:rsidR="005E7DBF" w:rsidRDefault="00D83984">
            <w:r>
              <w:rPr>
                <w:b/>
              </w:rPr>
              <w:t>Свойства</w:t>
            </w:r>
          </w:p>
        </w:tc>
      </w:tr>
      <w:tr w:rsidR="005E7DBF" w14:paraId="5E3DE750" w14:textId="77777777" w:rsidTr="007D6545">
        <w:tc>
          <w:tcPr>
            <w:tcW w:w="2589" w:type="dxa"/>
          </w:tcPr>
          <w:p w14:paraId="17B75776" w14:textId="77777777" w:rsidR="005E7DBF" w:rsidRDefault="00D83984">
            <w:r>
              <w:rPr>
                <w:b/>
              </w:rPr>
              <w:t>Пассаты</w:t>
            </w:r>
          </w:p>
        </w:tc>
        <w:tc>
          <w:tcPr>
            <w:tcW w:w="2157" w:type="dxa"/>
          </w:tcPr>
          <w:p w14:paraId="6FA300B6" w14:textId="77777777" w:rsidR="005E7DBF" w:rsidRDefault="00D83984">
            <w:r>
              <w:t>Тропики (до 30°)</w:t>
            </w:r>
          </w:p>
        </w:tc>
        <w:tc>
          <w:tcPr>
            <w:tcW w:w="2768" w:type="dxa"/>
          </w:tcPr>
          <w:p w14:paraId="5B5F44D2" w14:textId="77777777" w:rsidR="005E7DBF" w:rsidRPr="00A80773" w:rsidRDefault="00D83984">
            <w:pPr>
              <w:rPr>
                <w:lang w:val="ru-RU"/>
              </w:rPr>
            </w:pPr>
            <w:r w:rsidRPr="00A80773">
              <w:rPr>
                <w:lang w:val="ru-RU"/>
              </w:rPr>
              <w:t>Северо-восточные (С.п.) / Юго-восточные (Ю.п.)</w:t>
            </w:r>
          </w:p>
        </w:tc>
        <w:tc>
          <w:tcPr>
            <w:tcW w:w="2551" w:type="dxa"/>
          </w:tcPr>
          <w:p w14:paraId="70E00C1F" w14:textId="77777777" w:rsidR="005E7DBF" w:rsidRDefault="00D83984">
            <w:r>
              <w:t>Тёплые, над океаном — влажные</w:t>
            </w:r>
          </w:p>
        </w:tc>
      </w:tr>
      <w:tr w:rsidR="005E7DBF" w14:paraId="35912C90" w14:textId="77777777" w:rsidTr="007D6545">
        <w:tc>
          <w:tcPr>
            <w:tcW w:w="2589" w:type="dxa"/>
          </w:tcPr>
          <w:p w14:paraId="07DFD131" w14:textId="77777777" w:rsidR="005E7DBF" w:rsidRDefault="00D83984">
            <w:r>
              <w:rPr>
                <w:b/>
              </w:rPr>
              <w:t>Западные</w:t>
            </w:r>
          </w:p>
        </w:tc>
        <w:tc>
          <w:tcPr>
            <w:tcW w:w="2157" w:type="dxa"/>
          </w:tcPr>
          <w:p w14:paraId="3068F235" w14:textId="77777777" w:rsidR="005E7DBF" w:rsidRDefault="00D83984">
            <w:r>
              <w:t>Умеренные широты (40°–60°)</w:t>
            </w:r>
          </w:p>
        </w:tc>
        <w:tc>
          <w:tcPr>
            <w:tcW w:w="2768" w:type="dxa"/>
          </w:tcPr>
          <w:p w14:paraId="4520B7F1" w14:textId="77777777" w:rsidR="005E7DBF" w:rsidRDefault="00D83984">
            <w:r>
              <w:t>С запада на восток</w:t>
            </w:r>
          </w:p>
        </w:tc>
        <w:tc>
          <w:tcPr>
            <w:tcW w:w="2551" w:type="dxa"/>
          </w:tcPr>
          <w:p w14:paraId="133D667B" w14:textId="77777777" w:rsidR="005E7DBF" w:rsidRDefault="00D83984">
            <w:r>
              <w:t>Влажные, приносят осадки</w:t>
            </w:r>
          </w:p>
        </w:tc>
      </w:tr>
      <w:tr w:rsidR="005E7DBF" w14:paraId="25D51B74" w14:textId="77777777" w:rsidTr="007D6545">
        <w:tc>
          <w:tcPr>
            <w:tcW w:w="2589" w:type="dxa"/>
          </w:tcPr>
          <w:p w14:paraId="1D676CC7" w14:textId="77777777" w:rsidR="005E7DBF" w:rsidRDefault="00D83984">
            <w:r>
              <w:rPr>
                <w:b/>
              </w:rPr>
              <w:t>Полярные восточные</w:t>
            </w:r>
          </w:p>
        </w:tc>
        <w:tc>
          <w:tcPr>
            <w:tcW w:w="2157" w:type="dxa"/>
          </w:tcPr>
          <w:p w14:paraId="23C4C751" w14:textId="77777777" w:rsidR="005E7DBF" w:rsidRDefault="00D83984">
            <w:r>
              <w:t>Полюса (60°–90°)</w:t>
            </w:r>
          </w:p>
        </w:tc>
        <w:tc>
          <w:tcPr>
            <w:tcW w:w="2768" w:type="dxa"/>
          </w:tcPr>
          <w:p w14:paraId="4F1F2AAB" w14:textId="77777777" w:rsidR="005E7DBF" w:rsidRDefault="00D83984">
            <w:r>
              <w:t>С востока на запад</w:t>
            </w:r>
          </w:p>
        </w:tc>
        <w:tc>
          <w:tcPr>
            <w:tcW w:w="2551" w:type="dxa"/>
          </w:tcPr>
          <w:p w14:paraId="79B4BD75" w14:textId="77777777" w:rsidR="005E7DBF" w:rsidRDefault="00D83984">
            <w:r>
              <w:t>Холодные, сухие</w:t>
            </w:r>
          </w:p>
        </w:tc>
      </w:tr>
    </w:tbl>
    <w:p w14:paraId="7B8B04FB" w14:textId="77777777" w:rsidR="005E7DBF" w:rsidRDefault="005E7DBF">
      <w:pPr>
        <w:pBdr>
          <w:bottom w:val="single" w:sz="6" w:space="1" w:color="auto"/>
        </w:pBdr>
      </w:pPr>
    </w:p>
    <w:p w14:paraId="1F4B1B34" w14:textId="77777777" w:rsidR="005E7DBF" w:rsidRPr="00A80773" w:rsidRDefault="00D83984">
      <w:pPr>
        <w:pStyle w:val="21"/>
        <w:rPr>
          <w:lang w:val="ru-RU"/>
        </w:rPr>
      </w:pPr>
      <w:r w:rsidRPr="00A80773">
        <w:rPr>
          <w:lang w:val="ru-RU"/>
        </w:rPr>
        <w:t>5. Как воздушные массы и ветры связаны?</w:t>
      </w:r>
    </w:p>
    <w:p w14:paraId="1F5F63D9" w14:textId="77777777" w:rsidR="005E7DBF" w:rsidRPr="00A80773" w:rsidRDefault="00D83984">
      <w:pPr>
        <w:rPr>
          <w:lang w:val="ru-RU"/>
        </w:rPr>
      </w:pPr>
      <w:r w:rsidRPr="00A80773">
        <w:rPr>
          <w:lang w:val="ru-RU"/>
        </w:rPr>
        <w:t>Ветры — это «курьеры», которые переносят воздушные массы по планете!</w:t>
      </w:r>
    </w:p>
    <w:p w14:paraId="29863A06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Пример:</w:t>
      </w:r>
      <w:r w:rsidRPr="00A80773">
        <w:rPr>
          <w:lang w:val="ru-RU"/>
        </w:rPr>
        <w:t>- Пассаты несут тропический воздух к берегам Африки → там жарко и сухо - Западные ветры несут умеренный воздух к берегам Европы → там мягко и влажно - Полярные ветры несут арктический воздух к берегам России → там холодно</w:t>
      </w:r>
    </w:p>
    <w:p w14:paraId="1D6CC8E1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71632B43" w14:textId="77777777" w:rsidR="005E7DBF" w:rsidRPr="00A80773" w:rsidRDefault="00D83984">
      <w:pPr>
        <w:pStyle w:val="21"/>
        <w:rPr>
          <w:lang w:val="ru-RU"/>
        </w:rPr>
      </w:pPr>
      <w:r w:rsidRPr="00A80773">
        <w:rPr>
          <w:lang w:val="ru-RU"/>
        </w:rPr>
        <w:t>6. Муссоны — ветры, которые меняют направление</w:t>
      </w:r>
    </w:p>
    <w:p w14:paraId="047FAD25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Муссоны</w:t>
      </w:r>
      <w:r w:rsidRPr="00A80773">
        <w:rPr>
          <w:lang w:val="ru-RU"/>
        </w:rPr>
        <w:t xml:space="preserve"> — это ветры, которые меняют направление сезонами.</w:t>
      </w:r>
    </w:p>
    <w:p w14:paraId="31220509" w14:textId="77777777" w:rsidR="005E7DBF" w:rsidRDefault="00D83984">
      <w:pPr>
        <w:pStyle w:val="31"/>
      </w:pPr>
      <w:r>
        <w:t>Летний муссон:</w:t>
      </w:r>
    </w:p>
    <w:p w14:paraId="012804A3" w14:textId="77777777" w:rsidR="005E7DBF" w:rsidRDefault="00D83984">
      <w:pPr>
        <w:pStyle w:val="a0"/>
        <w:spacing w:line="240" w:lineRule="auto"/>
        <w:ind w:left="720"/>
      </w:pPr>
      <w:r>
        <w:t>Суша нагревается быстрее океана</w:t>
      </w:r>
    </w:p>
    <w:p w14:paraId="774696EF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Воздух над сушей поднимается → давление падает</w:t>
      </w:r>
    </w:p>
    <w:p w14:paraId="6A195817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 xml:space="preserve">Ветер дует </w:t>
      </w:r>
      <w:r w:rsidRPr="00A80773">
        <w:rPr>
          <w:b/>
          <w:lang w:val="ru-RU"/>
        </w:rPr>
        <w:t>с океана на сушу</w:t>
      </w:r>
      <w:r w:rsidRPr="00A80773">
        <w:rPr>
          <w:lang w:val="ru-RU"/>
        </w:rPr>
        <w:t xml:space="preserve"> → приносит дожди</w:t>
      </w:r>
    </w:p>
    <w:p w14:paraId="69556D1A" w14:textId="77777777" w:rsidR="005E7DBF" w:rsidRDefault="00D83984">
      <w:pPr>
        <w:pStyle w:val="31"/>
      </w:pPr>
      <w:r>
        <w:t>Зимний муссон:</w:t>
      </w:r>
    </w:p>
    <w:p w14:paraId="0D477D3A" w14:textId="77777777" w:rsidR="005E7DBF" w:rsidRDefault="00D83984">
      <w:pPr>
        <w:pStyle w:val="a0"/>
        <w:spacing w:line="240" w:lineRule="auto"/>
        <w:ind w:left="720"/>
      </w:pPr>
      <w:r>
        <w:t>Суша остывает быстрее океана</w:t>
      </w:r>
    </w:p>
    <w:p w14:paraId="0A9BDA70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Воздух над сушей опускается → давление растёт</w:t>
      </w:r>
    </w:p>
    <w:p w14:paraId="1817AF4A" w14:textId="77777777" w:rsidR="005E7DBF" w:rsidRPr="00A80773" w:rsidRDefault="00D83984">
      <w:pPr>
        <w:pStyle w:val="a0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 xml:space="preserve">Ветер дует </w:t>
      </w:r>
      <w:r w:rsidRPr="00A80773">
        <w:rPr>
          <w:b/>
          <w:lang w:val="ru-RU"/>
        </w:rPr>
        <w:t>с суши на океан</w:t>
      </w:r>
      <w:r w:rsidRPr="00A80773">
        <w:rPr>
          <w:lang w:val="ru-RU"/>
        </w:rPr>
        <w:t xml:space="preserve"> → сухо и прохладно</w:t>
      </w:r>
    </w:p>
    <w:p w14:paraId="5FAC70FD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Пример:</w:t>
      </w:r>
      <w:r w:rsidRPr="00A80773">
        <w:rPr>
          <w:lang w:val="ru-RU"/>
        </w:rPr>
        <w:t xml:space="preserve"> В Индии летний муссон приносит обильные дожди — это время муссонных дождей. Зимой — сухая и тёплая погода.</w:t>
      </w:r>
    </w:p>
    <w:p w14:paraId="75778235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04CB2577" w14:textId="77777777" w:rsidR="005E7DBF" w:rsidRPr="00A80773" w:rsidRDefault="00D83984">
      <w:pPr>
        <w:pStyle w:val="21"/>
        <w:rPr>
          <w:lang w:val="ru-RU"/>
        </w:rPr>
      </w:pPr>
      <w:r w:rsidRPr="00A80773">
        <w:rPr>
          <w:lang w:val="ru-RU"/>
        </w:rPr>
        <w:t>7. Почему это важно?</w:t>
      </w:r>
    </w:p>
    <w:p w14:paraId="0069039A" w14:textId="77777777" w:rsidR="005E7DBF" w:rsidRPr="00A80773" w:rsidRDefault="00D83984">
      <w:pPr>
        <w:rPr>
          <w:lang w:val="ru-RU"/>
        </w:rPr>
      </w:pPr>
      <w:r w:rsidRPr="00A80773">
        <w:rPr>
          <w:lang w:val="ru-RU"/>
        </w:rPr>
        <w:t xml:space="preserve">Знание о воздушных массах и ветрах помогает: - </w:t>
      </w:r>
      <w:r>
        <w:t>🌤️</w:t>
      </w:r>
      <w:r w:rsidRPr="00A80773">
        <w:rPr>
          <w:lang w:val="ru-RU"/>
        </w:rPr>
        <w:t xml:space="preserve"> </w:t>
      </w:r>
      <w:r w:rsidRPr="00A80773">
        <w:rPr>
          <w:b/>
          <w:lang w:val="ru-RU"/>
        </w:rPr>
        <w:t>Предсказывать погоду</w:t>
      </w:r>
      <w:r w:rsidRPr="00A80773">
        <w:rPr>
          <w:lang w:val="ru-RU"/>
        </w:rPr>
        <w:t xml:space="preserve"> — если дует тёплый ветер, жди потепления - ⛵ </w:t>
      </w:r>
      <w:r w:rsidRPr="00A80773">
        <w:rPr>
          <w:b/>
          <w:lang w:val="ru-RU"/>
        </w:rPr>
        <w:t>Планировать морские путешествия</w:t>
      </w:r>
      <w:r w:rsidRPr="00A80773">
        <w:rPr>
          <w:lang w:val="ru-RU"/>
        </w:rPr>
        <w:t xml:space="preserve"> — моряки используют ветры для движения - </w:t>
      </w:r>
      <w:r>
        <w:t>🌾</w:t>
      </w:r>
      <w:r w:rsidRPr="00A80773">
        <w:rPr>
          <w:lang w:val="ru-RU"/>
        </w:rPr>
        <w:t xml:space="preserve"> </w:t>
      </w:r>
      <w:r w:rsidRPr="00A80773">
        <w:rPr>
          <w:b/>
          <w:lang w:val="ru-RU"/>
        </w:rPr>
        <w:t>Заниматься сельским хозяйством</w:t>
      </w:r>
      <w:r w:rsidRPr="00A80773">
        <w:rPr>
          <w:lang w:val="ru-RU"/>
        </w:rPr>
        <w:t xml:space="preserve"> — зная, какие ветры приносят дожди, можно планировать посевы - </w:t>
      </w:r>
      <w:r>
        <w:t>🏗️</w:t>
      </w:r>
      <w:r w:rsidRPr="00A80773">
        <w:rPr>
          <w:lang w:val="ru-RU"/>
        </w:rPr>
        <w:t xml:space="preserve"> </w:t>
      </w:r>
      <w:r w:rsidRPr="00A80773">
        <w:rPr>
          <w:b/>
          <w:lang w:val="ru-RU"/>
        </w:rPr>
        <w:t>Строить города</w:t>
      </w:r>
      <w:r w:rsidRPr="00A80773">
        <w:rPr>
          <w:lang w:val="ru-RU"/>
        </w:rPr>
        <w:t xml:space="preserve"> — учитывают преобладающие ветры для вентиляции</w:t>
      </w:r>
    </w:p>
    <w:p w14:paraId="57BBD55B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5BF4D68E" w14:textId="77777777" w:rsidR="005E7DBF" w:rsidRDefault="00D83984">
      <w:pPr>
        <w:pStyle w:val="21"/>
      </w:pPr>
      <w:r>
        <w:t>❓ Вопросы для самопроверки</w:t>
      </w:r>
    </w:p>
    <w:p w14:paraId="5AD7ED49" w14:textId="77777777" w:rsidR="005E7DBF" w:rsidRDefault="00D83984">
      <w:pPr>
        <w:pStyle w:val="a"/>
        <w:spacing w:line="240" w:lineRule="auto"/>
        <w:ind w:left="720"/>
      </w:pPr>
      <w:r w:rsidRPr="00A80773">
        <w:rPr>
          <w:lang w:val="ru-RU"/>
        </w:rPr>
        <w:t xml:space="preserve">Сколько основных типов воздушных масс ты знаешь? </w:t>
      </w:r>
      <w:r>
        <w:t>Назови их.</w:t>
      </w:r>
    </w:p>
    <w:p w14:paraId="28B6F259" w14:textId="77777777" w:rsidR="005E7DBF" w:rsidRDefault="00D83984">
      <w:pPr>
        <w:pStyle w:val="a"/>
        <w:spacing w:line="240" w:lineRule="auto"/>
        <w:ind w:left="720"/>
      </w:pPr>
      <w:r w:rsidRPr="00A80773">
        <w:rPr>
          <w:lang w:val="ru-RU"/>
        </w:rPr>
        <w:t xml:space="preserve">Какая воздушная масса самая холодная? </w:t>
      </w:r>
      <w:r>
        <w:t>Самая влажная?</w:t>
      </w:r>
    </w:p>
    <w:p w14:paraId="0D7BF83B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Почему у экватора выпадает много осадков?</w:t>
      </w:r>
    </w:p>
    <w:p w14:paraId="67EEB63D" w14:textId="77777777" w:rsidR="005E7DBF" w:rsidRDefault="00D83984">
      <w:pPr>
        <w:pStyle w:val="a"/>
        <w:spacing w:line="240" w:lineRule="auto"/>
        <w:ind w:left="720"/>
      </w:pPr>
      <w:r>
        <w:t>Откуда дуют пассаты?</w:t>
      </w:r>
    </w:p>
    <w:p w14:paraId="4BD234F3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Чем западные ветры отличаются от полярных восточных?</w:t>
      </w:r>
    </w:p>
    <w:p w14:paraId="5A46329B" w14:textId="77777777" w:rsidR="005E7DBF" w:rsidRDefault="00D83984">
      <w:pPr>
        <w:pStyle w:val="a"/>
        <w:spacing w:line="240" w:lineRule="auto"/>
        <w:ind w:left="720"/>
      </w:pPr>
      <w:r>
        <w:t>Почему муссоны меняют направление?</w:t>
      </w:r>
    </w:p>
    <w:p w14:paraId="52104677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Как ветер связан с атмосферным давлением?</w:t>
      </w:r>
    </w:p>
    <w:p w14:paraId="556C1B1F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Какой ветер приносит дожди в Европу?</w:t>
      </w:r>
    </w:p>
    <w:p w14:paraId="2F595093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1074E8DA" w14:textId="77777777" w:rsidR="005E7DBF" w:rsidRPr="00A80773" w:rsidRDefault="00D83984">
      <w:pPr>
        <w:pStyle w:val="21"/>
        <w:rPr>
          <w:lang w:val="ru-RU"/>
        </w:rPr>
      </w:pPr>
      <w:r>
        <w:t>🗺️</w:t>
      </w:r>
      <w:r w:rsidRPr="00A80773">
        <w:rPr>
          <w:lang w:val="ru-RU"/>
        </w:rPr>
        <w:t xml:space="preserve"> Задания для работы с картой</w:t>
      </w:r>
    </w:p>
    <w:p w14:paraId="7015B7AD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t>Задание 1.</w:t>
      </w:r>
    </w:p>
    <w:p w14:paraId="0C3468CE" w14:textId="77777777" w:rsidR="005E7DBF" w:rsidRPr="00A80773" w:rsidRDefault="00D83984">
      <w:pPr>
        <w:rPr>
          <w:lang w:val="ru-RU"/>
        </w:rPr>
      </w:pPr>
      <w:r w:rsidRPr="00A80773">
        <w:rPr>
          <w:lang w:val="ru-RU"/>
        </w:rPr>
        <w:t>На физической карте полушарий обозначь: - Пояса, где образуются экваториальные воздушные массы - Пояса, где образуются тропические воздушные массы - Пояса, где образуются умеренные воздушные массы - Пояса, где образуются арктические воздушные массы</w:t>
      </w:r>
    </w:p>
    <w:p w14:paraId="51A54B2D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t>Задание 2.</w:t>
      </w:r>
    </w:p>
    <w:p w14:paraId="4D41DADC" w14:textId="77777777" w:rsidR="005E7DBF" w:rsidRPr="00A80773" w:rsidRDefault="00D83984">
      <w:pPr>
        <w:rPr>
          <w:lang w:val="ru-RU"/>
        </w:rPr>
      </w:pPr>
      <w:r w:rsidRPr="00A80773">
        <w:rPr>
          <w:lang w:val="ru-RU"/>
        </w:rPr>
        <w:t>Обозначь на карте направления преобладающих ветров: - Пассаты - Западные ветры - Полярные восточные ветры</w:t>
      </w:r>
    </w:p>
    <w:p w14:paraId="7275F7C5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t>Задание 3.</w:t>
      </w:r>
    </w:p>
    <w:p w14:paraId="32AF3634" w14:textId="77777777" w:rsidR="005E7DBF" w:rsidRPr="00A80773" w:rsidRDefault="00D83984">
      <w:pPr>
        <w:rPr>
          <w:lang w:val="ru-RU"/>
        </w:rPr>
      </w:pPr>
      <w:r w:rsidRPr="00A80773">
        <w:rPr>
          <w:lang w:val="ru-RU"/>
        </w:rPr>
        <w:t>Объясни, почему: - В Сахаре очень жарко и сухо - В Лондоне часто идут дожди - В Антарктиде очень холодно</w:t>
      </w:r>
    </w:p>
    <w:p w14:paraId="06BF49A0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737845B4" w14:textId="77777777" w:rsidR="005E7DBF" w:rsidRPr="00A80773" w:rsidRDefault="00D83984">
      <w:pPr>
        <w:pStyle w:val="21"/>
        <w:rPr>
          <w:lang w:val="ru-RU"/>
        </w:rPr>
      </w:pPr>
      <w:r>
        <w:t>💡</w:t>
      </w:r>
      <w:r w:rsidRPr="00A80773">
        <w:rPr>
          <w:lang w:val="ru-RU"/>
        </w:rPr>
        <w:t xml:space="preserve"> Запоминалки</w:t>
      </w:r>
    </w:p>
    <w:p w14:paraId="68170EA3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t>Для воздушных масс:</w:t>
      </w:r>
    </w:p>
    <w:p w14:paraId="579973FB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«А У Т Э»</w:t>
      </w:r>
      <w:r w:rsidRPr="00A80773">
        <w:rPr>
          <w:lang w:val="ru-RU"/>
        </w:rPr>
        <w:t xml:space="preserve"> — Арктическая, Умеренная, Тропическая, Экваториальная</w:t>
      </w:r>
    </w:p>
    <w:p w14:paraId="35034C2F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t>Для ветров (по широтам от экватора к полюсу):</w:t>
      </w:r>
    </w:p>
    <w:p w14:paraId="5A8E8568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«П З П»</w:t>
      </w:r>
      <w:r w:rsidRPr="00A80773">
        <w:rPr>
          <w:lang w:val="ru-RU"/>
        </w:rPr>
        <w:t xml:space="preserve"> — Пассаты, Западные, Полярные</w:t>
      </w:r>
    </w:p>
    <w:p w14:paraId="28A0DAEC" w14:textId="77777777" w:rsidR="005E7DBF" w:rsidRPr="00A80773" w:rsidRDefault="00D83984">
      <w:pPr>
        <w:pStyle w:val="31"/>
        <w:rPr>
          <w:lang w:val="ru-RU"/>
        </w:rPr>
      </w:pPr>
      <w:r w:rsidRPr="00A80773">
        <w:rPr>
          <w:lang w:val="ru-RU"/>
        </w:rPr>
        <w:lastRenderedPageBreak/>
        <w:t>Для направления ветра:</w:t>
      </w:r>
    </w:p>
    <w:p w14:paraId="3DFB580A" w14:textId="77777777" w:rsidR="005E7DBF" w:rsidRPr="00A80773" w:rsidRDefault="00D83984">
      <w:pPr>
        <w:rPr>
          <w:lang w:val="ru-RU"/>
        </w:rPr>
      </w:pPr>
      <w:r w:rsidRPr="00A80773">
        <w:rPr>
          <w:b/>
          <w:lang w:val="ru-RU"/>
        </w:rPr>
        <w:t>Ветер дует от высокого давления к низкому!</w:t>
      </w:r>
    </w:p>
    <w:p w14:paraId="6E6D5C55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747C2DE0" w14:textId="77777777" w:rsidR="005E7DBF" w:rsidRDefault="00D83984">
      <w:pPr>
        <w:pStyle w:val="21"/>
      </w:pPr>
      <w:r>
        <w:t>📝 Краткий итог</w:t>
      </w:r>
    </w:p>
    <w:p w14:paraId="5AF8D419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b/>
          <w:lang w:val="ru-RU"/>
        </w:rPr>
        <w:t>Воздушные массы</w:t>
      </w:r>
      <w:r w:rsidRPr="00A80773">
        <w:rPr>
          <w:lang w:val="ru-RU"/>
        </w:rPr>
        <w:t xml:space="preserve"> — это огромные куски воздуха с определённой температурой и влажностью.</w:t>
      </w:r>
    </w:p>
    <w:p w14:paraId="16EDA850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 xml:space="preserve">Есть </w:t>
      </w:r>
      <w:r w:rsidRPr="00A80773">
        <w:rPr>
          <w:b/>
          <w:lang w:val="ru-RU"/>
        </w:rPr>
        <w:t>4 типа</w:t>
      </w:r>
      <w:r w:rsidRPr="00A80773">
        <w:rPr>
          <w:lang w:val="ru-RU"/>
        </w:rPr>
        <w:t>: арктическая, умеренная, тропическая, экваториальная.</w:t>
      </w:r>
    </w:p>
    <w:p w14:paraId="365EC7C0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b/>
          <w:lang w:val="ru-RU"/>
        </w:rPr>
        <w:t>Ветер</w:t>
      </w:r>
      <w:r w:rsidRPr="00A80773">
        <w:rPr>
          <w:lang w:val="ru-RU"/>
        </w:rPr>
        <w:t xml:space="preserve"> — движение воздуха от высокого давления к низкому.</w:t>
      </w:r>
    </w:p>
    <w:p w14:paraId="6D21DD8D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b/>
          <w:lang w:val="ru-RU"/>
        </w:rPr>
        <w:t>Преобладающие ветры</w:t>
      </w:r>
      <w:r w:rsidRPr="00A80773">
        <w:rPr>
          <w:lang w:val="ru-RU"/>
        </w:rPr>
        <w:t>: пассаты (в тропиках), западные (в умеренных широтах), полярные восточные (у полюсов).</w:t>
      </w:r>
    </w:p>
    <w:p w14:paraId="473D4B08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b/>
          <w:lang w:val="ru-RU"/>
        </w:rPr>
        <w:t>Муссоны</w:t>
      </w:r>
      <w:r w:rsidRPr="00A80773">
        <w:rPr>
          <w:lang w:val="ru-RU"/>
        </w:rPr>
        <w:t xml:space="preserve"> — ветры, меняющие направление сезонами.</w:t>
      </w:r>
    </w:p>
    <w:p w14:paraId="15743F76" w14:textId="77777777" w:rsidR="005E7DBF" w:rsidRPr="00A80773" w:rsidRDefault="00D83984">
      <w:pPr>
        <w:pStyle w:val="a"/>
        <w:spacing w:line="240" w:lineRule="auto"/>
        <w:ind w:left="720"/>
        <w:rPr>
          <w:lang w:val="ru-RU"/>
        </w:rPr>
      </w:pPr>
      <w:r w:rsidRPr="00A80773">
        <w:rPr>
          <w:lang w:val="ru-RU"/>
        </w:rPr>
        <w:t>Ветры переносят воздушные массы, влияя на погоду и климат</w:t>
      </w:r>
      <w:r>
        <w:t>各地</w:t>
      </w:r>
      <w:r w:rsidRPr="00A80773">
        <w:rPr>
          <w:lang w:val="ru-RU"/>
        </w:rPr>
        <w:t>.</w:t>
      </w:r>
    </w:p>
    <w:p w14:paraId="27B34545" w14:textId="77777777" w:rsidR="005E7DBF" w:rsidRPr="00A80773" w:rsidRDefault="005E7DBF">
      <w:pPr>
        <w:pBdr>
          <w:bottom w:val="single" w:sz="6" w:space="1" w:color="auto"/>
        </w:pBdr>
        <w:rPr>
          <w:lang w:val="ru-RU"/>
        </w:rPr>
      </w:pPr>
    </w:p>
    <w:p w14:paraId="237532C6" w14:textId="77777777" w:rsidR="005E7DBF" w:rsidRPr="00A80773" w:rsidRDefault="00D83984">
      <w:pPr>
        <w:rPr>
          <w:lang w:val="ru-RU"/>
        </w:rPr>
      </w:pPr>
      <w:r w:rsidRPr="00A80773">
        <w:rPr>
          <w:i/>
          <w:lang w:val="ru-RU"/>
        </w:rPr>
        <w:t>Подготовлено для урока географии в 7 классе</w:t>
      </w:r>
    </w:p>
    <w:sectPr w:rsidR="005E7DBF" w:rsidRPr="00A80773" w:rsidSect="007D6545">
      <w:footerReference w:type="default" r:id="rId8"/>
      <w:pgSz w:w="12240" w:h="15840"/>
      <w:pgMar w:top="42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E0D8E" w14:textId="77777777" w:rsidR="00F22032" w:rsidRDefault="00F22032">
      <w:pPr>
        <w:spacing w:after="0" w:line="240" w:lineRule="auto"/>
      </w:pPr>
      <w:r>
        <w:separator/>
      </w:r>
    </w:p>
  </w:endnote>
  <w:endnote w:type="continuationSeparator" w:id="0">
    <w:p w14:paraId="28EF8C14" w14:textId="77777777" w:rsidR="00F22032" w:rsidRDefault="00F22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F1124" w14:textId="77777777" w:rsidR="005E7DBF" w:rsidRDefault="00D83984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13B403D6" wp14:editId="7C03E249">
          <wp:extent cx="228600" cy="228600"/>
          <wp:effectExtent l="0" t="0" r="0" b="0"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2EEE" w14:textId="77777777" w:rsidR="00F22032" w:rsidRDefault="00F22032">
      <w:pPr>
        <w:spacing w:after="0" w:line="240" w:lineRule="auto"/>
      </w:pPr>
      <w:r>
        <w:separator/>
      </w:r>
    </w:p>
  </w:footnote>
  <w:footnote w:type="continuationSeparator" w:id="0">
    <w:p w14:paraId="0E2B3DF1" w14:textId="77777777" w:rsidR="00F22032" w:rsidRDefault="00F22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7DBF"/>
    <w:rsid w:val="007D6545"/>
    <w:rsid w:val="00A80773"/>
    <w:rsid w:val="00AA1D8D"/>
    <w:rsid w:val="00B47730"/>
    <w:rsid w:val="00CB0664"/>
    <w:rsid w:val="00D83984"/>
    <w:rsid w:val="00F220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14E0F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2</cp:revision>
  <dcterms:created xsi:type="dcterms:W3CDTF">2013-12-23T23:15:00Z</dcterms:created>
  <dcterms:modified xsi:type="dcterms:W3CDTF">2026-10-01T06:39:00Z</dcterms:modified>
  <cp:category/>
</cp:coreProperties>
</file>