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AC9F3" w14:textId="77777777" w:rsidR="00856398" w:rsidRPr="00FB3BBF" w:rsidRDefault="002B01F9">
      <w:pPr>
        <w:pStyle w:val="1"/>
        <w:rPr>
          <w:lang w:val="ru-RU"/>
        </w:rPr>
      </w:pPr>
      <w:r>
        <w:t>🌊</w:t>
      </w:r>
      <w:r w:rsidRPr="00FB3BBF">
        <w:rPr>
          <w:lang w:val="ru-RU"/>
        </w:rPr>
        <w:t xml:space="preserve"> Реки — великие путешественники Земли</w:t>
      </w:r>
    </w:p>
    <w:p w14:paraId="5B224585" w14:textId="77777777" w:rsidR="00856398" w:rsidRPr="00FB3BBF" w:rsidRDefault="002B01F9">
      <w:pPr>
        <w:pStyle w:val="21"/>
        <w:rPr>
          <w:lang w:val="ru-RU"/>
        </w:rPr>
      </w:pPr>
      <w:r w:rsidRPr="00FB3BBF">
        <w:rPr>
          <w:lang w:val="ru-RU"/>
        </w:rPr>
        <w:t>Что такое река?</w:t>
      </w:r>
    </w:p>
    <w:p w14:paraId="74630F73" w14:textId="1F247BDE" w:rsidR="00856398" w:rsidRPr="00FB3BBF" w:rsidRDefault="002B01F9" w:rsidP="00A45761">
      <w:pPr>
        <w:rPr>
          <w:lang w:val="ru-RU"/>
        </w:rPr>
      </w:pPr>
      <w:r w:rsidRPr="00FB3BBF">
        <w:rPr>
          <w:b/>
          <w:lang w:val="ru-RU"/>
        </w:rPr>
        <w:t>Река</w:t>
      </w:r>
      <w:r w:rsidRPr="00FB3BBF">
        <w:rPr>
          <w:lang w:val="ru-RU"/>
        </w:rPr>
        <w:t xml:space="preserve"> — это постоянный поток воды, который течёт по углублению в земле (его называют </w:t>
      </w:r>
      <w:r w:rsidRPr="00FB3BBF">
        <w:rPr>
          <w:b/>
          <w:lang w:val="ru-RU"/>
        </w:rPr>
        <w:t>руслом</w:t>
      </w:r>
      <w:r w:rsidRPr="00FB3BBF">
        <w:rPr>
          <w:lang w:val="ru-RU"/>
        </w:rPr>
        <w:t>). Каждая река начинается где-то вверху и заканчивается внизу — в другой реке, в озере или в море.</w:t>
      </w:r>
    </w:p>
    <w:p w14:paraId="1754B07B" w14:textId="77777777" w:rsidR="00856398" w:rsidRPr="00FB3BBF" w:rsidRDefault="002B01F9">
      <w:pPr>
        <w:pStyle w:val="21"/>
        <w:rPr>
          <w:lang w:val="ru-RU"/>
        </w:rPr>
      </w:pPr>
      <w:r w:rsidRPr="00FB3BBF">
        <w:rPr>
          <w:lang w:val="ru-RU"/>
        </w:rPr>
        <w:t>Из чего состоит река?</w:t>
      </w:r>
    </w:p>
    <w:p w14:paraId="27032258" w14:textId="77777777" w:rsidR="00856398" w:rsidRPr="00FB3BBF" w:rsidRDefault="002B01F9">
      <w:pPr>
        <w:rPr>
          <w:lang w:val="ru-RU"/>
        </w:rPr>
      </w:pPr>
      <w:r w:rsidRPr="00FB3BBF">
        <w:rPr>
          <w:lang w:val="ru-RU"/>
        </w:rPr>
        <w:t>Каждая река — это как человек с головой, телом и ногами: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856398" w14:paraId="7F7A58DF" w14:textId="77777777">
        <w:tc>
          <w:tcPr>
            <w:tcW w:w="2880" w:type="dxa"/>
          </w:tcPr>
          <w:p w14:paraId="3E4964A2" w14:textId="77777777" w:rsidR="00856398" w:rsidRDefault="002B01F9">
            <w:r>
              <w:rPr>
                <w:b/>
              </w:rPr>
              <w:t>Часть</w:t>
            </w:r>
          </w:p>
        </w:tc>
        <w:tc>
          <w:tcPr>
            <w:tcW w:w="2880" w:type="dxa"/>
          </w:tcPr>
          <w:p w14:paraId="20A66C73" w14:textId="77777777" w:rsidR="00856398" w:rsidRDefault="002B01F9">
            <w:r>
              <w:rPr>
                <w:b/>
              </w:rPr>
              <w:t>Что это</w:t>
            </w:r>
          </w:p>
        </w:tc>
        <w:tc>
          <w:tcPr>
            <w:tcW w:w="2880" w:type="dxa"/>
          </w:tcPr>
          <w:p w14:paraId="2B9B4A33" w14:textId="77777777" w:rsidR="00856398" w:rsidRDefault="002B01F9">
            <w:r>
              <w:rPr>
                <w:b/>
              </w:rPr>
              <w:t>Пример</w:t>
            </w:r>
          </w:p>
        </w:tc>
      </w:tr>
      <w:tr w:rsidR="00856398" w14:paraId="407B8079" w14:textId="77777777">
        <w:tc>
          <w:tcPr>
            <w:tcW w:w="2880" w:type="dxa"/>
          </w:tcPr>
          <w:p w14:paraId="13B054C2" w14:textId="77777777" w:rsidR="00856398" w:rsidRDefault="002B01F9">
            <w:r>
              <w:rPr>
                <w:b/>
              </w:rPr>
              <w:t>Исток</w:t>
            </w:r>
          </w:p>
        </w:tc>
        <w:tc>
          <w:tcPr>
            <w:tcW w:w="2880" w:type="dxa"/>
          </w:tcPr>
          <w:p w14:paraId="6EB03FC2" w14:textId="77777777" w:rsidR="00856398" w:rsidRPr="00FB3BBF" w:rsidRDefault="002B01F9">
            <w:pPr>
              <w:rPr>
                <w:lang w:val="ru-RU"/>
              </w:rPr>
            </w:pPr>
            <w:r w:rsidRPr="00FB3BBF">
              <w:rPr>
                <w:lang w:val="ru-RU"/>
              </w:rPr>
              <w:t>«Голова» реки — откуда она начинается</w:t>
            </w:r>
          </w:p>
        </w:tc>
        <w:tc>
          <w:tcPr>
            <w:tcW w:w="2880" w:type="dxa"/>
          </w:tcPr>
          <w:p w14:paraId="7A8AF8E6" w14:textId="77777777" w:rsidR="00856398" w:rsidRDefault="002B01F9">
            <w:r>
              <w:t>Источник, озеро, ледник</w:t>
            </w:r>
          </w:p>
        </w:tc>
      </w:tr>
      <w:tr w:rsidR="00856398" w:rsidRPr="00A45761" w14:paraId="406C6B02" w14:textId="77777777">
        <w:tc>
          <w:tcPr>
            <w:tcW w:w="2880" w:type="dxa"/>
          </w:tcPr>
          <w:p w14:paraId="5CFC719B" w14:textId="77777777" w:rsidR="00856398" w:rsidRDefault="002B01F9">
            <w:r>
              <w:rPr>
                <w:b/>
              </w:rPr>
              <w:t>Русло</w:t>
            </w:r>
          </w:p>
        </w:tc>
        <w:tc>
          <w:tcPr>
            <w:tcW w:w="2880" w:type="dxa"/>
          </w:tcPr>
          <w:p w14:paraId="5B9F245E" w14:textId="77777777" w:rsidR="00856398" w:rsidRPr="00FB3BBF" w:rsidRDefault="002B01F9">
            <w:pPr>
              <w:rPr>
                <w:lang w:val="ru-RU"/>
              </w:rPr>
            </w:pPr>
            <w:r w:rsidRPr="00FB3BBF">
              <w:rPr>
                <w:lang w:val="ru-RU"/>
              </w:rPr>
              <w:t>«Тело» — углубление, по которому течёт вода</w:t>
            </w:r>
          </w:p>
        </w:tc>
        <w:tc>
          <w:tcPr>
            <w:tcW w:w="2880" w:type="dxa"/>
          </w:tcPr>
          <w:p w14:paraId="03431AEB" w14:textId="77777777" w:rsidR="00856398" w:rsidRPr="00FB3BBF" w:rsidRDefault="002B01F9">
            <w:pPr>
              <w:rPr>
                <w:lang w:val="ru-RU"/>
              </w:rPr>
            </w:pPr>
            <w:r w:rsidRPr="00FB3BBF">
              <w:rPr>
                <w:lang w:val="ru-RU"/>
              </w:rPr>
              <w:t>Дно, по которому бежит река</w:t>
            </w:r>
          </w:p>
        </w:tc>
      </w:tr>
      <w:tr w:rsidR="00856398" w:rsidRPr="00A45761" w14:paraId="54F76808" w14:textId="77777777">
        <w:tc>
          <w:tcPr>
            <w:tcW w:w="2880" w:type="dxa"/>
          </w:tcPr>
          <w:p w14:paraId="1A520A11" w14:textId="77777777" w:rsidR="00856398" w:rsidRDefault="002B01F9">
            <w:r>
              <w:rPr>
                <w:b/>
              </w:rPr>
              <w:t>Устье</w:t>
            </w:r>
          </w:p>
        </w:tc>
        <w:tc>
          <w:tcPr>
            <w:tcW w:w="2880" w:type="dxa"/>
          </w:tcPr>
          <w:p w14:paraId="5858EC97" w14:textId="77777777" w:rsidR="00856398" w:rsidRDefault="002B01F9">
            <w:r>
              <w:t>«Ноги» — куда река впадает</w:t>
            </w:r>
          </w:p>
        </w:tc>
        <w:tc>
          <w:tcPr>
            <w:tcW w:w="2880" w:type="dxa"/>
          </w:tcPr>
          <w:p w14:paraId="66794275" w14:textId="77777777" w:rsidR="00856398" w:rsidRPr="00FB3BBF" w:rsidRDefault="002B01F9">
            <w:pPr>
              <w:rPr>
                <w:lang w:val="ru-RU"/>
              </w:rPr>
            </w:pPr>
            <w:r w:rsidRPr="00FB3BBF">
              <w:rPr>
                <w:lang w:val="ru-RU"/>
              </w:rPr>
              <w:t>В море, озеро или другую реку</w:t>
            </w:r>
          </w:p>
        </w:tc>
      </w:tr>
      <w:tr w:rsidR="00856398" w14:paraId="0571581C" w14:textId="77777777">
        <w:tc>
          <w:tcPr>
            <w:tcW w:w="2880" w:type="dxa"/>
          </w:tcPr>
          <w:p w14:paraId="325ED978" w14:textId="77777777" w:rsidR="00856398" w:rsidRDefault="002B01F9">
            <w:r>
              <w:rPr>
                <w:b/>
              </w:rPr>
              <w:t>Притоки</w:t>
            </w:r>
          </w:p>
        </w:tc>
        <w:tc>
          <w:tcPr>
            <w:tcW w:w="2880" w:type="dxa"/>
          </w:tcPr>
          <w:p w14:paraId="7BC98CE8" w14:textId="77777777" w:rsidR="00856398" w:rsidRPr="00FB3BBF" w:rsidRDefault="002B01F9">
            <w:pPr>
              <w:rPr>
                <w:lang w:val="ru-RU"/>
              </w:rPr>
            </w:pPr>
            <w:r w:rsidRPr="00FB3BBF">
              <w:rPr>
                <w:lang w:val="ru-RU"/>
              </w:rPr>
              <w:t>«Младшие братья» — маленькие реки, впадающие в большую</w:t>
            </w:r>
          </w:p>
        </w:tc>
        <w:tc>
          <w:tcPr>
            <w:tcW w:w="2880" w:type="dxa"/>
          </w:tcPr>
          <w:p w14:paraId="7E2FA8F2" w14:textId="77777777" w:rsidR="00856398" w:rsidRDefault="002B01F9">
            <w:r>
              <w:t>Волга — приток Оки</w:t>
            </w:r>
          </w:p>
        </w:tc>
      </w:tr>
    </w:tbl>
    <w:p w14:paraId="684DD7F3" w14:textId="77777777" w:rsidR="00856398" w:rsidRDefault="00856398">
      <w:pPr>
        <w:pBdr>
          <w:bottom w:val="single" w:sz="6" w:space="1" w:color="auto"/>
        </w:pBdr>
      </w:pPr>
    </w:p>
    <w:p w14:paraId="0D6284CF" w14:textId="77777777" w:rsidR="00856398" w:rsidRDefault="002B01F9">
      <w:pPr>
        <w:pStyle w:val="21"/>
      </w:pPr>
      <w:r>
        <w:t>Откуда берутся реки? 🤔</w:t>
      </w:r>
    </w:p>
    <w:p w14:paraId="178DB286" w14:textId="77777777" w:rsidR="00856398" w:rsidRPr="00FB3BBF" w:rsidRDefault="002B01F9">
      <w:pPr>
        <w:rPr>
          <w:lang w:val="ru-RU"/>
        </w:rPr>
      </w:pPr>
      <w:r w:rsidRPr="00FB3BBF">
        <w:rPr>
          <w:lang w:val="ru-RU"/>
        </w:rPr>
        <w:t>Реки рождаются по-разному, как дети — у всех свои истории:</w:t>
      </w:r>
    </w:p>
    <w:p w14:paraId="3206706F" w14:textId="77777777" w:rsidR="00856398" w:rsidRPr="00FB3BBF" w:rsidRDefault="002B01F9">
      <w:pPr>
        <w:pStyle w:val="a0"/>
        <w:spacing w:line="240" w:lineRule="auto"/>
        <w:ind w:left="720"/>
        <w:rPr>
          <w:lang w:val="ru-RU"/>
        </w:rPr>
      </w:pPr>
      <w:r w:rsidRPr="00FB3BBF">
        <w:rPr>
          <w:b/>
          <w:lang w:val="ru-RU"/>
        </w:rPr>
        <w:t>Из родника</w:t>
      </w:r>
      <w:r w:rsidRPr="00FB3BBF">
        <w:rPr>
          <w:lang w:val="ru-RU"/>
        </w:rPr>
        <w:t xml:space="preserve"> </w:t>
      </w:r>
      <w:r>
        <w:t>💧</w:t>
      </w:r>
      <w:r w:rsidRPr="00FB3BBF">
        <w:rPr>
          <w:lang w:val="ru-RU"/>
        </w:rPr>
        <w:t xml:space="preserve"> — вода пробивается из-под земли. Так начинается большинство маленьких рек.</w:t>
      </w:r>
    </w:p>
    <w:p w14:paraId="3C141D2E" w14:textId="77777777" w:rsidR="00856398" w:rsidRPr="00FB3BBF" w:rsidRDefault="002B01F9">
      <w:pPr>
        <w:pStyle w:val="a0"/>
        <w:spacing w:line="240" w:lineRule="auto"/>
        <w:ind w:left="720"/>
        <w:rPr>
          <w:lang w:val="ru-RU"/>
        </w:rPr>
      </w:pPr>
      <w:r w:rsidRPr="00FB3BBF">
        <w:rPr>
          <w:b/>
          <w:lang w:val="ru-RU"/>
        </w:rPr>
        <w:t>Из озера</w:t>
      </w:r>
      <w:r w:rsidRPr="00FB3BBF">
        <w:rPr>
          <w:lang w:val="ru-RU"/>
        </w:rPr>
        <w:t xml:space="preserve"> </w:t>
      </w:r>
      <w:r>
        <w:t>🏞️</w:t>
      </w:r>
      <w:r w:rsidRPr="00FB3BBF">
        <w:rPr>
          <w:lang w:val="ru-RU"/>
        </w:rPr>
        <w:t xml:space="preserve"> — озеро переполняется, и вода начинает переливаться дальше.</w:t>
      </w:r>
    </w:p>
    <w:p w14:paraId="6AB032CB" w14:textId="77777777" w:rsidR="00856398" w:rsidRDefault="002B01F9">
      <w:pPr>
        <w:pStyle w:val="a0"/>
        <w:spacing w:line="240" w:lineRule="auto"/>
        <w:ind w:left="720"/>
      </w:pPr>
      <w:r w:rsidRPr="00FB3BBF">
        <w:rPr>
          <w:b/>
          <w:lang w:val="ru-RU"/>
        </w:rPr>
        <w:t>Из ледника</w:t>
      </w:r>
      <w:r w:rsidRPr="00FB3BBF">
        <w:rPr>
          <w:lang w:val="ru-RU"/>
        </w:rPr>
        <w:t xml:space="preserve"> </w:t>
      </w:r>
      <w:r>
        <w:t>🏔️</w:t>
      </w:r>
      <w:r w:rsidRPr="00FB3BBF">
        <w:rPr>
          <w:lang w:val="ru-RU"/>
        </w:rPr>
        <w:t xml:space="preserve"> — гора-ледник тает на солнце, и вода стекает вниз. </w:t>
      </w:r>
      <w:r>
        <w:t>Так рождаются великие реки.</w:t>
      </w:r>
    </w:p>
    <w:p w14:paraId="10123FDF" w14:textId="1E77EBAA" w:rsidR="00856398" w:rsidRPr="004F7C89" w:rsidRDefault="002B01F9" w:rsidP="004F7C89">
      <w:pPr>
        <w:pStyle w:val="a0"/>
        <w:spacing w:line="240" w:lineRule="auto"/>
        <w:ind w:left="720"/>
        <w:rPr>
          <w:lang w:val="ru-RU"/>
        </w:rPr>
      </w:pPr>
      <w:r w:rsidRPr="00FB3BBF">
        <w:rPr>
          <w:b/>
          <w:lang w:val="ru-RU"/>
        </w:rPr>
        <w:t>Из болота</w:t>
      </w:r>
      <w:r w:rsidRPr="00FB3BBF">
        <w:rPr>
          <w:lang w:val="ru-RU"/>
        </w:rPr>
        <w:t xml:space="preserve"> </w:t>
      </w:r>
      <w:r>
        <w:t>🌿</w:t>
      </w:r>
      <w:r w:rsidRPr="00FB3BBF">
        <w:rPr>
          <w:lang w:val="ru-RU"/>
        </w:rPr>
        <w:t xml:space="preserve"> — земля пропитана водой, и она медленно вытекает наружу.</w:t>
      </w:r>
    </w:p>
    <w:p w14:paraId="27290131" w14:textId="77777777" w:rsidR="00856398" w:rsidRPr="00FB3BBF" w:rsidRDefault="002B01F9">
      <w:pPr>
        <w:pStyle w:val="21"/>
        <w:rPr>
          <w:lang w:val="ru-RU"/>
        </w:rPr>
      </w:pPr>
      <w:r w:rsidRPr="00FB3BBF">
        <w:rPr>
          <w:lang w:val="ru-RU"/>
        </w:rPr>
        <w:t>Верхнее, среднее и нижнее течение</w:t>
      </w:r>
    </w:p>
    <w:p w14:paraId="6B1F6A99" w14:textId="77777777" w:rsidR="00856398" w:rsidRPr="00FB3BBF" w:rsidRDefault="002B01F9">
      <w:pPr>
        <w:rPr>
          <w:lang w:val="ru-RU"/>
        </w:rPr>
      </w:pPr>
      <w:r w:rsidRPr="00FB3BBF">
        <w:rPr>
          <w:lang w:val="ru-RU"/>
        </w:rPr>
        <w:t>Река меняется по пути, как человек, который взрослеет:</w:t>
      </w:r>
    </w:p>
    <w:p w14:paraId="2F495975" w14:textId="77777777" w:rsidR="00856398" w:rsidRDefault="002B01F9">
      <w:pPr>
        <w:pStyle w:val="31"/>
      </w:pPr>
      <w:r>
        <w:t>⛰️ Верхнее течение (ребёнок)</w:t>
      </w:r>
    </w:p>
    <w:p w14:paraId="2BF9AA4F" w14:textId="77777777" w:rsidR="00856398" w:rsidRPr="00FB3BBF" w:rsidRDefault="002B01F9">
      <w:pPr>
        <w:pStyle w:val="a0"/>
        <w:spacing w:line="240" w:lineRule="auto"/>
        <w:ind w:left="720"/>
        <w:rPr>
          <w:lang w:val="ru-RU"/>
        </w:rPr>
      </w:pPr>
      <w:r w:rsidRPr="00FB3BBF">
        <w:rPr>
          <w:lang w:val="ru-RU"/>
        </w:rPr>
        <w:t>Быстрая, бурная, с порогами и водопадами</w:t>
      </w:r>
    </w:p>
    <w:p w14:paraId="24075325" w14:textId="77777777" w:rsidR="00856398" w:rsidRDefault="002B01F9">
      <w:pPr>
        <w:pStyle w:val="a0"/>
        <w:spacing w:line="240" w:lineRule="auto"/>
        <w:ind w:left="720"/>
      </w:pPr>
      <w:r>
        <w:t>Узкое русло, много камней</w:t>
      </w:r>
    </w:p>
    <w:p w14:paraId="480D7FFE" w14:textId="77777777" w:rsidR="00856398" w:rsidRDefault="002B01F9">
      <w:pPr>
        <w:pStyle w:val="a0"/>
        <w:spacing w:line="240" w:lineRule="auto"/>
        <w:ind w:left="720"/>
      </w:pPr>
      <w:r>
        <w:t>Вода холодная и чистая</w:t>
      </w:r>
    </w:p>
    <w:p w14:paraId="48F40D0A" w14:textId="77777777" w:rsidR="00856398" w:rsidRDefault="002B01F9">
      <w:pPr>
        <w:pStyle w:val="31"/>
      </w:pPr>
      <w:r>
        <w:t>🌊 Среднее течение (подросток)</w:t>
      </w:r>
    </w:p>
    <w:p w14:paraId="55A50356" w14:textId="77777777" w:rsidR="00856398" w:rsidRDefault="002B01F9">
      <w:pPr>
        <w:pStyle w:val="a0"/>
        <w:spacing w:line="240" w:lineRule="auto"/>
        <w:ind w:left="720"/>
      </w:pPr>
      <w:r>
        <w:t>Река становится шире и глубже</w:t>
      </w:r>
    </w:p>
    <w:p w14:paraId="367DD7C1" w14:textId="77777777" w:rsidR="00856398" w:rsidRDefault="002B01F9">
      <w:pPr>
        <w:pStyle w:val="a0"/>
        <w:spacing w:line="240" w:lineRule="auto"/>
        <w:ind w:left="720"/>
      </w:pPr>
      <w:r>
        <w:t xml:space="preserve">Течёт спокойнее, появляются изгибы — </w:t>
      </w:r>
      <w:r>
        <w:rPr>
          <w:b/>
        </w:rPr>
        <w:t>меандры</w:t>
      </w:r>
    </w:p>
    <w:p w14:paraId="14CAD4F7" w14:textId="77777777" w:rsidR="00856398" w:rsidRDefault="002B01F9">
      <w:pPr>
        <w:pStyle w:val="a0"/>
        <w:spacing w:line="240" w:lineRule="auto"/>
        <w:ind w:left="720"/>
      </w:pPr>
      <w:r>
        <w:t>Притоки делают её больше</w:t>
      </w:r>
    </w:p>
    <w:p w14:paraId="4458D701" w14:textId="77777777" w:rsidR="00856398" w:rsidRDefault="002B01F9">
      <w:pPr>
        <w:pStyle w:val="31"/>
      </w:pPr>
      <w:r>
        <w:lastRenderedPageBreak/>
        <w:t>🌊🌊 Нижнее течение (взрослый)</w:t>
      </w:r>
    </w:p>
    <w:p w14:paraId="1F3D21F3" w14:textId="77777777" w:rsidR="00856398" w:rsidRDefault="002B01F9">
      <w:pPr>
        <w:pStyle w:val="a0"/>
        <w:spacing w:line="240" w:lineRule="auto"/>
        <w:ind w:left="720"/>
      </w:pPr>
      <w:r>
        <w:t>Широкая, глубокая, медленная</w:t>
      </w:r>
    </w:p>
    <w:p w14:paraId="074C1FED" w14:textId="77777777" w:rsidR="00856398" w:rsidRPr="00FB3BBF" w:rsidRDefault="002B01F9">
      <w:pPr>
        <w:pStyle w:val="a0"/>
        <w:spacing w:line="240" w:lineRule="auto"/>
        <w:ind w:left="720"/>
        <w:rPr>
          <w:lang w:val="ru-RU"/>
        </w:rPr>
      </w:pPr>
      <w:r w:rsidRPr="00FB3BBF">
        <w:rPr>
          <w:lang w:val="ru-RU"/>
        </w:rPr>
        <w:t xml:space="preserve">Часто разливается, образуя </w:t>
      </w:r>
      <w:r w:rsidRPr="00FB3BBF">
        <w:rPr>
          <w:b/>
          <w:lang w:val="ru-RU"/>
        </w:rPr>
        <w:t>дельту</w:t>
      </w:r>
      <w:r w:rsidRPr="00FB3BBF">
        <w:rPr>
          <w:lang w:val="ru-RU"/>
        </w:rPr>
        <w:t xml:space="preserve"> (как у Нила — в форме треугольника!)</w:t>
      </w:r>
    </w:p>
    <w:p w14:paraId="344F95DE" w14:textId="65676A15" w:rsidR="00856398" w:rsidRDefault="002B01F9" w:rsidP="004F7C89">
      <w:pPr>
        <w:pStyle w:val="a0"/>
        <w:spacing w:line="240" w:lineRule="auto"/>
        <w:ind w:left="720"/>
      </w:pPr>
      <w:r>
        <w:t>Впадает в море или океан</w:t>
      </w:r>
    </w:p>
    <w:p w14:paraId="6C35275C" w14:textId="77777777" w:rsidR="00856398" w:rsidRPr="004F7C89" w:rsidRDefault="002B01F9">
      <w:pPr>
        <w:pStyle w:val="21"/>
        <w:rPr>
          <w:lang w:val="ru-RU"/>
        </w:rPr>
      </w:pPr>
      <w:r w:rsidRPr="004F7C89">
        <w:rPr>
          <w:lang w:val="ru-RU"/>
        </w:rPr>
        <w:t xml:space="preserve">А что под водой? </w:t>
      </w:r>
      <w:r>
        <w:t>🐟</w:t>
      </w:r>
    </w:p>
    <w:p w14:paraId="36347E3A" w14:textId="4B5D89A2" w:rsidR="00856398" w:rsidRPr="00FB3BBF" w:rsidRDefault="00A45761" w:rsidP="004F7C89">
      <w:pPr>
        <w:rPr>
          <w:lang w:val="ru-RU"/>
        </w:rPr>
      </w:pPr>
      <w:r>
        <w:rPr>
          <w:lang w:val="ru-RU"/>
        </w:rPr>
        <w:t>Э</w:t>
      </w:r>
      <w:r w:rsidR="002B01F9" w:rsidRPr="00FB3BBF">
        <w:rPr>
          <w:lang w:val="ru-RU"/>
        </w:rPr>
        <w:t xml:space="preserve">то целый мир! Там живут: - </w:t>
      </w:r>
      <w:r w:rsidR="002B01F9" w:rsidRPr="00FB3BBF">
        <w:rPr>
          <w:b/>
          <w:lang w:val="ru-RU"/>
        </w:rPr>
        <w:t>Рыбы</w:t>
      </w:r>
      <w:r w:rsidR="002B01F9" w:rsidRPr="00FB3BBF">
        <w:rPr>
          <w:lang w:val="ru-RU"/>
        </w:rPr>
        <w:t xml:space="preserve"> — щуки, окуни, караси - </w:t>
      </w:r>
      <w:r w:rsidR="002B01F9" w:rsidRPr="00FB3BBF">
        <w:rPr>
          <w:b/>
          <w:lang w:val="ru-RU"/>
        </w:rPr>
        <w:t>Рачки и улитки</w:t>
      </w:r>
      <w:r w:rsidR="002B01F9" w:rsidRPr="00FB3BBF">
        <w:rPr>
          <w:lang w:val="ru-RU"/>
        </w:rPr>
        <w:t xml:space="preserve"> — чистят воду - </w:t>
      </w:r>
      <w:r w:rsidR="002B01F9" w:rsidRPr="00FB3BBF">
        <w:rPr>
          <w:b/>
          <w:lang w:val="ru-RU"/>
        </w:rPr>
        <w:t>Водоросли</w:t>
      </w:r>
      <w:r w:rsidR="002B01F9" w:rsidRPr="00FB3BBF">
        <w:rPr>
          <w:lang w:val="ru-RU"/>
        </w:rPr>
        <w:t xml:space="preserve"> — как подводные леса - </w:t>
      </w:r>
      <w:r w:rsidR="002B01F9" w:rsidRPr="00FB3BBF">
        <w:rPr>
          <w:b/>
          <w:lang w:val="ru-RU"/>
        </w:rPr>
        <w:t>Лягушки и жабы</w:t>
      </w:r>
      <w:r w:rsidR="002B01F9" w:rsidRPr="00FB3BBF">
        <w:rPr>
          <w:lang w:val="ru-RU"/>
        </w:rPr>
        <w:t xml:space="preserve"> — любят прятаться в кустах у воды</w:t>
      </w:r>
    </w:p>
    <w:p w14:paraId="16DB3FC1" w14:textId="77777777" w:rsidR="00856398" w:rsidRDefault="002B01F9">
      <w:pPr>
        <w:pStyle w:val="21"/>
      </w:pPr>
      <w:r>
        <w:t>Рекорды планеты 🏆</w:t>
      </w:r>
    </w:p>
    <w:p w14:paraId="742989EE" w14:textId="77777777" w:rsidR="00856398" w:rsidRPr="00FB3BBF" w:rsidRDefault="002B01F9">
      <w:pPr>
        <w:pStyle w:val="a0"/>
        <w:spacing w:line="240" w:lineRule="auto"/>
        <w:ind w:left="720"/>
        <w:rPr>
          <w:lang w:val="ru-RU"/>
        </w:rPr>
      </w:pPr>
      <w:r w:rsidRPr="00FB3BBF">
        <w:rPr>
          <w:b/>
          <w:lang w:val="ru-RU"/>
        </w:rPr>
        <w:t>Самая длинная река</w:t>
      </w:r>
      <w:r w:rsidRPr="00FB3BBF">
        <w:rPr>
          <w:lang w:val="ru-RU"/>
        </w:rPr>
        <w:t xml:space="preserve"> — Нил (6 650 км) </w:t>
      </w:r>
      <w:r>
        <w:t>🇪🇬</w:t>
      </w:r>
      <w:r w:rsidRPr="00FB3BBF">
        <w:rPr>
          <w:lang w:val="ru-RU"/>
        </w:rPr>
        <w:t xml:space="preserve"> — течёт по Африке</w:t>
      </w:r>
    </w:p>
    <w:p w14:paraId="789D5FDA" w14:textId="77777777" w:rsidR="00856398" w:rsidRPr="00FB3BBF" w:rsidRDefault="002B01F9">
      <w:pPr>
        <w:pStyle w:val="a0"/>
        <w:spacing w:line="240" w:lineRule="auto"/>
        <w:ind w:left="720"/>
        <w:rPr>
          <w:lang w:val="ru-RU"/>
        </w:rPr>
      </w:pPr>
      <w:r w:rsidRPr="00FB3BBF">
        <w:rPr>
          <w:b/>
          <w:lang w:val="ru-RU"/>
        </w:rPr>
        <w:t>Самая полноводная</w:t>
      </w:r>
      <w:r w:rsidRPr="00FB3BBF">
        <w:rPr>
          <w:lang w:val="ru-RU"/>
        </w:rPr>
        <w:t xml:space="preserve"> — Амазонка (Южная Америка) — в неё вливается больше воды, чем во все остальные реки мира вместе взятых!</w:t>
      </w:r>
    </w:p>
    <w:p w14:paraId="487319B8" w14:textId="77777777" w:rsidR="00856398" w:rsidRPr="00FB3BBF" w:rsidRDefault="002B01F9">
      <w:pPr>
        <w:pStyle w:val="a0"/>
        <w:spacing w:line="240" w:lineRule="auto"/>
        <w:ind w:left="720"/>
        <w:rPr>
          <w:lang w:val="ru-RU"/>
        </w:rPr>
      </w:pPr>
      <w:r w:rsidRPr="00FB3BBF">
        <w:rPr>
          <w:b/>
          <w:lang w:val="ru-RU"/>
        </w:rPr>
        <w:t>Самая широкая</w:t>
      </w:r>
      <w:r w:rsidRPr="00FB3BBF">
        <w:rPr>
          <w:lang w:val="ru-RU"/>
        </w:rPr>
        <w:t xml:space="preserve"> — Амазонка в самом широком месте — 40 км (это как от Москвы до ближайшего города!)</w:t>
      </w:r>
    </w:p>
    <w:p w14:paraId="79B7FF01" w14:textId="3A9A67B1" w:rsidR="00856398" w:rsidRPr="004F7C89" w:rsidRDefault="002B01F9" w:rsidP="004F7C89">
      <w:pPr>
        <w:pStyle w:val="a0"/>
        <w:spacing w:line="240" w:lineRule="auto"/>
        <w:ind w:left="720"/>
        <w:rPr>
          <w:lang w:val="ru-RU"/>
        </w:rPr>
      </w:pPr>
      <w:r w:rsidRPr="00FB3BBF">
        <w:rPr>
          <w:b/>
          <w:lang w:val="ru-RU"/>
        </w:rPr>
        <w:t>Самая глубокая</w:t>
      </w:r>
      <w:r w:rsidRPr="00FB3BBF">
        <w:rPr>
          <w:lang w:val="ru-RU"/>
        </w:rPr>
        <w:t xml:space="preserve"> — река Конго (до 220 метров!)</w:t>
      </w:r>
    </w:p>
    <w:p w14:paraId="22BEC586" w14:textId="77777777" w:rsidR="00856398" w:rsidRPr="00FB3BBF" w:rsidRDefault="002B01F9">
      <w:pPr>
        <w:pStyle w:val="21"/>
        <w:rPr>
          <w:lang w:val="ru-RU"/>
        </w:rPr>
      </w:pPr>
      <w:r w:rsidRPr="00FB3BBF">
        <w:rPr>
          <w:lang w:val="ru-RU"/>
        </w:rPr>
        <w:t xml:space="preserve">Зачем нам реки? </w:t>
      </w:r>
      <w:r>
        <w:t>🤝</w:t>
      </w:r>
    </w:p>
    <w:p w14:paraId="0BAC6F56" w14:textId="77777777" w:rsidR="00856398" w:rsidRPr="00FB3BBF" w:rsidRDefault="002B01F9">
      <w:pPr>
        <w:rPr>
          <w:lang w:val="ru-RU"/>
        </w:rPr>
      </w:pPr>
      <w:r w:rsidRPr="00FB3BBF">
        <w:rPr>
          <w:lang w:val="ru-RU"/>
        </w:rPr>
        <w:t>Реки — наши лучшие друзья:</w:t>
      </w:r>
    </w:p>
    <w:p w14:paraId="7137FEEC" w14:textId="77777777" w:rsidR="00856398" w:rsidRPr="00FB3BBF" w:rsidRDefault="002B01F9">
      <w:pPr>
        <w:pStyle w:val="a"/>
        <w:spacing w:line="240" w:lineRule="auto"/>
        <w:ind w:left="720"/>
        <w:rPr>
          <w:lang w:val="ru-RU"/>
        </w:rPr>
      </w:pPr>
      <w:r w:rsidRPr="00FB3BBF">
        <w:rPr>
          <w:b/>
          <w:lang w:val="ru-RU"/>
        </w:rPr>
        <w:t>Питьевая вода</w:t>
      </w:r>
      <w:r w:rsidRPr="00FB3BBF">
        <w:rPr>
          <w:lang w:val="ru-RU"/>
        </w:rPr>
        <w:t xml:space="preserve"> </w:t>
      </w:r>
      <w:r>
        <w:t>💧</w:t>
      </w:r>
      <w:r w:rsidRPr="00FB3BBF">
        <w:rPr>
          <w:lang w:val="ru-RU"/>
        </w:rPr>
        <w:t xml:space="preserve"> — из рек мы получаем воду для дома</w:t>
      </w:r>
    </w:p>
    <w:p w14:paraId="0C3B84EB" w14:textId="77777777" w:rsidR="00856398" w:rsidRDefault="002B01F9">
      <w:pPr>
        <w:pStyle w:val="a"/>
        <w:spacing w:line="240" w:lineRule="auto"/>
        <w:ind w:left="720"/>
      </w:pPr>
      <w:r>
        <w:rPr>
          <w:b/>
        </w:rPr>
        <w:t>Еда</w:t>
      </w:r>
      <w:r>
        <w:t xml:space="preserve"> 🐟 — рыба, раки, моллюски</w:t>
      </w:r>
    </w:p>
    <w:p w14:paraId="6266F579" w14:textId="77777777" w:rsidR="00856398" w:rsidRPr="00FB3BBF" w:rsidRDefault="002B01F9">
      <w:pPr>
        <w:pStyle w:val="a"/>
        <w:spacing w:line="240" w:lineRule="auto"/>
        <w:ind w:left="720"/>
        <w:rPr>
          <w:lang w:val="ru-RU"/>
        </w:rPr>
      </w:pPr>
      <w:r w:rsidRPr="00FB3BBF">
        <w:rPr>
          <w:b/>
          <w:lang w:val="ru-RU"/>
        </w:rPr>
        <w:t>Транспорт</w:t>
      </w:r>
      <w:r w:rsidRPr="00FB3BBF">
        <w:rPr>
          <w:lang w:val="ru-RU"/>
        </w:rPr>
        <w:t xml:space="preserve"> </w:t>
      </w:r>
      <w:r>
        <w:t>🚢</w:t>
      </w:r>
      <w:r w:rsidRPr="00FB3BBF">
        <w:rPr>
          <w:lang w:val="ru-RU"/>
        </w:rPr>
        <w:t xml:space="preserve"> — по рекам ходят корабли и теплоходы</w:t>
      </w:r>
    </w:p>
    <w:p w14:paraId="22E41573" w14:textId="77777777" w:rsidR="00856398" w:rsidRPr="00FB3BBF" w:rsidRDefault="002B01F9">
      <w:pPr>
        <w:pStyle w:val="a"/>
        <w:spacing w:line="240" w:lineRule="auto"/>
        <w:ind w:left="720"/>
        <w:rPr>
          <w:lang w:val="ru-RU"/>
        </w:rPr>
      </w:pPr>
      <w:r w:rsidRPr="00FB3BBF">
        <w:rPr>
          <w:b/>
          <w:lang w:val="ru-RU"/>
        </w:rPr>
        <w:t>Энергия</w:t>
      </w:r>
      <w:r w:rsidRPr="00FB3BBF">
        <w:rPr>
          <w:lang w:val="ru-RU"/>
        </w:rPr>
        <w:t xml:space="preserve"> ⚡ — на реках строят ГЭС (гидроэлектростанции), и вода вырабатывает электричество</w:t>
      </w:r>
    </w:p>
    <w:p w14:paraId="2317A53C" w14:textId="77777777" w:rsidR="00856398" w:rsidRPr="00FB3BBF" w:rsidRDefault="002B01F9">
      <w:pPr>
        <w:pStyle w:val="a"/>
        <w:spacing w:line="240" w:lineRule="auto"/>
        <w:ind w:left="720"/>
        <w:rPr>
          <w:lang w:val="ru-RU"/>
        </w:rPr>
      </w:pPr>
      <w:r w:rsidRPr="00FB3BBF">
        <w:rPr>
          <w:b/>
          <w:lang w:val="ru-RU"/>
        </w:rPr>
        <w:t>Полив</w:t>
      </w:r>
      <w:r w:rsidRPr="00FB3BBF">
        <w:rPr>
          <w:lang w:val="ru-RU"/>
        </w:rPr>
        <w:t xml:space="preserve"> </w:t>
      </w:r>
      <w:r>
        <w:t>🌾</w:t>
      </w:r>
      <w:r w:rsidRPr="00FB3BBF">
        <w:rPr>
          <w:lang w:val="ru-RU"/>
        </w:rPr>
        <w:t xml:space="preserve"> — реки поливают поля, чтобы росли овощи и фрукты</w:t>
      </w:r>
    </w:p>
    <w:p w14:paraId="4B579E4B" w14:textId="2F4E29C8" w:rsidR="00856398" w:rsidRPr="004F7C89" w:rsidRDefault="002B01F9" w:rsidP="004F7C89">
      <w:pPr>
        <w:pStyle w:val="a"/>
        <w:spacing w:line="240" w:lineRule="auto"/>
        <w:ind w:left="720"/>
        <w:rPr>
          <w:lang w:val="ru-RU"/>
        </w:rPr>
      </w:pPr>
      <w:r w:rsidRPr="00FB3BBF">
        <w:rPr>
          <w:b/>
          <w:lang w:val="ru-RU"/>
        </w:rPr>
        <w:t>Отдых</w:t>
      </w:r>
      <w:r w:rsidRPr="00FB3BBF">
        <w:rPr>
          <w:lang w:val="ru-RU"/>
        </w:rPr>
        <w:t xml:space="preserve"> </w:t>
      </w:r>
      <w:r>
        <w:t>🏖️</w:t>
      </w:r>
      <w:r w:rsidRPr="00FB3BBF">
        <w:rPr>
          <w:lang w:val="ru-RU"/>
        </w:rPr>
        <w:t xml:space="preserve"> — купание, рыбалка, плавание на лодках</w:t>
      </w:r>
    </w:p>
    <w:p w14:paraId="7B608DA4" w14:textId="77777777" w:rsidR="00856398" w:rsidRDefault="002B01F9">
      <w:pPr>
        <w:pStyle w:val="21"/>
      </w:pPr>
      <w:r>
        <w:t>Интересные факты 🧠</w:t>
      </w:r>
    </w:p>
    <w:p w14:paraId="4226CA15" w14:textId="77777777" w:rsidR="00856398" w:rsidRPr="00FB3BBF" w:rsidRDefault="002B01F9">
      <w:pPr>
        <w:pStyle w:val="a0"/>
        <w:spacing w:line="240" w:lineRule="auto"/>
        <w:ind w:left="720"/>
        <w:rPr>
          <w:lang w:val="ru-RU"/>
        </w:rPr>
      </w:pPr>
      <w:r>
        <w:t>🔄</w:t>
      </w:r>
      <w:r w:rsidRPr="00FB3BBF">
        <w:rPr>
          <w:lang w:val="ru-RU"/>
        </w:rPr>
        <w:t xml:space="preserve"> Вода в реке постоянно движется — это </w:t>
      </w:r>
      <w:r w:rsidRPr="00FB3BBF">
        <w:rPr>
          <w:b/>
          <w:lang w:val="ru-RU"/>
        </w:rPr>
        <w:t>круговорот воды в природе</w:t>
      </w:r>
      <w:r w:rsidRPr="00FB3BBF">
        <w:rPr>
          <w:lang w:val="ru-RU"/>
        </w:rPr>
        <w:t>: река несёт воду в океан → океан испаряется → дождь → река снова бежит</w:t>
      </w:r>
    </w:p>
    <w:p w14:paraId="65236B0F" w14:textId="77777777" w:rsidR="00856398" w:rsidRPr="00FB3BBF" w:rsidRDefault="002B01F9">
      <w:pPr>
        <w:pStyle w:val="a0"/>
        <w:spacing w:line="240" w:lineRule="auto"/>
        <w:ind w:left="720"/>
        <w:rPr>
          <w:lang w:val="ru-RU"/>
        </w:rPr>
      </w:pPr>
      <w:r>
        <w:t>🏔️</w:t>
      </w:r>
      <w:r w:rsidRPr="00FB3BBF">
        <w:rPr>
          <w:lang w:val="ru-RU"/>
        </w:rPr>
        <w:t xml:space="preserve"> Самая высокая река в мире — Янцзы начинается на высоте более 6 000 метров!</w:t>
      </w:r>
    </w:p>
    <w:p w14:paraId="1ACEF9B7" w14:textId="77777777" w:rsidR="00856398" w:rsidRPr="00FB3BBF" w:rsidRDefault="002B01F9">
      <w:pPr>
        <w:pStyle w:val="a0"/>
        <w:spacing w:line="240" w:lineRule="auto"/>
        <w:ind w:left="720"/>
        <w:rPr>
          <w:lang w:val="ru-RU"/>
        </w:rPr>
      </w:pPr>
      <w:r>
        <w:t>🐋</w:t>
      </w:r>
      <w:r w:rsidRPr="00FB3BBF">
        <w:rPr>
          <w:lang w:val="ru-RU"/>
        </w:rPr>
        <w:t xml:space="preserve"> В реке Амазонка живут </w:t>
      </w:r>
      <w:r w:rsidRPr="00FB3BBF">
        <w:rPr>
          <w:b/>
          <w:lang w:val="ru-RU"/>
        </w:rPr>
        <w:t>речные дельфины</w:t>
      </w:r>
      <w:r w:rsidRPr="00FB3BBF">
        <w:rPr>
          <w:lang w:val="ru-RU"/>
        </w:rPr>
        <w:t xml:space="preserve"> розового цвета!</w:t>
      </w:r>
    </w:p>
    <w:p w14:paraId="1013FCE7" w14:textId="3D9E4DC7" w:rsidR="00856398" w:rsidRPr="004F7C89" w:rsidRDefault="002B01F9" w:rsidP="004F7C89">
      <w:pPr>
        <w:pStyle w:val="a0"/>
        <w:spacing w:line="240" w:lineRule="auto"/>
        <w:ind w:left="720"/>
        <w:rPr>
          <w:lang w:val="ru-RU"/>
        </w:rPr>
      </w:pPr>
      <w:r>
        <w:t>🇷🇺</w:t>
      </w:r>
      <w:r w:rsidRPr="00FB3BBF">
        <w:rPr>
          <w:lang w:val="ru-RU"/>
        </w:rPr>
        <w:t xml:space="preserve"> В России самая длинная река — Лена (4 400 км), а самая полноводная — Обь</w:t>
      </w:r>
    </w:p>
    <w:p w14:paraId="69D9D8E5" w14:textId="77777777" w:rsidR="00856398" w:rsidRPr="00FB3BBF" w:rsidRDefault="002B01F9">
      <w:pPr>
        <w:pStyle w:val="21"/>
        <w:rPr>
          <w:lang w:val="ru-RU"/>
        </w:rPr>
      </w:pPr>
      <w:r w:rsidRPr="00FB3BBF">
        <w:rPr>
          <w:lang w:val="ru-RU"/>
        </w:rPr>
        <w:t>Простыми словами:</w:t>
      </w:r>
    </w:p>
    <w:p w14:paraId="6562C51F" w14:textId="77777777" w:rsidR="00856398" w:rsidRPr="00FB3BBF" w:rsidRDefault="002B01F9">
      <w:pPr>
        <w:rPr>
          <w:lang w:val="ru-RU"/>
        </w:rPr>
      </w:pPr>
      <w:r w:rsidRPr="00FB3BBF">
        <w:rPr>
          <w:lang w:val="ru-RU"/>
        </w:rPr>
        <w:t xml:space="preserve">Река — это как дорога для воды. Она начинается вверху (в горах или роднике), бежит вниз, набирает силу от маленьких ручейков (притоков) и в конце концов приходит к морю. Без рек на Земле не было бы жизни! </w:t>
      </w:r>
      <w:r>
        <w:t>🌍</w:t>
      </w:r>
    </w:p>
    <w:p w14:paraId="02526920" w14:textId="678C59A6" w:rsidR="00856398" w:rsidRPr="00FB3BBF" w:rsidRDefault="00856398">
      <w:pPr>
        <w:rPr>
          <w:lang w:val="ru-RU"/>
        </w:rPr>
      </w:pPr>
    </w:p>
    <w:sectPr w:rsidR="00856398" w:rsidRPr="00FB3BBF" w:rsidSect="00A45761">
      <w:footerReference w:type="default" r:id="rId8"/>
      <w:pgSz w:w="12240" w:h="15840"/>
      <w:pgMar w:top="426" w:right="1800" w:bottom="709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3A40B" w14:textId="77777777" w:rsidR="002D3124" w:rsidRDefault="002D3124">
      <w:pPr>
        <w:spacing w:after="0" w:line="240" w:lineRule="auto"/>
      </w:pPr>
      <w:r>
        <w:separator/>
      </w:r>
    </w:p>
  </w:endnote>
  <w:endnote w:type="continuationSeparator" w:id="0">
    <w:p w14:paraId="54E78F45" w14:textId="77777777" w:rsidR="002D3124" w:rsidRDefault="002D3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1D583" w14:textId="77777777" w:rsidR="00856398" w:rsidRDefault="002B01F9">
    <w:pPr>
      <w:pStyle w:val="a7"/>
      <w:jc w:val="right"/>
    </w:pPr>
    <w:r>
      <w:rPr>
        <w:rFonts w:ascii="Inter" w:hAnsi="Inter"/>
        <w:color w:val="888888"/>
        <w:sz w:val="23"/>
      </w:rPr>
      <w:t xml:space="preserve">made with </w:t>
    </w:r>
    <w:r>
      <w:rPr>
        <w:noProof/>
      </w:rPr>
      <w:drawing>
        <wp:inline distT="0" distB="0" distL="0" distR="0" wp14:anchorId="5B3AFCF0" wp14:editId="01066B0B">
          <wp:extent cx="228600" cy="228600"/>
          <wp:effectExtent l="0" t="0" r="0" b="0"/>
          <wp:docPr id="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hyperlink>
      <w:r>
        <w:rPr>
          <w:color w:val="888888"/>
        </w:rPr>
        <w:t>gptdaisy.com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587FC" w14:textId="77777777" w:rsidR="002D3124" w:rsidRDefault="002D3124">
      <w:pPr>
        <w:spacing w:after="0" w:line="240" w:lineRule="auto"/>
      </w:pPr>
      <w:r>
        <w:separator/>
      </w:r>
    </w:p>
  </w:footnote>
  <w:footnote w:type="continuationSeparator" w:id="0">
    <w:p w14:paraId="5B4DC148" w14:textId="77777777" w:rsidR="002D3124" w:rsidRDefault="002D3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01F9"/>
    <w:rsid w:val="002D3124"/>
    <w:rsid w:val="00326F90"/>
    <w:rsid w:val="004F7C89"/>
    <w:rsid w:val="00856398"/>
    <w:rsid w:val="00A45761"/>
    <w:rsid w:val="00AA1D8D"/>
    <w:rsid w:val="00B47730"/>
    <w:rsid w:val="00CB0664"/>
    <w:rsid w:val="00FB3B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2A1BEC"/>
  <w14:defaultImageDpi w14:val="300"/>
  <w15:docId w15:val="{0A8BC0A8-723E-4332-82E4-2DA73486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КРИППО-14Н</cp:lastModifiedBy>
  <cp:revision>3</cp:revision>
  <dcterms:created xsi:type="dcterms:W3CDTF">2013-12-23T23:15:00Z</dcterms:created>
  <dcterms:modified xsi:type="dcterms:W3CDTF">2026-09-30T15:44:00Z</dcterms:modified>
  <cp:category/>
</cp:coreProperties>
</file>