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DF42B" w14:textId="77777777" w:rsidR="00D26668" w:rsidRPr="007E0805" w:rsidRDefault="00BD4C1F">
      <w:pPr>
        <w:pStyle w:val="21"/>
        <w:rPr>
          <w:lang w:val="ru-RU"/>
        </w:rPr>
      </w:pPr>
      <w:r>
        <w:t>🧊</w:t>
      </w:r>
      <w:r w:rsidRPr="007E0805">
        <w:rPr>
          <w:lang w:val="ru-RU"/>
        </w:rPr>
        <w:t xml:space="preserve"> Ледники — ледяные гиганты Земли</w:t>
      </w:r>
    </w:p>
    <w:p w14:paraId="10ECF2D6" w14:textId="77777777" w:rsidR="00D26668" w:rsidRPr="007E0805" w:rsidRDefault="00BD4C1F">
      <w:pPr>
        <w:rPr>
          <w:lang w:val="ru-RU"/>
        </w:rPr>
      </w:pPr>
      <w:r w:rsidRPr="007E0805">
        <w:rPr>
          <w:lang w:val="ru-RU"/>
        </w:rPr>
        <w:t xml:space="preserve">Представь себе реку. Но вместо воды в ней течёт лёд. Эта «река» движется очень-очень медленно — всего несколько метров в день. Такую реку из льда и называют </w:t>
      </w:r>
      <w:r w:rsidRPr="007E0805">
        <w:rPr>
          <w:b/>
          <w:lang w:val="ru-RU"/>
        </w:rPr>
        <w:t>ледником</w:t>
      </w:r>
      <w:r w:rsidRPr="007E0805">
        <w:rPr>
          <w:lang w:val="ru-RU"/>
        </w:rPr>
        <w:t>.</w:t>
      </w:r>
    </w:p>
    <w:p w14:paraId="6D2CADB8" w14:textId="77777777" w:rsidR="00D26668" w:rsidRPr="007E0805" w:rsidRDefault="00BD4C1F">
      <w:pPr>
        <w:rPr>
          <w:lang w:val="ru-RU"/>
        </w:rPr>
      </w:pPr>
      <w:r w:rsidRPr="007E0805">
        <w:rPr>
          <w:lang w:val="ru-RU"/>
        </w:rPr>
        <w:t>Ледники — это огромные скопления льда, которые не тают даже летом. Они есть там, где очень холодно: на полюсах и в высоких горах.</w:t>
      </w:r>
    </w:p>
    <w:p w14:paraId="66114B9A" w14:textId="77777777" w:rsidR="00D26668" w:rsidRPr="007E0805" w:rsidRDefault="00D26668">
      <w:pPr>
        <w:pBdr>
          <w:bottom w:val="single" w:sz="6" w:space="1" w:color="auto"/>
        </w:pBdr>
        <w:rPr>
          <w:lang w:val="ru-RU"/>
        </w:rPr>
      </w:pPr>
    </w:p>
    <w:p w14:paraId="408E322E" w14:textId="77777777" w:rsidR="00D26668" w:rsidRPr="007E0805" w:rsidRDefault="00BD4C1F">
      <w:pPr>
        <w:pStyle w:val="31"/>
        <w:rPr>
          <w:lang w:val="ru-RU"/>
        </w:rPr>
      </w:pPr>
      <w:r w:rsidRPr="007E0805">
        <w:rPr>
          <w:lang w:val="ru-RU"/>
        </w:rPr>
        <w:t>❄</w:t>
      </w:r>
      <w:r>
        <w:t>️</w:t>
      </w:r>
      <w:r w:rsidRPr="007E0805">
        <w:rPr>
          <w:lang w:val="ru-RU"/>
        </w:rPr>
        <w:t xml:space="preserve"> Как ледник появляется?</w:t>
      </w:r>
    </w:p>
    <w:p w14:paraId="2A27E362" w14:textId="77777777" w:rsidR="00D26668" w:rsidRPr="007E0805" w:rsidRDefault="00BD4C1F">
      <w:pPr>
        <w:rPr>
          <w:lang w:val="ru-RU"/>
        </w:rPr>
      </w:pPr>
      <w:r w:rsidRPr="007E0805">
        <w:rPr>
          <w:lang w:val="ru-RU"/>
        </w:rPr>
        <w:t>Это как катание снежка. Представь, что ты катишь снежок по снегу. Он становится всё больше и плотнее. Так же и на Земле:</w:t>
      </w:r>
    </w:p>
    <w:p w14:paraId="574AE3D1" w14:textId="77777777" w:rsidR="00D26668" w:rsidRPr="007E0805" w:rsidRDefault="00BD4C1F">
      <w:pPr>
        <w:pStyle w:val="a"/>
        <w:spacing w:line="240" w:lineRule="auto"/>
        <w:ind w:left="720"/>
        <w:rPr>
          <w:lang w:val="ru-RU"/>
        </w:rPr>
      </w:pPr>
      <w:r w:rsidRPr="007E0805">
        <w:rPr>
          <w:b/>
          <w:lang w:val="ru-RU"/>
        </w:rPr>
        <w:t>Снег выпадает</w:t>
      </w:r>
      <w:r w:rsidRPr="007E0805">
        <w:rPr>
          <w:lang w:val="ru-RU"/>
        </w:rPr>
        <w:t xml:space="preserve"> зимой и </w:t>
      </w:r>
      <w:r w:rsidRPr="007E0805">
        <w:rPr>
          <w:b/>
          <w:lang w:val="ru-RU"/>
        </w:rPr>
        <w:t>не тает</w:t>
      </w:r>
      <w:r w:rsidRPr="007E0805">
        <w:rPr>
          <w:lang w:val="ru-RU"/>
        </w:rPr>
        <w:t xml:space="preserve"> летом.</w:t>
      </w:r>
    </w:p>
    <w:p w14:paraId="6F12B21F" w14:textId="77777777" w:rsidR="00D26668" w:rsidRPr="007E0805" w:rsidRDefault="00BD4C1F">
      <w:pPr>
        <w:pStyle w:val="a"/>
        <w:spacing w:line="240" w:lineRule="auto"/>
        <w:ind w:left="720"/>
        <w:rPr>
          <w:lang w:val="ru-RU"/>
        </w:rPr>
      </w:pPr>
      <w:r w:rsidRPr="007E0805">
        <w:rPr>
          <w:lang w:val="ru-RU"/>
        </w:rPr>
        <w:t>Слой снега становится всё толще.</w:t>
      </w:r>
    </w:p>
    <w:p w14:paraId="3B48505D" w14:textId="77777777" w:rsidR="00D26668" w:rsidRPr="007E0805" w:rsidRDefault="00BD4C1F">
      <w:pPr>
        <w:pStyle w:val="a"/>
        <w:spacing w:line="240" w:lineRule="auto"/>
        <w:ind w:left="720"/>
        <w:rPr>
          <w:lang w:val="ru-RU"/>
        </w:rPr>
      </w:pPr>
      <w:r w:rsidRPr="007E0805">
        <w:rPr>
          <w:lang w:val="ru-RU"/>
        </w:rPr>
        <w:t xml:space="preserve">Под своим весом нижний слой </w:t>
      </w:r>
      <w:r w:rsidRPr="007E0805">
        <w:rPr>
          <w:b/>
          <w:lang w:val="ru-RU"/>
        </w:rPr>
        <w:t>спрессовывается</w:t>
      </w:r>
      <w:r w:rsidRPr="007E0805">
        <w:rPr>
          <w:lang w:val="ru-RU"/>
        </w:rPr>
        <w:t xml:space="preserve"> в лёд.</w:t>
      </w:r>
    </w:p>
    <w:p w14:paraId="603FD86C" w14:textId="77777777" w:rsidR="00D26668" w:rsidRPr="007E0805" w:rsidRDefault="00BD4C1F">
      <w:pPr>
        <w:pStyle w:val="a"/>
        <w:spacing w:line="240" w:lineRule="auto"/>
        <w:ind w:left="720"/>
        <w:rPr>
          <w:lang w:val="ru-RU"/>
        </w:rPr>
      </w:pPr>
      <w:r w:rsidRPr="007E0805">
        <w:rPr>
          <w:lang w:val="ru-RU"/>
        </w:rPr>
        <w:t xml:space="preserve">Лёд начинает </w:t>
      </w:r>
      <w:r w:rsidRPr="007E0805">
        <w:rPr>
          <w:b/>
          <w:lang w:val="ru-RU"/>
        </w:rPr>
        <w:t>медленно ползти</w:t>
      </w:r>
      <w:r w:rsidRPr="007E0805">
        <w:rPr>
          <w:lang w:val="ru-RU"/>
        </w:rPr>
        <w:t xml:space="preserve"> вниз под действием силы тяжести.</w:t>
      </w:r>
    </w:p>
    <w:p w14:paraId="0C5EA2DF" w14:textId="77777777" w:rsidR="00D26668" w:rsidRPr="007E0805" w:rsidRDefault="00BD4C1F">
      <w:pPr>
        <w:rPr>
          <w:lang w:val="ru-RU"/>
        </w:rPr>
      </w:pPr>
      <w:r w:rsidRPr="007E0805">
        <w:rPr>
          <w:b/>
          <w:lang w:val="ru-RU"/>
        </w:rPr>
        <w:t>Интересно:</w:t>
      </w:r>
      <w:r w:rsidRPr="007E0805">
        <w:rPr>
          <w:lang w:val="ru-RU"/>
        </w:rPr>
        <w:t xml:space="preserve"> Ледник — это живая система! Он «растёт» сверху (за счёт снега) и «убывает» снизу (когда куски льда откалываются и падают в море).</w:t>
      </w:r>
    </w:p>
    <w:p w14:paraId="259AED40" w14:textId="77777777" w:rsidR="00D26668" w:rsidRPr="007E0805" w:rsidRDefault="00D26668">
      <w:pPr>
        <w:pBdr>
          <w:bottom w:val="single" w:sz="6" w:space="1" w:color="auto"/>
        </w:pBdr>
        <w:rPr>
          <w:lang w:val="ru-RU"/>
        </w:rPr>
      </w:pPr>
    </w:p>
    <w:p w14:paraId="438C787B" w14:textId="77777777" w:rsidR="00D26668" w:rsidRPr="007E0805" w:rsidRDefault="00BD4C1F">
      <w:pPr>
        <w:pStyle w:val="31"/>
        <w:rPr>
          <w:lang w:val="ru-RU"/>
        </w:rPr>
      </w:pPr>
      <w:r>
        <w:t>🗺️</w:t>
      </w:r>
      <w:r w:rsidRPr="007E0805">
        <w:rPr>
          <w:lang w:val="ru-RU"/>
        </w:rPr>
        <w:t xml:space="preserve"> Где живут ледники?</w:t>
      </w:r>
    </w:p>
    <w:p w14:paraId="7EF6E46A" w14:textId="77777777" w:rsidR="00D26668" w:rsidRPr="007E0805" w:rsidRDefault="00BD4C1F">
      <w:pPr>
        <w:rPr>
          <w:lang w:val="ru-RU"/>
        </w:rPr>
      </w:pPr>
      <w:r w:rsidRPr="007E0805">
        <w:rPr>
          <w:lang w:val="ru-RU"/>
        </w:rPr>
        <w:t xml:space="preserve">Ледники занимают почти </w:t>
      </w:r>
      <w:r w:rsidRPr="007E0805">
        <w:rPr>
          <w:b/>
          <w:lang w:val="ru-RU"/>
        </w:rPr>
        <w:t>10% суши</w:t>
      </w:r>
      <w:r w:rsidRPr="007E0805">
        <w:rPr>
          <w:lang w:val="ru-RU"/>
        </w:rPr>
        <w:t xml:space="preserve"> на нашей планете!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26668" w14:paraId="32605881" w14:textId="77777777">
        <w:tc>
          <w:tcPr>
            <w:tcW w:w="4320" w:type="dxa"/>
          </w:tcPr>
          <w:p w14:paraId="60A5BFA0" w14:textId="77777777" w:rsidR="00D26668" w:rsidRDefault="00BD4C1F">
            <w:r>
              <w:rPr>
                <w:b/>
              </w:rPr>
              <w:t>Где находятся</w:t>
            </w:r>
          </w:p>
        </w:tc>
        <w:tc>
          <w:tcPr>
            <w:tcW w:w="4320" w:type="dxa"/>
          </w:tcPr>
          <w:p w14:paraId="51B5468C" w14:textId="77777777" w:rsidR="00D26668" w:rsidRDefault="00BD4C1F">
            <w:r>
              <w:rPr>
                <w:b/>
              </w:rPr>
              <w:t>Примеры</w:t>
            </w:r>
          </w:p>
        </w:tc>
      </w:tr>
      <w:tr w:rsidR="00D26668" w:rsidRPr="00CF4A82" w14:paraId="23728C1A" w14:textId="77777777">
        <w:tc>
          <w:tcPr>
            <w:tcW w:w="4320" w:type="dxa"/>
          </w:tcPr>
          <w:p w14:paraId="35301911" w14:textId="77777777" w:rsidR="00D26668" w:rsidRDefault="00BD4C1F">
            <w:r>
              <w:rPr>
                <w:b/>
              </w:rPr>
              <w:t>На полюсах</w:t>
            </w:r>
            <w:r>
              <w:t xml:space="preserve"> (континентальные)</w:t>
            </w:r>
          </w:p>
        </w:tc>
        <w:tc>
          <w:tcPr>
            <w:tcW w:w="4320" w:type="dxa"/>
          </w:tcPr>
          <w:p w14:paraId="113E709A" w14:textId="77777777" w:rsidR="00D26668" w:rsidRPr="007E0805" w:rsidRDefault="00BD4C1F">
            <w:pPr>
              <w:rPr>
                <w:lang w:val="ru-RU"/>
              </w:rPr>
            </w:pPr>
            <w:r w:rsidRPr="007E0805">
              <w:rPr>
                <w:lang w:val="ru-RU"/>
              </w:rPr>
              <w:t>Антарктида, Гренландия. Это огромные ледяные щиты, которые покрывают целые страны.</w:t>
            </w:r>
          </w:p>
        </w:tc>
      </w:tr>
      <w:tr w:rsidR="00D26668" w:rsidRPr="00CF4A82" w14:paraId="010068C1" w14:textId="77777777">
        <w:tc>
          <w:tcPr>
            <w:tcW w:w="4320" w:type="dxa"/>
          </w:tcPr>
          <w:p w14:paraId="7C759835" w14:textId="77777777" w:rsidR="00D26668" w:rsidRDefault="00BD4C1F">
            <w:r>
              <w:rPr>
                <w:b/>
              </w:rPr>
              <w:t>В горах</w:t>
            </w:r>
            <w:r>
              <w:t xml:space="preserve"> (долинные)</w:t>
            </w:r>
          </w:p>
        </w:tc>
        <w:tc>
          <w:tcPr>
            <w:tcW w:w="4320" w:type="dxa"/>
          </w:tcPr>
          <w:p w14:paraId="465D367E" w14:textId="77777777" w:rsidR="00D26668" w:rsidRPr="007E0805" w:rsidRDefault="00BD4C1F">
            <w:pPr>
              <w:rPr>
                <w:lang w:val="ru-RU"/>
              </w:rPr>
            </w:pPr>
            <w:r w:rsidRPr="007E0805">
              <w:rPr>
                <w:lang w:val="ru-RU"/>
              </w:rPr>
              <w:t>Альпы, Гималаи, Кавказ, Анды. Они живут в горных долинах, как ледяные реки.</w:t>
            </w:r>
          </w:p>
        </w:tc>
      </w:tr>
      <w:tr w:rsidR="00D26668" w:rsidRPr="00CF4A82" w14:paraId="73CFF820" w14:textId="77777777">
        <w:tc>
          <w:tcPr>
            <w:tcW w:w="4320" w:type="dxa"/>
          </w:tcPr>
          <w:p w14:paraId="07BF5396" w14:textId="77777777" w:rsidR="00D26668" w:rsidRDefault="00BD4C1F">
            <w:r>
              <w:rPr>
                <w:b/>
              </w:rPr>
              <w:t>На вулканах</w:t>
            </w:r>
          </w:p>
        </w:tc>
        <w:tc>
          <w:tcPr>
            <w:tcW w:w="4320" w:type="dxa"/>
          </w:tcPr>
          <w:p w14:paraId="51F6600F" w14:textId="77777777" w:rsidR="00D26668" w:rsidRPr="007E0805" w:rsidRDefault="00BD4C1F">
            <w:pPr>
              <w:rPr>
                <w:lang w:val="ru-RU"/>
              </w:rPr>
            </w:pPr>
            <w:r w:rsidRPr="007E0805">
              <w:rPr>
                <w:lang w:val="ru-RU"/>
              </w:rPr>
              <w:t>Килиманджаро (Африка) — да, там тоже есть ледник, хотя Африка жаркая!</w:t>
            </w:r>
          </w:p>
        </w:tc>
      </w:tr>
    </w:tbl>
    <w:p w14:paraId="0C6ECF86" w14:textId="77777777" w:rsidR="00D26668" w:rsidRPr="007E0805" w:rsidRDefault="00D26668">
      <w:pPr>
        <w:pBdr>
          <w:bottom w:val="single" w:sz="6" w:space="1" w:color="auto"/>
        </w:pBdr>
        <w:rPr>
          <w:lang w:val="ru-RU"/>
        </w:rPr>
      </w:pPr>
    </w:p>
    <w:p w14:paraId="121C10BD" w14:textId="77777777" w:rsidR="00D26668" w:rsidRPr="007E0805" w:rsidRDefault="00BD4C1F">
      <w:pPr>
        <w:pStyle w:val="31"/>
        <w:rPr>
          <w:lang w:val="ru-RU"/>
        </w:rPr>
      </w:pPr>
      <w:r>
        <w:t>🌍</w:t>
      </w:r>
      <w:r w:rsidRPr="007E0805">
        <w:rPr>
          <w:lang w:val="ru-RU"/>
        </w:rPr>
        <w:t xml:space="preserve"> Зачем нам нужны ледники?</w:t>
      </w:r>
    </w:p>
    <w:p w14:paraId="59BAD9F5" w14:textId="77777777" w:rsidR="00D26668" w:rsidRPr="007E0805" w:rsidRDefault="00BD4C1F">
      <w:pPr>
        <w:rPr>
          <w:lang w:val="ru-RU"/>
        </w:rPr>
      </w:pPr>
      <w:r w:rsidRPr="007E0805">
        <w:rPr>
          <w:lang w:val="ru-RU"/>
        </w:rPr>
        <w:t>Ледники — это не просто красота, они очень важны для жизни:</w:t>
      </w:r>
    </w:p>
    <w:p w14:paraId="704867CA" w14:textId="77777777" w:rsidR="00D26668" w:rsidRDefault="00BD4C1F">
      <w:pPr>
        <w:pStyle w:val="a"/>
        <w:spacing w:line="240" w:lineRule="auto"/>
        <w:ind w:left="720"/>
      </w:pPr>
      <w:r w:rsidRPr="007E0805">
        <w:rPr>
          <w:b/>
          <w:lang w:val="ru-RU"/>
        </w:rPr>
        <w:t>Хранилище пресной воды.</w:t>
      </w:r>
      <w:r w:rsidRPr="007E0805">
        <w:rPr>
          <w:lang w:val="ru-RU"/>
        </w:rPr>
        <w:t xml:space="preserve">Почти </w:t>
      </w:r>
      <w:r w:rsidRPr="007E0805">
        <w:rPr>
          <w:b/>
          <w:lang w:val="ru-RU"/>
        </w:rPr>
        <w:t>70% всей пресной воды</w:t>
      </w:r>
      <w:r w:rsidRPr="007E0805">
        <w:rPr>
          <w:lang w:val="ru-RU"/>
        </w:rPr>
        <w:t xml:space="preserve"> на Земле замёрзло в ледниках. Если бы весь лёд растаял, в океаны попало бы огромное количество воды, и уровень моря поднялся бы на 60 метров! </w:t>
      </w:r>
      <w:r>
        <w:t>(Представь, что Москва ушла бы под воду 😱).</w:t>
      </w:r>
    </w:p>
    <w:p w14:paraId="24C29DC8" w14:textId="77777777" w:rsidR="00D26668" w:rsidRDefault="00BD4C1F">
      <w:pPr>
        <w:pStyle w:val="a"/>
        <w:spacing w:line="240" w:lineRule="auto"/>
        <w:ind w:left="720"/>
      </w:pPr>
      <w:r w:rsidRPr="007E0805">
        <w:rPr>
          <w:b/>
          <w:lang w:val="ru-RU"/>
        </w:rPr>
        <w:lastRenderedPageBreak/>
        <w:t>Охлаждают планету.</w:t>
      </w:r>
      <w:r w:rsidRPr="007E0805">
        <w:rPr>
          <w:lang w:val="ru-RU"/>
        </w:rPr>
        <w:t xml:space="preserve">Белый лёд работает как </w:t>
      </w:r>
      <w:r w:rsidRPr="007E0805">
        <w:rPr>
          <w:b/>
          <w:lang w:val="ru-RU"/>
        </w:rPr>
        <w:t>зеркало</w:t>
      </w:r>
      <w:r w:rsidRPr="007E0805">
        <w:rPr>
          <w:lang w:val="ru-RU"/>
        </w:rPr>
        <w:t xml:space="preserve">: он отражает солнечные лучи обратно в космос. Если лёд растает, откроется тёмная вода или земля, которые поглощают тепло. </w:t>
      </w:r>
      <w:r>
        <w:t>Земля начнёт греться ещё сильнее.</w:t>
      </w:r>
    </w:p>
    <w:p w14:paraId="592BBCA0" w14:textId="77777777" w:rsidR="00D26668" w:rsidRPr="007E0805" w:rsidRDefault="00BD4C1F">
      <w:pPr>
        <w:pStyle w:val="a"/>
        <w:spacing w:line="240" w:lineRule="auto"/>
        <w:ind w:left="720"/>
        <w:rPr>
          <w:lang w:val="ru-RU"/>
        </w:rPr>
      </w:pPr>
      <w:r w:rsidRPr="007E0805">
        <w:rPr>
          <w:b/>
          <w:lang w:val="ru-RU"/>
        </w:rPr>
        <w:t>Питание рек.</w:t>
      </w:r>
      <w:r w:rsidRPr="007E0805">
        <w:rPr>
          <w:lang w:val="ru-RU"/>
        </w:rPr>
        <w:t>Летом, когда сухо, ледники подтаивают и питают реки. Без них многие реки (например, Амазонка или Ганг) могли бы пересохнуть.</w:t>
      </w:r>
    </w:p>
    <w:p w14:paraId="7DF01E16" w14:textId="77777777" w:rsidR="00D26668" w:rsidRPr="007E0805" w:rsidRDefault="00D26668">
      <w:pPr>
        <w:pBdr>
          <w:bottom w:val="single" w:sz="6" w:space="1" w:color="auto"/>
        </w:pBdr>
        <w:rPr>
          <w:lang w:val="ru-RU"/>
        </w:rPr>
      </w:pPr>
    </w:p>
    <w:p w14:paraId="7FBF3BA2" w14:textId="77777777" w:rsidR="00D26668" w:rsidRDefault="00BD4C1F">
      <w:pPr>
        <w:pStyle w:val="31"/>
      </w:pPr>
      <w:r>
        <w:t>🏔️ Виды ледников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26668" w14:paraId="1C9B221C" w14:textId="77777777">
        <w:tc>
          <w:tcPr>
            <w:tcW w:w="2880" w:type="dxa"/>
          </w:tcPr>
          <w:p w14:paraId="665FA99D" w14:textId="77777777" w:rsidR="00D26668" w:rsidRDefault="00BD4C1F">
            <w:r>
              <w:rPr>
                <w:b/>
              </w:rPr>
              <w:t>Тип</w:t>
            </w:r>
          </w:p>
        </w:tc>
        <w:tc>
          <w:tcPr>
            <w:tcW w:w="2880" w:type="dxa"/>
          </w:tcPr>
          <w:p w14:paraId="7EFADE4C" w14:textId="77777777" w:rsidR="00D26668" w:rsidRDefault="00BD4C1F">
            <w:r>
              <w:rPr>
                <w:b/>
              </w:rPr>
              <w:t>Как выглядит</w:t>
            </w:r>
          </w:p>
        </w:tc>
        <w:tc>
          <w:tcPr>
            <w:tcW w:w="2880" w:type="dxa"/>
          </w:tcPr>
          <w:p w14:paraId="792F09E2" w14:textId="77777777" w:rsidR="00D26668" w:rsidRDefault="00BD4C1F">
            <w:r>
              <w:rPr>
                <w:b/>
              </w:rPr>
              <w:t>Где живёт</w:t>
            </w:r>
          </w:p>
        </w:tc>
      </w:tr>
      <w:tr w:rsidR="00D26668" w14:paraId="602F5DAD" w14:textId="77777777">
        <w:tc>
          <w:tcPr>
            <w:tcW w:w="2880" w:type="dxa"/>
          </w:tcPr>
          <w:p w14:paraId="06783B28" w14:textId="77777777" w:rsidR="00D26668" w:rsidRDefault="00BD4C1F">
            <w:r>
              <w:rPr>
                <w:b/>
              </w:rPr>
              <w:t>Континентальный</w:t>
            </w:r>
          </w:p>
        </w:tc>
        <w:tc>
          <w:tcPr>
            <w:tcW w:w="2880" w:type="dxa"/>
          </w:tcPr>
          <w:p w14:paraId="4D821CBC" w14:textId="77777777" w:rsidR="00D26668" w:rsidRDefault="00BD4C1F">
            <w:r w:rsidRPr="007E0805">
              <w:rPr>
                <w:lang w:val="ru-RU"/>
              </w:rPr>
              <w:t xml:space="preserve">Огромный ледяной покров, как одеяло. </w:t>
            </w:r>
            <w:r>
              <w:t>Толщиной до 4 км!</w:t>
            </w:r>
          </w:p>
        </w:tc>
        <w:tc>
          <w:tcPr>
            <w:tcW w:w="2880" w:type="dxa"/>
          </w:tcPr>
          <w:p w14:paraId="139542C6" w14:textId="77777777" w:rsidR="00D26668" w:rsidRDefault="00BD4C1F">
            <w:r>
              <w:t>Антарктида, Гренландия</w:t>
            </w:r>
          </w:p>
        </w:tc>
      </w:tr>
      <w:tr w:rsidR="00D26668" w14:paraId="4EC518A3" w14:textId="77777777">
        <w:tc>
          <w:tcPr>
            <w:tcW w:w="2880" w:type="dxa"/>
          </w:tcPr>
          <w:p w14:paraId="14299516" w14:textId="77777777" w:rsidR="00D26668" w:rsidRDefault="00BD4C1F">
            <w:r>
              <w:rPr>
                <w:b/>
              </w:rPr>
              <w:t>Долинный</w:t>
            </w:r>
          </w:p>
        </w:tc>
        <w:tc>
          <w:tcPr>
            <w:tcW w:w="2880" w:type="dxa"/>
          </w:tcPr>
          <w:p w14:paraId="1A491B4D" w14:textId="77777777" w:rsidR="00D26668" w:rsidRPr="007E0805" w:rsidRDefault="00BD4C1F">
            <w:pPr>
              <w:rPr>
                <w:lang w:val="ru-RU"/>
              </w:rPr>
            </w:pPr>
            <w:r w:rsidRPr="007E0805">
              <w:rPr>
                <w:lang w:val="ru-RU"/>
              </w:rPr>
              <w:t>Похож на реку, течёт между гор.</w:t>
            </w:r>
          </w:p>
        </w:tc>
        <w:tc>
          <w:tcPr>
            <w:tcW w:w="2880" w:type="dxa"/>
          </w:tcPr>
          <w:p w14:paraId="01A91631" w14:textId="77777777" w:rsidR="00D26668" w:rsidRDefault="00BD4C1F">
            <w:r>
              <w:t>Кавказ, Альпы, Алтай</w:t>
            </w:r>
          </w:p>
        </w:tc>
      </w:tr>
      <w:tr w:rsidR="00D26668" w14:paraId="61311272" w14:textId="77777777">
        <w:tc>
          <w:tcPr>
            <w:tcW w:w="2880" w:type="dxa"/>
          </w:tcPr>
          <w:p w14:paraId="7A4EFFF3" w14:textId="77777777" w:rsidR="00D26668" w:rsidRDefault="00BD4C1F">
            <w:r>
              <w:rPr>
                <w:b/>
              </w:rPr>
              <w:t>Платообразный</w:t>
            </w:r>
          </w:p>
        </w:tc>
        <w:tc>
          <w:tcPr>
            <w:tcW w:w="2880" w:type="dxa"/>
          </w:tcPr>
          <w:p w14:paraId="43BE17AC" w14:textId="77777777" w:rsidR="00D26668" w:rsidRDefault="00BD4C1F">
            <w:r>
              <w:t>Расстилается на плоских возвышенностях.</w:t>
            </w:r>
          </w:p>
        </w:tc>
        <w:tc>
          <w:tcPr>
            <w:tcW w:w="2880" w:type="dxa"/>
          </w:tcPr>
          <w:p w14:paraId="6E9EE7D7" w14:textId="77777777" w:rsidR="00D26668" w:rsidRDefault="00BD4C1F">
            <w:r>
              <w:t>Остров Врангеля, Северная Земля</w:t>
            </w:r>
          </w:p>
        </w:tc>
      </w:tr>
    </w:tbl>
    <w:p w14:paraId="329D9C9F" w14:textId="77777777" w:rsidR="00D26668" w:rsidRDefault="00D26668">
      <w:pPr>
        <w:pBdr>
          <w:bottom w:val="single" w:sz="6" w:space="1" w:color="auto"/>
        </w:pBdr>
      </w:pPr>
    </w:p>
    <w:p w14:paraId="638E473E" w14:textId="77777777" w:rsidR="00D26668" w:rsidRDefault="00BD4C1F">
      <w:pPr>
        <w:pStyle w:val="31"/>
      </w:pPr>
      <w:r>
        <w:t>🐧 Ледниковые животные</w:t>
      </w:r>
    </w:p>
    <w:p w14:paraId="644FFA4D" w14:textId="77777777" w:rsidR="00D26668" w:rsidRPr="007E0805" w:rsidRDefault="00BD4C1F">
      <w:pPr>
        <w:rPr>
          <w:lang w:val="ru-RU"/>
        </w:rPr>
      </w:pPr>
      <w:r w:rsidRPr="007E0805">
        <w:rPr>
          <w:lang w:val="ru-RU"/>
        </w:rPr>
        <w:t xml:space="preserve">Ледники — суровое место, но жизнь там есть! * </w:t>
      </w:r>
      <w:r w:rsidRPr="007E0805">
        <w:rPr>
          <w:b/>
          <w:lang w:val="ru-RU"/>
        </w:rPr>
        <w:t>Пингвины</w:t>
      </w:r>
      <w:r w:rsidRPr="007E0805">
        <w:rPr>
          <w:lang w:val="ru-RU"/>
        </w:rPr>
        <w:t xml:space="preserve"> (Антарктида) — живут на льду, плавают в ледяной воде. * </w:t>
      </w:r>
      <w:r w:rsidRPr="007E0805">
        <w:rPr>
          <w:b/>
          <w:lang w:val="ru-RU"/>
        </w:rPr>
        <w:t>Белые медведи</w:t>
      </w:r>
      <w:r w:rsidRPr="007E0805">
        <w:rPr>
          <w:lang w:val="ru-RU"/>
        </w:rPr>
        <w:t xml:space="preserve"> (Арктика) — охотятся на льдинах. * </w:t>
      </w:r>
      <w:r w:rsidRPr="007E0805">
        <w:rPr>
          <w:b/>
          <w:lang w:val="ru-RU"/>
        </w:rPr>
        <w:t>Моржи</w:t>
      </w:r>
      <w:r w:rsidRPr="007E0805">
        <w:rPr>
          <w:lang w:val="ru-RU"/>
        </w:rPr>
        <w:t xml:space="preserve"> — отдыхают на льду. * </w:t>
      </w:r>
      <w:r w:rsidRPr="007E0805">
        <w:rPr>
          <w:b/>
          <w:lang w:val="ru-RU"/>
        </w:rPr>
        <w:t>Ледяные черви и бактерии</w:t>
      </w:r>
      <w:r w:rsidRPr="007E0805">
        <w:rPr>
          <w:lang w:val="ru-RU"/>
        </w:rPr>
        <w:t xml:space="preserve"> — живут прямо внутри ледника!</w:t>
      </w:r>
    </w:p>
    <w:p w14:paraId="6B424193" w14:textId="77777777" w:rsidR="00D26668" w:rsidRPr="007E0805" w:rsidRDefault="00D26668">
      <w:pPr>
        <w:pBdr>
          <w:bottom w:val="single" w:sz="6" w:space="1" w:color="auto"/>
        </w:pBdr>
        <w:rPr>
          <w:lang w:val="ru-RU"/>
        </w:rPr>
      </w:pPr>
    </w:p>
    <w:p w14:paraId="67DA89EE" w14:textId="77777777" w:rsidR="00D26668" w:rsidRPr="007E0805" w:rsidRDefault="00BD4C1F">
      <w:pPr>
        <w:pStyle w:val="31"/>
        <w:rPr>
          <w:lang w:val="ru-RU"/>
        </w:rPr>
      </w:pPr>
      <w:r w:rsidRPr="007E0805">
        <w:rPr>
          <w:lang w:val="ru-RU"/>
        </w:rPr>
        <w:t>⚠</w:t>
      </w:r>
      <w:r>
        <w:t>️</w:t>
      </w:r>
      <w:r w:rsidRPr="007E0805">
        <w:rPr>
          <w:lang w:val="ru-RU"/>
        </w:rPr>
        <w:t xml:space="preserve"> Ледники тают — это опасно?</w:t>
      </w:r>
    </w:p>
    <w:p w14:paraId="45EA4E18" w14:textId="77777777" w:rsidR="00D26668" w:rsidRPr="007E0805" w:rsidRDefault="00BD4C1F">
      <w:pPr>
        <w:rPr>
          <w:lang w:val="ru-RU"/>
        </w:rPr>
      </w:pPr>
      <w:r w:rsidRPr="007E0805">
        <w:rPr>
          <w:lang w:val="ru-RU"/>
        </w:rPr>
        <w:t xml:space="preserve">Да! Из-за того, что Земля становится теплее, ледники начинают таять быстрее, чем нарастает новый снег. * </w:t>
      </w:r>
      <w:r w:rsidRPr="007E0805">
        <w:rPr>
          <w:b/>
          <w:lang w:val="ru-RU"/>
        </w:rPr>
        <w:t>Последствия:</w:t>
      </w:r>
      <w:r w:rsidRPr="007E0805">
        <w:rPr>
          <w:lang w:val="ru-RU"/>
        </w:rPr>
        <w:t xml:space="preserve"> Поднимается уровень океана (города могут затопить), исчезают животные, которым нужен холод. * </w:t>
      </w:r>
      <w:r w:rsidRPr="007E0805">
        <w:rPr>
          <w:b/>
          <w:lang w:val="ru-RU"/>
        </w:rPr>
        <w:t>Что делать:</w:t>
      </w:r>
      <w:r w:rsidRPr="007E0805">
        <w:rPr>
          <w:lang w:val="ru-RU"/>
        </w:rPr>
        <w:t xml:space="preserve"> Экономить энергию, сажать деревья, чтобы воздух был чище.</w:t>
      </w:r>
    </w:p>
    <w:p w14:paraId="48C2D85E" w14:textId="77777777" w:rsidR="00D26668" w:rsidRPr="007E0805" w:rsidRDefault="00D26668">
      <w:pPr>
        <w:pBdr>
          <w:bottom w:val="single" w:sz="6" w:space="1" w:color="auto"/>
        </w:pBdr>
        <w:rPr>
          <w:lang w:val="ru-RU"/>
        </w:rPr>
      </w:pPr>
    </w:p>
    <w:p w14:paraId="75F36C55" w14:textId="77777777" w:rsidR="00D26668" w:rsidRDefault="00BD4C1F">
      <w:pPr>
        <w:pStyle w:val="31"/>
      </w:pPr>
      <w:r>
        <w:t>💡 Интересные факты</w:t>
      </w:r>
    </w:p>
    <w:p w14:paraId="168FDF15" w14:textId="77777777" w:rsidR="00D26668" w:rsidRPr="007E0805" w:rsidRDefault="00BD4C1F">
      <w:pPr>
        <w:pStyle w:val="a0"/>
        <w:spacing w:line="240" w:lineRule="auto"/>
        <w:ind w:left="720"/>
        <w:rPr>
          <w:lang w:val="ru-RU"/>
        </w:rPr>
      </w:pPr>
      <w:r>
        <w:t>🏔️</w:t>
      </w:r>
      <w:r w:rsidRPr="007E0805">
        <w:rPr>
          <w:lang w:val="ru-RU"/>
        </w:rPr>
        <w:t xml:space="preserve"> </w:t>
      </w:r>
      <w:r w:rsidRPr="007E0805">
        <w:rPr>
          <w:b/>
          <w:lang w:val="ru-RU"/>
        </w:rPr>
        <w:t>Самый толстый ледник</w:t>
      </w:r>
      <w:r w:rsidRPr="007E0805">
        <w:rPr>
          <w:lang w:val="ru-RU"/>
        </w:rPr>
        <w:t xml:space="preserve"> — в Антарктиде. Его толщина — </w:t>
      </w:r>
      <w:r w:rsidRPr="007E0805">
        <w:rPr>
          <w:b/>
          <w:lang w:val="ru-RU"/>
        </w:rPr>
        <w:t>4800 метров</w:t>
      </w:r>
      <w:r w:rsidRPr="007E0805">
        <w:rPr>
          <w:lang w:val="ru-RU"/>
        </w:rPr>
        <w:t xml:space="preserve"> (это выше, чем высота Эйфелевой башни, умноженная на 300!).</w:t>
      </w:r>
    </w:p>
    <w:p w14:paraId="286DF92E" w14:textId="77777777" w:rsidR="00D26668" w:rsidRDefault="00BD4C1F">
      <w:pPr>
        <w:pStyle w:val="a0"/>
        <w:spacing w:line="240" w:lineRule="auto"/>
        <w:ind w:left="720"/>
      </w:pPr>
      <w:r>
        <w:t>🐢</w:t>
      </w:r>
      <w:r w:rsidRPr="007E0805">
        <w:rPr>
          <w:lang w:val="ru-RU"/>
        </w:rPr>
        <w:t xml:space="preserve"> </w:t>
      </w:r>
      <w:r w:rsidRPr="007E0805">
        <w:rPr>
          <w:b/>
          <w:lang w:val="ru-RU"/>
        </w:rPr>
        <w:t>Скорость:</w:t>
      </w:r>
      <w:r w:rsidRPr="007E0805">
        <w:rPr>
          <w:lang w:val="ru-RU"/>
        </w:rPr>
        <w:t xml:space="preserve"> Ледник движется медленно — всего </w:t>
      </w:r>
      <w:r w:rsidRPr="007E0805">
        <w:rPr>
          <w:b/>
          <w:lang w:val="ru-RU"/>
        </w:rPr>
        <w:t>10–20 метров в год</w:t>
      </w:r>
      <w:r w:rsidRPr="007E0805">
        <w:rPr>
          <w:lang w:val="ru-RU"/>
        </w:rPr>
        <w:t xml:space="preserve">. </w:t>
      </w:r>
      <w:r>
        <w:t>Но он очень мощный: может сдвигать огромные камни.</w:t>
      </w:r>
    </w:p>
    <w:p w14:paraId="1DFD174E" w14:textId="77777777" w:rsidR="00D26668" w:rsidRPr="007E0805" w:rsidRDefault="00BD4C1F">
      <w:pPr>
        <w:pStyle w:val="a0"/>
        <w:spacing w:line="240" w:lineRule="auto"/>
        <w:ind w:left="720"/>
        <w:rPr>
          <w:lang w:val="ru-RU"/>
        </w:rPr>
      </w:pPr>
      <w:r>
        <w:t>🌊</w:t>
      </w:r>
      <w:r w:rsidRPr="007E0805">
        <w:rPr>
          <w:lang w:val="ru-RU"/>
        </w:rPr>
        <w:t xml:space="preserve"> </w:t>
      </w:r>
      <w:r w:rsidRPr="007E0805">
        <w:rPr>
          <w:b/>
          <w:lang w:val="ru-RU"/>
        </w:rPr>
        <w:t>Ледниковые озёра:</w:t>
      </w:r>
      <w:r w:rsidRPr="007E0805">
        <w:rPr>
          <w:lang w:val="ru-RU"/>
        </w:rPr>
        <w:t xml:space="preserve"> Многие озёра (например, Байкал или Ладожское) образовались, когда ледник «вырыл» яму в земле, а потом она наполнилась водой.</w:t>
      </w:r>
    </w:p>
    <w:p w14:paraId="1173CAA7" w14:textId="77777777" w:rsidR="00D26668" w:rsidRDefault="00BD4C1F">
      <w:r w:rsidRPr="007E0805">
        <w:rPr>
          <w:b/>
          <w:lang w:val="ru-RU"/>
        </w:rPr>
        <w:t>Вывод:</w:t>
      </w:r>
      <w:r w:rsidRPr="007E0805">
        <w:rPr>
          <w:lang w:val="ru-RU"/>
        </w:rPr>
        <w:t xml:space="preserve"> Ледники — это величественные хранители пресной воды и климата. Их нужно беречь, потому что без них жизнь на Земле будет совсем другой! </w:t>
      </w:r>
      <w:r>
        <w:t>🌍💙</w:t>
      </w:r>
    </w:p>
    <w:sectPr w:rsidR="00D26668" w:rsidSect="00CF4A82">
      <w:footerReference w:type="default" r:id="rId8"/>
      <w:pgSz w:w="12240" w:h="15840"/>
      <w:pgMar w:top="42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F6CC0" w14:textId="77777777" w:rsidR="0071604E" w:rsidRDefault="0071604E">
      <w:pPr>
        <w:spacing w:after="0" w:line="240" w:lineRule="auto"/>
      </w:pPr>
      <w:r>
        <w:separator/>
      </w:r>
    </w:p>
  </w:endnote>
  <w:endnote w:type="continuationSeparator" w:id="0">
    <w:p w14:paraId="64A4840E" w14:textId="77777777" w:rsidR="0071604E" w:rsidRDefault="0071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2B92B" w14:textId="77777777" w:rsidR="00D26668" w:rsidRDefault="00BD4C1F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5B03774B" wp14:editId="2F045A67">
          <wp:extent cx="228600" cy="228600"/>
          <wp:effectExtent l="0" t="0" r="0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557C" w14:textId="77777777" w:rsidR="0071604E" w:rsidRDefault="0071604E">
      <w:pPr>
        <w:spacing w:after="0" w:line="240" w:lineRule="auto"/>
      </w:pPr>
      <w:r>
        <w:separator/>
      </w:r>
    </w:p>
  </w:footnote>
  <w:footnote w:type="continuationSeparator" w:id="0">
    <w:p w14:paraId="38586D26" w14:textId="77777777" w:rsidR="0071604E" w:rsidRDefault="00716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604E"/>
    <w:rsid w:val="007E0805"/>
    <w:rsid w:val="00AA1D8D"/>
    <w:rsid w:val="00B47730"/>
    <w:rsid w:val="00BD4C1F"/>
    <w:rsid w:val="00CB0664"/>
    <w:rsid w:val="00CF4A82"/>
    <w:rsid w:val="00D266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52802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2</cp:revision>
  <dcterms:created xsi:type="dcterms:W3CDTF">2013-12-23T23:15:00Z</dcterms:created>
  <dcterms:modified xsi:type="dcterms:W3CDTF">2026-09-30T15:46:00Z</dcterms:modified>
  <cp:category/>
</cp:coreProperties>
</file>