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AE57D" w14:textId="77777777" w:rsidR="0049768D" w:rsidRPr="002A0C16" w:rsidRDefault="006F6E97">
      <w:pPr>
        <w:pStyle w:val="1"/>
        <w:rPr>
          <w:lang w:val="ru-RU"/>
        </w:rPr>
      </w:pPr>
      <w:r>
        <w:t>🌍</w:t>
      </w:r>
      <w:r w:rsidRPr="002A0C16">
        <w:rPr>
          <w:lang w:val="ru-RU"/>
        </w:rPr>
        <w:t xml:space="preserve"> Великие географические открытия</w:t>
      </w:r>
    </w:p>
    <w:p w14:paraId="27A2D742" w14:textId="77777777" w:rsidR="0049768D" w:rsidRPr="002A0C16" w:rsidRDefault="006F6E97">
      <w:pPr>
        <w:pStyle w:val="21"/>
        <w:rPr>
          <w:lang w:val="ru-RU"/>
        </w:rPr>
      </w:pPr>
      <w:r w:rsidRPr="002A0C16">
        <w:rPr>
          <w:lang w:val="ru-RU"/>
        </w:rPr>
        <w:t xml:space="preserve">Представь себе мир без интернета, без </w:t>
      </w:r>
      <w:r>
        <w:t>GPS</w:t>
      </w:r>
      <w:r w:rsidRPr="002A0C16">
        <w:rPr>
          <w:lang w:val="ru-RU"/>
        </w:rPr>
        <w:t xml:space="preserve"> и без самолётов</w:t>
      </w:r>
    </w:p>
    <w:p w14:paraId="2D28D991" w14:textId="77777777" w:rsidR="0049768D" w:rsidRPr="002A0C16" w:rsidRDefault="006F6E97">
      <w:pPr>
        <w:rPr>
          <w:lang w:val="ru-RU"/>
        </w:rPr>
      </w:pPr>
      <w:r w:rsidRPr="002A0C16">
        <w:rPr>
          <w:lang w:val="ru-RU"/>
        </w:rPr>
        <w:t xml:space="preserve">Представь, что ты живёшь в </w:t>
      </w:r>
      <w:r>
        <w:t>XV</w:t>
      </w:r>
      <w:r w:rsidRPr="002A0C16">
        <w:rPr>
          <w:lang w:val="ru-RU"/>
        </w:rPr>
        <w:t xml:space="preserve"> веке — больше 500 лет назад. У тебя нет телефона, компьютера и даже карт, как у нас. Люди знают только свою страну, соседние земли и то, что рассказывают купцы, приезжающие из дальних путей.</w:t>
      </w:r>
    </w:p>
    <w:p w14:paraId="132F5A4F" w14:textId="77777777" w:rsidR="0049768D" w:rsidRPr="002A0C16" w:rsidRDefault="006F6E97">
      <w:pPr>
        <w:rPr>
          <w:lang w:val="ru-RU"/>
        </w:rPr>
      </w:pPr>
      <w:r w:rsidRPr="002A0C16">
        <w:rPr>
          <w:lang w:val="ru-RU"/>
        </w:rPr>
        <w:t xml:space="preserve">А теперь представь: кто-то решает — </w:t>
      </w:r>
      <w:r w:rsidRPr="002A0C16">
        <w:rPr>
          <w:b/>
          <w:lang w:val="ru-RU"/>
        </w:rPr>
        <w:t>а что, если плыть дальше, чем все плывали?</w:t>
      </w:r>
    </w:p>
    <w:p w14:paraId="1AA838E1" w14:textId="77777777" w:rsidR="0049768D" w:rsidRPr="002A0C16" w:rsidRDefault="006F6E97">
      <w:pPr>
        <w:rPr>
          <w:lang w:val="ru-RU"/>
        </w:rPr>
      </w:pPr>
      <w:r w:rsidRPr="002A0C16">
        <w:rPr>
          <w:lang w:val="ru-RU"/>
        </w:rPr>
        <w:t>Именно это и произошло!</w:t>
      </w:r>
    </w:p>
    <w:p w14:paraId="429AE1B6" w14:textId="77777777" w:rsidR="0049768D" w:rsidRPr="002A0C16" w:rsidRDefault="0049768D">
      <w:pPr>
        <w:pBdr>
          <w:bottom w:val="single" w:sz="6" w:space="1" w:color="auto"/>
        </w:pBdr>
        <w:rPr>
          <w:lang w:val="ru-RU"/>
        </w:rPr>
      </w:pPr>
    </w:p>
    <w:p w14:paraId="4AD1D204" w14:textId="77777777" w:rsidR="0049768D" w:rsidRPr="002A0C16" w:rsidRDefault="006F6E97">
      <w:pPr>
        <w:pStyle w:val="21"/>
        <w:rPr>
          <w:lang w:val="ru-RU"/>
        </w:rPr>
      </w:pPr>
      <w:r>
        <w:t>🚢</w:t>
      </w:r>
      <w:r w:rsidRPr="002A0C16">
        <w:rPr>
          <w:lang w:val="ru-RU"/>
        </w:rPr>
        <w:t xml:space="preserve"> Почему люди вообще отправились в плавание?</w:t>
      </w:r>
    </w:p>
    <w:p w14:paraId="6E72C78E" w14:textId="77777777" w:rsidR="0049768D" w:rsidRPr="002A0C16" w:rsidRDefault="006F6E97">
      <w:pPr>
        <w:rPr>
          <w:lang w:val="ru-RU"/>
        </w:rPr>
      </w:pPr>
      <w:r w:rsidRPr="002A0C16">
        <w:rPr>
          <w:lang w:val="ru-RU"/>
        </w:rPr>
        <w:t xml:space="preserve">Главная причина — </w:t>
      </w:r>
      <w:r w:rsidRPr="002A0C16">
        <w:rPr>
          <w:b/>
          <w:lang w:val="ru-RU"/>
        </w:rPr>
        <w:t>специи</w:t>
      </w:r>
      <w:r w:rsidRPr="002A0C16">
        <w:rPr>
          <w:lang w:val="ru-RU"/>
        </w:rPr>
        <w:t>. Да-да, обычные специи!</w:t>
      </w:r>
    </w:p>
    <w:p w14:paraId="445E8633" w14:textId="77777777" w:rsidR="0049768D" w:rsidRPr="002A0C16" w:rsidRDefault="006F6E97">
      <w:pPr>
        <w:rPr>
          <w:lang w:val="ru-RU"/>
        </w:rPr>
      </w:pPr>
      <w:r w:rsidRPr="002A0C16">
        <w:rPr>
          <w:lang w:val="ru-RU"/>
        </w:rPr>
        <w:t>Перец, корица, мускатный орех — всё это стоило целое состояние. Но путь в Азию через Африку и Средиземное море был долгим и опасным — контролировали его другие страны.</w:t>
      </w:r>
    </w:p>
    <w:p w14:paraId="794F36DA" w14:textId="77777777" w:rsidR="0049768D" w:rsidRPr="002A0C16" w:rsidRDefault="006F6E97">
      <w:pPr>
        <w:rPr>
          <w:lang w:val="ru-RU"/>
        </w:rPr>
      </w:pPr>
      <w:r w:rsidRPr="002A0C16">
        <w:rPr>
          <w:lang w:val="ru-RU"/>
        </w:rPr>
        <w:t xml:space="preserve">Мореплаватели подумали: </w:t>
      </w:r>
      <w:r w:rsidRPr="002A0C16">
        <w:rPr>
          <w:i/>
          <w:lang w:val="ru-RU"/>
        </w:rPr>
        <w:t>«А что, если до Индии и Китая можно добраться, плывя на запад через океан?»</w:t>
      </w:r>
    </w:p>
    <w:p w14:paraId="6EF851B6" w14:textId="77777777" w:rsidR="0049768D" w:rsidRPr="002A0C16" w:rsidRDefault="0049768D">
      <w:pPr>
        <w:pBdr>
          <w:bottom w:val="single" w:sz="6" w:space="1" w:color="auto"/>
        </w:pBdr>
        <w:rPr>
          <w:lang w:val="ru-RU"/>
        </w:rPr>
      </w:pPr>
    </w:p>
    <w:p w14:paraId="4763B185" w14:textId="77777777" w:rsidR="0049768D" w:rsidRPr="002A0C16" w:rsidRDefault="006F6E97">
      <w:pPr>
        <w:pStyle w:val="21"/>
        <w:rPr>
          <w:lang w:val="ru-RU"/>
        </w:rPr>
      </w:pPr>
      <w:r>
        <w:t>🗺️</w:t>
      </w:r>
      <w:r w:rsidRPr="002A0C16">
        <w:rPr>
          <w:lang w:val="ru-RU"/>
        </w:rPr>
        <w:t xml:space="preserve"> Главные герои-первопроходцы</w:t>
      </w:r>
    </w:p>
    <w:p w14:paraId="569E25A3" w14:textId="77777777" w:rsidR="0049768D" w:rsidRPr="002A0C16" w:rsidRDefault="006F6E97">
      <w:pPr>
        <w:pStyle w:val="31"/>
        <w:rPr>
          <w:lang w:val="ru-RU"/>
        </w:rPr>
      </w:pPr>
      <w:r w:rsidRPr="002A0C16">
        <w:rPr>
          <w:lang w:val="ru-RU"/>
        </w:rPr>
        <w:t xml:space="preserve">Христофор Колумб </w:t>
      </w:r>
      <w:r>
        <w:t>🇮🇹</w:t>
      </w:r>
    </w:p>
    <w:p w14:paraId="0C16D4C1" w14:textId="77777777" w:rsidR="0049768D" w:rsidRDefault="006F6E97">
      <w:pPr>
        <w:pStyle w:val="a0"/>
        <w:spacing w:line="240" w:lineRule="auto"/>
        <w:ind w:left="720"/>
      </w:pPr>
      <w:r>
        <w:rPr>
          <w:b/>
        </w:rPr>
        <w:t>Когда:</w:t>
      </w:r>
      <w:r>
        <w:t xml:space="preserve"> 1492 год</w:t>
      </w:r>
    </w:p>
    <w:p w14:paraId="62ECB139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t>Что сделал</w:t>
      </w:r>
      <w:proofErr w:type="gramStart"/>
      <w:r w:rsidRPr="002A0C16">
        <w:rPr>
          <w:b/>
          <w:lang w:val="ru-RU"/>
        </w:rPr>
        <w:t>:</w:t>
      </w:r>
      <w:r w:rsidRPr="002A0C16">
        <w:rPr>
          <w:lang w:val="ru-RU"/>
        </w:rPr>
        <w:t xml:space="preserve"> Плыл</w:t>
      </w:r>
      <w:proofErr w:type="gramEnd"/>
      <w:r w:rsidRPr="002A0C16">
        <w:rPr>
          <w:lang w:val="ru-RU"/>
        </w:rPr>
        <w:t xml:space="preserve"> из Испании на запад, надеясь попасть в Индию.</w:t>
      </w:r>
    </w:p>
    <w:p w14:paraId="2D57D1FE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t>Что нашёл:</w:t>
      </w:r>
      <w:r w:rsidRPr="002A0C16">
        <w:rPr>
          <w:lang w:val="ru-RU"/>
        </w:rPr>
        <w:t xml:space="preserve"> Остров, который мы теперь называем Гаити. А потом понял — это </w:t>
      </w:r>
      <w:r w:rsidRPr="002A0C16">
        <w:rPr>
          <w:b/>
          <w:lang w:val="ru-RU"/>
        </w:rPr>
        <w:t>новый континент</w:t>
      </w:r>
      <w:r w:rsidRPr="002A0C16">
        <w:rPr>
          <w:lang w:val="ru-RU"/>
        </w:rPr>
        <w:t>, которого раньше никто не знал!</w:t>
      </w:r>
    </w:p>
    <w:p w14:paraId="1D1FC189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t>Интересный факт:</w:t>
      </w:r>
      <w:r w:rsidRPr="002A0C16">
        <w:rPr>
          <w:lang w:val="ru-RU"/>
        </w:rPr>
        <w:t xml:space="preserve"> Колумб до конца жизни считал, что добрался до Азии. Он называл местных жителей «индейцами» — то есть «индийцами». Ошибка! Но благодаря ей открылись Америки.</w:t>
      </w:r>
    </w:p>
    <w:p w14:paraId="66506A73" w14:textId="77777777" w:rsidR="0049768D" w:rsidRDefault="006F6E97">
      <w:pPr>
        <w:pStyle w:val="31"/>
      </w:pPr>
      <w:r>
        <w:t>Васко да Гама 🇵🇹</w:t>
      </w:r>
    </w:p>
    <w:p w14:paraId="3610BB22" w14:textId="77777777" w:rsidR="0049768D" w:rsidRDefault="006F6E97">
      <w:pPr>
        <w:pStyle w:val="a0"/>
        <w:spacing w:line="240" w:lineRule="auto"/>
        <w:ind w:left="720"/>
      </w:pPr>
      <w:r>
        <w:rPr>
          <w:b/>
        </w:rPr>
        <w:t>Когда:</w:t>
      </w:r>
      <w:r>
        <w:t xml:space="preserve"> 1497–1498 годы</w:t>
      </w:r>
    </w:p>
    <w:p w14:paraId="3AE7DCC5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t>Что сделал:</w:t>
      </w:r>
      <w:r w:rsidRPr="002A0C16">
        <w:rPr>
          <w:lang w:val="ru-RU"/>
        </w:rPr>
        <w:t xml:space="preserve"> Обогнул Африку с юга и добрался до Индии.</w:t>
      </w:r>
    </w:p>
    <w:p w14:paraId="6C0D4E1A" w14:textId="77777777" w:rsidR="0049768D" w:rsidRDefault="006F6E97">
      <w:pPr>
        <w:pStyle w:val="a0"/>
        <w:spacing w:line="240" w:lineRule="auto"/>
        <w:ind w:left="720"/>
      </w:pPr>
      <w:r w:rsidRPr="002A0C16">
        <w:rPr>
          <w:b/>
          <w:lang w:val="ru-RU"/>
        </w:rPr>
        <w:t>Почему это важно:</w:t>
      </w:r>
      <w:r w:rsidRPr="002A0C16">
        <w:rPr>
          <w:lang w:val="ru-RU"/>
        </w:rPr>
        <w:t xml:space="preserve"> Первый напрямую соединил Европу и Азию морским путём. </w:t>
      </w:r>
      <w:r>
        <w:t>Специи теперь можно было везти быстрее и дешевле.</w:t>
      </w:r>
    </w:p>
    <w:p w14:paraId="557A21CC" w14:textId="77777777" w:rsidR="0049768D" w:rsidRPr="002A0C16" w:rsidRDefault="006F6E97">
      <w:pPr>
        <w:pStyle w:val="31"/>
        <w:rPr>
          <w:lang w:val="ru-RU"/>
        </w:rPr>
      </w:pPr>
      <w:r w:rsidRPr="002A0C16">
        <w:rPr>
          <w:lang w:val="ru-RU"/>
        </w:rPr>
        <w:t xml:space="preserve">Фернан Магеллан </w:t>
      </w:r>
      <w:r>
        <w:t>🇵🇹</w:t>
      </w:r>
      <w:r w:rsidRPr="002A0C16">
        <w:rPr>
          <w:lang w:val="ru-RU"/>
        </w:rPr>
        <w:t xml:space="preserve"> (он плыл на испанских кораблях)</w:t>
      </w:r>
    </w:p>
    <w:p w14:paraId="496F6DBE" w14:textId="77777777" w:rsidR="0049768D" w:rsidRDefault="006F6E97">
      <w:pPr>
        <w:pStyle w:val="a0"/>
        <w:spacing w:line="240" w:lineRule="auto"/>
        <w:ind w:left="720"/>
      </w:pPr>
      <w:r>
        <w:rPr>
          <w:b/>
        </w:rPr>
        <w:t>Когда:</w:t>
      </w:r>
      <w:r>
        <w:t xml:space="preserve"> 1519–1522 годы</w:t>
      </w:r>
    </w:p>
    <w:p w14:paraId="52D1FBAC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t>Что сделал</w:t>
      </w:r>
      <w:proofErr w:type="gramStart"/>
      <w:r w:rsidRPr="002A0C16">
        <w:rPr>
          <w:b/>
          <w:lang w:val="ru-RU"/>
        </w:rPr>
        <w:t>:</w:t>
      </w:r>
      <w:r w:rsidRPr="002A0C16">
        <w:rPr>
          <w:lang w:val="ru-RU"/>
        </w:rPr>
        <w:t xml:space="preserve"> Организовал</w:t>
      </w:r>
      <w:proofErr w:type="gramEnd"/>
      <w:r w:rsidRPr="002A0C16">
        <w:rPr>
          <w:lang w:val="ru-RU"/>
        </w:rPr>
        <w:t xml:space="preserve"> экспедицию, которая </w:t>
      </w:r>
      <w:r w:rsidRPr="002A0C16">
        <w:rPr>
          <w:b/>
          <w:lang w:val="ru-RU"/>
        </w:rPr>
        <w:t>первой в истории обогнула весь земной шар</w:t>
      </w:r>
      <w:r w:rsidRPr="002A0C16">
        <w:rPr>
          <w:lang w:val="ru-RU"/>
        </w:rPr>
        <w:t>.</w:t>
      </w:r>
    </w:p>
    <w:p w14:paraId="5CB0D3AB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lastRenderedPageBreak/>
        <w:t>Интересный факт:</w:t>
      </w:r>
      <w:r w:rsidRPr="002A0C16">
        <w:rPr>
          <w:lang w:val="ru-RU"/>
        </w:rPr>
        <w:t xml:space="preserve"> Магеллан сам не дожил до конца — его убили на Филиппинах. Но один корабль «Виктория» вернулся в Испанию. Люди доказали: </w:t>
      </w:r>
      <w:r w:rsidRPr="002A0C16">
        <w:rPr>
          <w:b/>
          <w:lang w:val="ru-RU"/>
        </w:rPr>
        <w:t>Земля круглая!</w:t>
      </w:r>
    </w:p>
    <w:p w14:paraId="06B52D54" w14:textId="77777777" w:rsidR="0049768D" w:rsidRPr="002A0C16" w:rsidRDefault="0049768D">
      <w:pPr>
        <w:pBdr>
          <w:bottom w:val="single" w:sz="6" w:space="1" w:color="auto"/>
        </w:pBdr>
        <w:rPr>
          <w:lang w:val="ru-RU"/>
        </w:rPr>
      </w:pPr>
    </w:p>
    <w:p w14:paraId="6F9899B3" w14:textId="77777777" w:rsidR="0049768D" w:rsidRDefault="006F6E97">
      <w:pPr>
        <w:pStyle w:val="21"/>
      </w:pPr>
      <w:r>
        <w:t>🤔 А что изменилось?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5"/>
        <w:gridCol w:w="4315"/>
      </w:tblGrid>
      <w:tr w:rsidR="0049768D" w14:paraId="69E7C128" w14:textId="77777777" w:rsidTr="005B0AD1">
        <w:tc>
          <w:tcPr>
            <w:tcW w:w="4320" w:type="dxa"/>
          </w:tcPr>
          <w:p w14:paraId="4C4D4BFB" w14:textId="77777777" w:rsidR="0049768D" w:rsidRDefault="006F6E97">
            <w:r>
              <w:rPr>
                <w:b/>
              </w:rPr>
              <w:t>Было</w:t>
            </w:r>
          </w:p>
        </w:tc>
        <w:tc>
          <w:tcPr>
            <w:tcW w:w="4320" w:type="dxa"/>
          </w:tcPr>
          <w:p w14:paraId="4C68C203" w14:textId="77777777" w:rsidR="0049768D" w:rsidRDefault="006F6E97">
            <w:r>
              <w:rPr>
                <w:b/>
              </w:rPr>
              <w:t>Стало</w:t>
            </w:r>
          </w:p>
        </w:tc>
      </w:tr>
      <w:tr w:rsidR="0049768D" w:rsidRPr="00D96674" w14:paraId="1B53EEA3" w14:textId="77777777" w:rsidTr="005B0AD1">
        <w:tc>
          <w:tcPr>
            <w:tcW w:w="4320" w:type="dxa"/>
          </w:tcPr>
          <w:p w14:paraId="7AEA1416" w14:textId="77777777" w:rsidR="0049768D" w:rsidRPr="002A0C16" w:rsidRDefault="006F6E97">
            <w:pPr>
              <w:rPr>
                <w:lang w:val="ru-RU"/>
              </w:rPr>
            </w:pPr>
            <w:r w:rsidRPr="002A0C16">
              <w:rPr>
                <w:lang w:val="ru-RU"/>
              </w:rPr>
              <w:t>Люди думали, что мир маленький</w:t>
            </w:r>
          </w:p>
        </w:tc>
        <w:tc>
          <w:tcPr>
            <w:tcW w:w="4320" w:type="dxa"/>
          </w:tcPr>
          <w:p w14:paraId="01119A2A" w14:textId="77777777" w:rsidR="0049768D" w:rsidRPr="002A0C16" w:rsidRDefault="006F6E97">
            <w:pPr>
              <w:rPr>
                <w:lang w:val="ru-RU"/>
              </w:rPr>
            </w:pPr>
            <w:r w:rsidRPr="002A0C16">
              <w:rPr>
                <w:lang w:val="ru-RU"/>
              </w:rPr>
              <w:t>Узнали про новые континенты — Америку, Австралию</w:t>
            </w:r>
          </w:p>
        </w:tc>
      </w:tr>
      <w:tr w:rsidR="0049768D" w:rsidRPr="00D96674" w14:paraId="533845DB" w14:textId="77777777" w:rsidTr="005B0AD1">
        <w:tc>
          <w:tcPr>
            <w:tcW w:w="4320" w:type="dxa"/>
          </w:tcPr>
          <w:p w14:paraId="7DF6B196" w14:textId="77777777" w:rsidR="0049768D" w:rsidRDefault="006F6E97">
            <w:proofErr w:type="spellStart"/>
            <w:r>
              <w:t>Специи</w:t>
            </w:r>
            <w:proofErr w:type="spellEnd"/>
            <w:r>
              <w:t xml:space="preserve"> </w:t>
            </w:r>
            <w:proofErr w:type="spellStart"/>
            <w:r>
              <w:t>стоили</w:t>
            </w:r>
            <w:proofErr w:type="spellEnd"/>
            <w:r>
              <w:t xml:space="preserve"> </w:t>
            </w:r>
            <w:proofErr w:type="spellStart"/>
            <w:r>
              <w:t>безумно</w:t>
            </w:r>
            <w:proofErr w:type="spellEnd"/>
            <w:r>
              <w:t xml:space="preserve"> </w:t>
            </w:r>
            <w:proofErr w:type="spellStart"/>
            <w:r>
              <w:t>дорого</w:t>
            </w:r>
            <w:proofErr w:type="spellEnd"/>
          </w:p>
        </w:tc>
        <w:tc>
          <w:tcPr>
            <w:tcW w:w="4320" w:type="dxa"/>
          </w:tcPr>
          <w:p w14:paraId="7C07D30B" w14:textId="77777777" w:rsidR="0049768D" w:rsidRPr="002A0C16" w:rsidRDefault="006F6E97">
            <w:pPr>
              <w:rPr>
                <w:lang w:val="ru-RU"/>
              </w:rPr>
            </w:pPr>
            <w:r w:rsidRPr="002A0C16">
              <w:rPr>
                <w:lang w:val="ru-RU"/>
              </w:rPr>
              <w:t>Их стало больше, и они подешевели</w:t>
            </w:r>
          </w:p>
        </w:tc>
      </w:tr>
      <w:tr w:rsidR="0049768D" w:rsidRPr="00D96674" w14:paraId="22AF4B9E" w14:textId="77777777" w:rsidTr="005B0AD1">
        <w:tc>
          <w:tcPr>
            <w:tcW w:w="4320" w:type="dxa"/>
          </w:tcPr>
          <w:p w14:paraId="30DCBBF3" w14:textId="77777777" w:rsidR="0049768D" w:rsidRDefault="006F6E97">
            <w:proofErr w:type="spellStart"/>
            <w:r>
              <w:t>Карты</w:t>
            </w:r>
            <w:proofErr w:type="spellEnd"/>
            <w:r>
              <w:t xml:space="preserve"> </w:t>
            </w:r>
            <w:proofErr w:type="spellStart"/>
            <w:r>
              <w:t>были</w:t>
            </w:r>
            <w:proofErr w:type="spellEnd"/>
            <w:r>
              <w:t xml:space="preserve"> </w:t>
            </w:r>
            <w:proofErr w:type="spellStart"/>
            <w:r>
              <w:t>неполными</w:t>
            </w:r>
            <w:proofErr w:type="spellEnd"/>
          </w:p>
        </w:tc>
        <w:tc>
          <w:tcPr>
            <w:tcW w:w="4320" w:type="dxa"/>
          </w:tcPr>
          <w:p w14:paraId="1F232781" w14:textId="77777777" w:rsidR="0049768D" w:rsidRPr="002A0C16" w:rsidRDefault="006F6E97">
            <w:pPr>
              <w:rPr>
                <w:lang w:val="ru-RU"/>
              </w:rPr>
            </w:pPr>
            <w:r w:rsidRPr="002A0C16">
              <w:rPr>
                <w:lang w:val="ru-RU"/>
              </w:rPr>
              <w:t>Появились точные карты всего мира</w:t>
            </w:r>
          </w:p>
        </w:tc>
      </w:tr>
      <w:tr w:rsidR="0049768D" w:rsidRPr="00D96674" w14:paraId="74FFB5FE" w14:textId="77777777" w:rsidTr="005B0AD1">
        <w:tc>
          <w:tcPr>
            <w:tcW w:w="4320" w:type="dxa"/>
          </w:tcPr>
          <w:p w14:paraId="39F4B860" w14:textId="77777777" w:rsidR="0049768D" w:rsidRPr="002A0C16" w:rsidRDefault="006F6E97">
            <w:pPr>
              <w:rPr>
                <w:lang w:val="ru-RU"/>
              </w:rPr>
            </w:pPr>
            <w:r w:rsidRPr="002A0C16">
              <w:rPr>
                <w:lang w:val="ru-RU"/>
              </w:rPr>
              <w:t>Народы почти не знали друг друга</w:t>
            </w:r>
          </w:p>
        </w:tc>
        <w:tc>
          <w:tcPr>
            <w:tcW w:w="4320" w:type="dxa"/>
          </w:tcPr>
          <w:p w14:paraId="7C521BC1" w14:textId="77777777" w:rsidR="0049768D" w:rsidRPr="002A0C16" w:rsidRDefault="006F6E97">
            <w:pPr>
              <w:rPr>
                <w:lang w:val="ru-RU"/>
              </w:rPr>
            </w:pPr>
            <w:r w:rsidRPr="002A0C16">
              <w:rPr>
                <w:lang w:val="ru-RU"/>
              </w:rPr>
              <w:t>Началось общение между Европой, Азией, Африкой и Америкой</w:t>
            </w:r>
          </w:p>
        </w:tc>
      </w:tr>
    </w:tbl>
    <w:p w14:paraId="10F5CD48" w14:textId="77777777" w:rsidR="0049768D" w:rsidRPr="002A0C16" w:rsidRDefault="0049768D">
      <w:pPr>
        <w:pBdr>
          <w:bottom w:val="single" w:sz="6" w:space="1" w:color="auto"/>
        </w:pBdr>
        <w:rPr>
          <w:lang w:val="ru-RU"/>
        </w:rPr>
      </w:pPr>
    </w:p>
    <w:p w14:paraId="40D10E4F" w14:textId="77777777" w:rsidR="0049768D" w:rsidRDefault="006F6E97">
      <w:pPr>
        <w:pStyle w:val="21"/>
      </w:pPr>
      <w:r>
        <w:t>💡 Запомни главное</w:t>
      </w:r>
    </w:p>
    <w:p w14:paraId="2F1ECDA8" w14:textId="77777777" w:rsidR="0049768D" w:rsidRPr="002A0C16" w:rsidRDefault="006F6E97">
      <w:pPr>
        <w:pStyle w:val="a"/>
        <w:spacing w:line="240" w:lineRule="auto"/>
        <w:ind w:left="720"/>
        <w:rPr>
          <w:lang w:val="ru-RU"/>
        </w:rPr>
      </w:pPr>
      <w:r w:rsidRPr="002A0C16">
        <w:rPr>
          <w:b/>
          <w:lang w:val="ru-RU"/>
        </w:rPr>
        <w:t>Великие географические открытия</w:t>
      </w:r>
      <w:r w:rsidRPr="002A0C16">
        <w:rPr>
          <w:lang w:val="ru-RU"/>
        </w:rPr>
        <w:t xml:space="preserve"> — это путешествия </w:t>
      </w:r>
      <w:r>
        <w:t>XV</w:t>
      </w:r>
      <w:r w:rsidRPr="002A0C16">
        <w:rPr>
          <w:lang w:val="ru-RU"/>
        </w:rPr>
        <w:t>–</w:t>
      </w:r>
      <w:r>
        <w:t>XVI</w:t>
      </w:r>
      <w:r w:rsidRPr="002A0C16">
        <w:rPr>
          <w:lang w:val="ru-RU"/>
        </w:rPr>
        <w:t xml:space="preserve"> веков, когда европейцы открыли новые земли и морские пути.</w:t>
      </w:r>
    </w:p>
    <w:p w14:paraId="4BC48185" w14:textId="77777777" w:rsidR="0049768D" w:rsidRPr="002A0C16" w:rsidRDefault="006F6E97">
      <w:pPr>
        <w:pStyle w:val="a"/>
        <w:spacing w:line="240" w:lineRule="auto"/>
        <w:ind w:left="720"/>
        <w:rPr>
          <w:lang w:val="ru-RU"/>
        </w:rPr>
      </w:pPr>
      <w:r w:rsidRPr="002A0C16">
        <w:rPr>
          <w:lang w:val="ru-RU"/>
        </w:rPr>
        <w:t xml:space="preserve">Главные герои — </w:t>
      </w:r>
      <w:r w:rsidRPr="002A0C16">
        <w:rPr>
          <w:b/>
          <w:lang w:val="ru-RU"/>
        </w:rPr>
        <w:t>Колумб, Васко да Гама, Магеллан</w:t>
      </w:r>
      <w:r w:rsidRPr="002A0C16">
        <w:rPr>
          <w:lang w:val="ru-RU"/>
        </w:rPr>
        <w:t>.</w:t>
      </w:r>
    </w:p>
    <w:p w14:paraId="4CA99CD7" w14:textId="77777777" w:rsidR="0049768D" w:rsidRPr="002A0C16" w:rsidRDefault="006F6E97">
      <w:pPr>
        <w:pStyle w:val="a"/>
        <w:spacing w:line="240" w:lineRule="auto"/>
        <w:ind w:left="720"/>
        <w:rPr>
          <w:lang w:val="ru-RU"/>
        </w:rPr>
      </w:pPr>
      <w:r w:rsidRPr="002A0C16">
        <w:rPr>
          <w:lang w:val="ru-RU"/>
        </w:rPr>
        <w:t>Они изменили мир: карты стали полными, появились новые страны, а люди узнали, что Земля круглая.</w:t>
      </w:r>
    </w:p>
    <w:p w14:paraId="21F2AF8F" w14:textId="77777777" w:rsidR="0049768D" w:rsidRPr="002A0C16" w:rsidRDefault="0049768D">
      <w:pPr>
        <w:pBdr>
          <w:bottom w:val="single" w:sz="6" w:space="1" w:color="auto"/>
        </w:pBdr>
        <w:rPr>
          <w:lang w:val="ru-RU"/>
        </w:rPr>
      </w:pPr>
    </w:p>
    <w:p w14:paraId="7645D76A" w14:textId="77777777" w:rsidR="0049768D" w:rsidRDefault="006F6E97">
      <w:pPr>
        <w:pStyle w:val="21"/>
      </w:pPr>
      <w:r>
        <w:t>🎯 Проверь себя</w:t>
      </w:r>
    </w:p>
    <w:p w14:paraId="7065EEDF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lang w:val="ru-RU"/>
        </w:rPr>
        <w:t xml:space="preserve">Какой мореплаватель открыл Америку? </w:t>
      </w:r>
      <w:r w:rsidRPr="002A0C16">
        <w:rPr>
          <w:i/>
          <w:lang w:val="ru-RU"/>
        </w:rPr>
        <w:t>(Колумб)</w:t>
      </w:r>
    </w:p>
    <w:p w14:paraId="1189DA79" w14:textId="77777777" w:rsidR="0049768D" w:rsidRDefault="006F6E97">
      <w:pPr>
        <w:pStyle w:val="a0"/>
        <w:spacing w:line="240" w:lineRule="auto"/>
        <w:ind w:left="720"/>
      </w:pPr>
      <w:r w:rsidRPr="002A0C16">
        <w:rPr>
          <w:lang w:val="ru-RU"/>
        </w:rPr>
        <w:t xml:space="preserve">Кто первым обогнул земной шар? </w:t>
      </w:r>
      <w:r>
        <w:rPr>
          <w:i/>
        </w:rPr>
        <w:t>(Магеллан)</w:t>
      </w:r>
    </w:p>
    <w:p w14:paraId="708F185D" w14:textId="77777777" w:rsidR="0049768D" w:rsidRPr="002A0C16" w:rsidRDefault="006F6E97">
      <w:pPr>
        <w:pStyle w:val="a0"/>
        <w:spacing w:line="240" w:lineRule="auto"/>
        <w:ind w:left="720"/>
        <w:rPr>
          <w:lang w:val="ru-RU"/>
        </w:rPr>
      </w:pPr>
      <w:r w:rsidRPr="002A0C16">
        <w:rPr>
          <w:lang w:val="ru-RU"/>
        </w:rPr>
        <w:t xml:space="preserve">Почему люди вообще отправились в плавание? </w:t>
      </w:r>
      <w:r w:rsidRPr="002A0C16">
        <w:rPr>
          <w:i/>
          <w:lang w:val="ru-RU"/>
        </w:rPr>
        <w:t>(Хотели найти путь в Индию за специями)</w:t>
      </w:r>
    </w:p>
    <w:p w14:paraId="3CA6A1C5" w14:textId="56A61C95" w:rsidR="0049768D" w:rsidRPr="00D96674" w:rsidRDefault="0049768D">
      <w:pPr>
        <w:rPr>
          <w:lang w:val="ru-RU"/>
        </w:rPr>
      </w:pPr>
    </w:p>
    <w:sectPr w:rsidR="0049768D" w:rsidRPr="00D96674" w:rsidSect="00D96674">
      <w:footerReference w:type="default" r:id="rId8"/>
      <w:pgSz w:w="12240" w:h="15840"/>
      <w:pgMar w:top="568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B237C" w14:textId="77777777" w:rsidR="00E407DA" w:rsidRDefault="00E407DA">
      <w:pPr>
        <w:spacing w:after="0" w:line="240" w:lineRule="auto"/>
      </w:pPr>
      <w:r>
        <w:separator/>
      </w:r>
    </w:p>
  </w:endnote>
  <w:endnote w:type="continuationSeparator" w:id="0">
    <w:p w14:paraId="4882C682" w14:textId="77777777" w:rsidR="00E407DA" w:rsidRDefault="00E40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Inter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B27B3" w14:textId="77777777" w:rsidR="0049768D" w:rsidRDefault="006F6E97">
    <w:pPr>
      <w:pStyle w:val="a7"/>
      <w:jc w:val="right"/>
    </w:pPr>
    <w:r>
      <w:rPr>
        <w:rFonts w:ascii="Inter" w:hAnsi="Inter"/>
        <w:color w:val="888888"/>
        <w:sz w:val="23"/>
      </w:rPr>
      <w:t xml:space="preserve">made with </w:t>
    </w:r>
    <w:r>
      <w:rPr>
        <w:noProof/>
      </w:rPr>
      <w:drawing>
        <wp:inline distT="0" distB="0" distL="0" distR="0" wp14:anchorId="254D0B00" wp14:editId="17ABC4E9">
          <wp:extent cx="228600" cy="228600"/>
          <wp:effectExtent l="0" t="0" r="0" b="0"/>
          <wp:docPr id="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hyperlink>
      <w:r>
        <w:rPr>
          <w:color w:val="888888"/>
        </w:rPr>
        <w:t>gptdaisy.com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12D99B" w14:textId="77777777" w:rsidR="00E407DA" w:rsidRDefault="00E407DA">
      <w:pPr>
        <w:spacing w:after="0" w:line="240" w:lineRule="auto"/>
      </w:pPr>
      <w:r>
        <w:separator/>
      </w:r>
    </w:p>
  </w:footnote>
  <w:footnote w:type="continuationSeparator" w:id="0">
    <w:p w14:paraId="23B6E203" w14:textId="77777777" w:rsidR="00E407DA" w:rsidRDefault="00E407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A0C16"/>
    <w:rsid w:val="00326F90"/>
    <w:rsid w:val="0049768D"/>
    <w:rsid w:val="005B0AD1"/>
    <w:rsid w:val="006F6E97"/>
    <w:rsid w:val="00AA1D8D"/>
    <w:rsid w:val="00B47730"/>
    <w:rsid w:val="00BC1ADE"/>
    <w:rsid w:val="00CB0664"/>
    <w:rsid w:val="00D96674"/>
    <w:rsid w:val="00E407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1781C4"/>
  <w14:defaultImageDpi w14:val="300"/>
  <w15:docId w15:val="{C778BD0C-7DE4-467C-8A3A-6983A5CC3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КРИППО-14Н</cp:lastModifiedBy>
  <cp:revision>3</cp:revision>
  <dcterms:created xsi:type="dcterms:W3CDTF">2013-12-23T23:15:00Z</dcterms:created>
  <dcterms:modified xsi:type="dcterms:W3CDTF">2026-09-30T10:26:00Z</dcterms:modified>
  <cp:category/>
</cp:coreProperties>
</file>