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34E3" w14:textId="77777777" w:rsidR="00CF3507" w:rsidRPr="002D55AC" w:rsidRDefault="00203D51">
      <w:pPr>
        <w:pStyle w:val="21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 xml:space="preserve">Первое русское кругосветное плавание </w:t>
      </w:r>
      <w:r w:rsidRPr="002D55AC">
        <w:rPr>
          <w:sz w:val="24"/>
          <w:szCs w:val="24"/>
        </w:rPr>
        <w:t>🚢</w:t>
      </w:r>
    </w:p>
    <w:p w14:paraId="4B17B5CA" w14:textId="77777777" w:rsidR="00CF3507" w:rsidRPr="002D55AC" w:rsidRDefault="00203D51" w:rsidP="002D55AC">
      <w:pPr>
        <w:pStyle w:val="31"/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>Кто и зачем?</w:t>
      </w:r>
    </w:p>
    <w:p w14:paraId="67A5F19A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 xml:space="preserve">В 1819 году русский император Александр </w:t>
      </w:r>
      <w:r w:rsidRPr="002D55AC">
        <w:rPr>
          <w:sz w:val="24"/>
          <w:szCs w:val="24"/>
        </w:rPr>
        <w:t>I</w:t>
      </w:r>
      <w:r w:rsidRPr="002D55AC">
        <w:rPr>
          <w:sz w:val="24"/>
          <w:szCs w:val="24"/>
          <w:lang w:val="ru-RU"/>
        </w:rPr>
        <w:t xml:space="preserve"> приказал отправить две шхуны — </w:t>
      </w:r>
      <w:r w:rsidRPr="002D55AC">
        <w:rPr>
          <w:b/>
          <w:sz w:val="24"/>
          <w:szCs w:val="24"/>
          <w:lang w:val="ru-RU"/>
        </w:rPr>
        <w:t>«Восток»</w:t>
      </w:r>
      <w:r w:rsidRPr="002D55AC">
        <w:rPr>
          <w:sz w:val="24"/>
          <w:szCs w:val="24"/>
          <w:lang w:val="ru-RU"/>
        </w:rPr>
        <w:t xml:space="preserve"> и </w:t>
      </w:r>
      <w:r w:rsidRPr="002D55AC">
        <w:rPr>
          <w:b/>
          <w:sz w:val="24"/>
          <w:szCs w:val="24"/>
          <w:lang w:val="ru-RU"/>
        </w:rPr>
        <w:t>«Мирный»</w:t>
      </w:r>
      <w:r w:rsidRPr="002D55AC">
        <w:rPr>
          <w:sz w:val="24"/>
          <w:szCs w:val="24"/>
          <w:lang w:val="ru-RU"/>
        </w:rPr>
        <w:t xml:space="preserve"> — в далёкое путешествие. Командовать ими поручили двум молодым офицерам: </w:t>
      </w:r>
      <w:r w:rsidRPr="002D55AC">
        <w:rPr>
          <w:b/>
          <w:sz w:val="24"/>
          <w:szCs w:val="24"/>
          <w:lang w:val="ru-RU"/>
        </w:rPr>
        <w:t>Фаддею Беллинсгаузену</w:t>
      </w:r>
      <w:r w:rsidRPr="002D55AC">
        <w:rPr>
          <w:sz w:val="24"/>
          <w:szCs w:val="24"/>
          <w:lang w:val="ru-RU"/>
        </w:rPr>
        <w:t xml:space="preserve"> (он был главным) и </w:t>
      </w:r>
      <w:r w:rsidRPr="002D55AC">
        <w:rPr>
          <w:b/>
          <w:sz w:val="24"/>
          <w:szCs w:val="24"/>
          <w:lang w:val="ru-RU"/>
        </w:rPr>
        <w:t>Михаилу Лазареву</w:t>
      </w:r>
      <w:r w:rsidRPr="002D55AC">
        <w:rPr>
          <w:sz w:val="24"/>
          <w:szCs w:val="24"/>
          <w:lang w:val="ru-RU"/>
        </w:rPr>
        <w:t xml:space="preserve"> (он командовал «Мирным»).</w:t>
      </w:r>
    </w:p>
    <w:p w14:paraId="64329E60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 xml:space="preserve">Их задача была очень важной — найти </w:t>
      </w:r>
      <w:r w:rsidRPr="002D55AC">
        <w:rPr>
          <w:b/>
          <w:sz w:val="24"/>
          <w:szCs w:val="24"/>
          <w:lang w:val="ru-RU"/>
        </w:rPr>
        <w:t>Южный полюс</w:t>
      </w:r>
      <w:r w:rsidRPr="002D55AC">
        <w:rPr>
          <w:sz w:val="24"/>
          <w:szCs w:val="24"/>
          <w:lang w:val="ru-RU"/>
        </w:rPr>
        <w:t xml:space="preserve"> и исследовать земли вокруг Антарктиды. В то время </w:t>
      </w:r>
      <w:r w:rsidRPr="002D55AC">
        <w:rPr>
          <w:sz w:val="24"/>
          <w:szCs w:val="24"/>
          <w:lang w:val="ru-RU"/>
        </w:rPr>
        <w:t>многие страны уже отправляли свои корабли в кругосветные плавания, и Россия тоже хотела внести свой вклад в науку.</w:t>
      </w:r>
    </w:p>
    <w:p w14:paraId="04F2A544" w14:textId="77777777" w:rsidR="00CF3507" w:rsidRPr="002D55AC" w:rsidRDefault="00203D51" w:rsidP="002D55AC">
      <w:pPr>
        <w:pStyle w:val="31"/>
        <w:ind w:left="-709" w:firstLine="709"/>
        <w:rPr>
          <w:sz w:val="24"/>
          <w:szCs w:val="24"/>
        </w:rPr>
      </w:pPr>
      <w:proofErr w:type="spellStart"/>
      <w:r w:rsidRPr="002D55AC">
        <w:rPr>
          <w:sz w:val="24"/>
          <w:szCs w:val="24"/>
        </w:rPr>
        <w:t>Что</w:t>
      </w:r>
      <w:proofErr w:type="spellEnd"/>
      <w:r w:rsidRPr="002D55AC">
        <w:rPr>
          <w:sz w:val="24"/>
          <w:szCs w:val="24"/>
        </w:rPr>
        <w:t xml:space="preserve"> </w:t>
      </w:r>
      <w:proofErr w:type="spellStart"/>
      <w:r w:rsidRPr="002D55AC">
        <w:rPr>
          <w:sz w:val="24"/>
          <w:szCs w:val="24"/>
        </w:rPr>
        <w:t>было</w:t>
      </w:r>
      <w:proofErr w:type="spellEnd"/>
      <w:r w:rsidRPr="002D55AC">
        <w:rPr>
          <w:sz w:val="24"/>
          <w:szCs w:val="24"/>
        </w:rPr>
        <w:t xml:space="preserve"> </w:t>
      </w:r>
      <w:proofErr w:type="spellStart"/>
      <w:r w:rsidRPr="002D55AC">
        <w:rPr>
          <w:sz w:val="24"/>
          <w:szCs w:val="24"/>
        </w:rPr>
        <w:t>на</w:t>
      </w:r>
      <w:proofErr w:type="spellEnd"/>
      <w:r w:rsidRPr="002D55AC">
        <w:rPr>
          <w:sz w:val="24"/>
          <w:szCs w:val="24"/>
        </w:rPr>
        <w:t xml:space="preserve"> </w:t>
      </w:r>
      <w:proofErr w:type="spellStart"/>
      <w:r w:rsidRPr="002D55AC">
        <w:rPr>
          <w:sz w:val="24"/>
          <w:szCs w:val="24"/>
        </w:rPr>
        <w:t>кораблях</w:t>
      </w:r>
      <w:proofErr w:type="spellEnd"/>
      <w:r w:rsidRPr="002D55AC">
        <w:rPr>
          <w:sz w:val="24"/>
          <w:szCs w:val="24"/>
        </w:rPr>
        <w:t>?</w:t>
      </w:r>
    </w:p>
    <w:p w14:paraId="6BBAD3C1" w14:textId="77777777" w:rsidR="00CF3507" w:rsidRPr="002D55AC" w:rsidRDefault="00203D51" w:rsidP="002D55AC">
      <w:pPr>
        <w:pStyle w:val="a0"/>
        <w:spacing w:line="240" w:lineRule="auto"/>
        <w:ind w:left="-709" w:firstLine="709"/>
        <w:rPr>
          <w:sz w:val="24"/>
          <w:szCs w:val="24"/>
        </w:rPr>
      </w:pPr>
      <w:r w:rsidRPr="002D55AC">
        <w:rPr>
          <w:b/>
          <w:sz w:val="24"/>
          <w:szCs w:val="24"/>
        </w:rPr>
        <w:t>«Восток»</w:t>
      </w:r>
      <w:r w:rsidRPr="002D55AC">
        <w:rPr>
          <w:sz w:val="24"/>
          <w:szCs w:val="24"/>
        </w:rPr>
        <w:t xml:space="preserve"> — 54 пушки, 184 человека экипажа</w:t>
      </w:r>
    </w:p>
    <w:p w14:paraId="795A79D6" w14:textId="77777777" w:rsidR="00CF3507" w:rsidRPr="002D55AC" w:rsidRDefault="00203D51" w:rsidP="002D55AC">
      <w:pPr>
        <w:pStyle w:val="a0"/>
        <w:spacing w:line="240" w:lineRule="auto"/>
        <w:ind w:left="-709" w:firstLine="709"/>
        <w:rPr>
          <w:sz w:val="24"/>
          <w:szCs w:val="24"/>
        </w:rPr>
      </w:pPr>
      <w:r w:rsidRPr="002D55AC">
        <w:rPr>
          <w:b/>
          <w:sz w:val="24"/>
          <w:szCs w:val="24"/>
        </w:rPr>
        <w:t>«Мирный»</w:t>
      </w:r>
      <w:r w:rsidRPr="002D55AC">
        <w:rPr>
          <w:sz w:val="24"/>
          <w:szCs w:val="24"/>
        </w:rPr>
        <w:t xml:space="preserve"> — 30 пушек, 31 человек экипажа</w:t>
      </w:r>
    </w:p>
    <w:p w14:paraId="1F010825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>Это были огромные корабли для того вр</w:t>
      </w:r>
      <w:r w:rsidRPr="002D55AC">
        <w:rPr>
          <w:sz w:val="24"/>
          <w:szCs w:val="24"/>
          <w:lang w:val="ru-RU"/>
        </w:rPr>
        <w:t>емени! Представь: деревянный корабль, паруса, и вся команда живёт на нём по несколько лет.</w:t>
      </w:r>
    </w:p>
    <w:p w14:paraId="05A24198" w14:textId="77777777" w:rsidR="00CF3507" w:rsidRPr="002D55AC" w:rsidRDefault="00203D51" w:rsidP="002D55AC">
      <w:pPr>
        <w:pStyle w:val="31"/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>Что открыли?</w:t>
      </w:r>
    </w:p>
    <w:p w14:paraId="3CBB2901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>За два года плавания (1819–1821) команда сделала невероятное:</w:t>
      </w:r>
    </w:p>
    <w:p w14:paraId="7320DB75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</w:rPr>
        <w:t>🌍</w:t>
      </w:r>
      <w:r w:rsidRPr="002D55AC">
        <w:rPr>
          <w:sz w:val="24"/>
          <w:szCs w:val="24"/>
          <w:lang w:val="ru-RU"/>
        </w:rPr>
        <w:t xml:space="preserve"> </w:t>
      </w:r>
      <w:r w:rsidRPr="002D55AC">
        <w:rPr>
          <w:b/>
          <w:sz w:val="24"/>
          <w:szCs w:val="24"/>
          <w:lang w:val="ru-RU"/>
        </w:rPr>
        <w:t>Открыла Антарктиду</w:t>
      </w:r>
      <w:r w:rsidRPr="002D55AC">
        <w:rPr>
          <w:sz w:val="24"/>
          <w:szCs w:val="24"/>
          <w:lang w:val="ru-RU"/>
        </w:rPr>
        <w:t xml:space="preserve"> — 16 (28) января 1820 года они увидели ледяной континент и стали пер</w:t>
      </w:r>
      <w:r w:rsidRPr="002D55AC">
        <w:rPr>
          <w:sz w:val="24"/>
          <w:szCs w:val="24"/>
          <w:lang w:val="ru-RU"/>
        </w:rPr>
        <w:t>выми, кто его заметил!</w:t>
      </w:r>
    </w:p>
    <w:p w14:paraId="4E901E60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</w:rPr>
        <w:t>🏝</w:t>
      </w:r>
      <w:r w:rsidRPr="002D55AC">
        <w:rPr>
          <w:sz w:val="24"/>
          <w:szCs w:val="24"/>
          <w:lang w:val="ru-RU"/>
        </w:rPr>
        <w:t xml:space="preserve"> </w:t>
      </w:r>
      <w:r w:rsidRPr="002D55AC">
        <w:rPr>
          <w:b/>
          <w:sz w:val="24"/>
          <w:szCs w:val="24"/>
          <w:lang w:val="ru-RU"/>
        </w:rPr>
        <w:t>Нашли 29 островов</w:t>
      </w:r>
      <w:r w:rsidRPr="002D55AC">
        <w:rPr>
          <w:sz w:val="24"/>
          <w:szCs w:val="24"/>
          <w:lang w:val="ru-RU"/>
        </w:rPr>
        <w:t xml:space="preserve"> в Тихом и Южном океанах</w:t>
      </w:r>
    </w:p>
    <w:p w14:paraId="09EA20EB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</w:rPr>
        <w:t>🐧</w:t>
      </w:r>
      <w:r w:rsidRPr="002D55AC">
        <w:rPr>
          <w:sz w:val="24"/>
          <w:szCs w:val="24"/>
          <w:lang w:val="ru-RU"/>
        </w:rPr>
        <w:t xml:space="preserve"> </w:t>
      </w:r>
      <w:r w:rsidRPr="002D55AC">
        <w:rPr>
          <w:b/>
          <w:sz w:val="24"/>
          <w:szCs w:val="24"/>
          <w:lang w:val="ru-RU"/>
        </w:rPr>
        <w:t>Изучили диковинных животных</w:t>
      </w:r>
      <w:r w:rsidRPr="002D55AC">
        <w:rPr>
          <w:sz w:val="24"/>
          <w:szCs w:val="24"/>
          <w:lang w:val="ru-RU"/>
        </w:rPr>
        <w:t xml:space="preserve"> — пингвинов, тюленей, морских птиц, которых раньше никто не видел</w:t>
      </w:r>
    </w:p>
    <w:p w14:paraId="75FD9B41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</w:rPr>
        <w:t>📊</w:t>
      </w:r>
      <w:r w:rsidRPr="002D55AC">
        <w:rPr>
          <w:sz w:val="24"/>
          <w:szCs w:val="24"/>
          <w:lang w:val="ru-RU"/>
        </w:rPr>
        <w:t xml:space="preserve"> </w:t>
      </w:r>
      <w:r w:rsidRPr="002D55AC">
        <w:rPr>
          <w:b/>
          <w:sz w:val="24"/>
          <w:szCs w:val="24"/>
          <w:lang w:val="ru-RU"/>
        </w:rPr>
        <w:t>Составили карты</w:t>
      </w:r>
      <w:r w:rsidRPr="002D55AC">
        <w:rPr>
          <w:sz w:val="24"/>
          <w:szCs w:val="24"/>
          <w:lang w:val="ru-RU"/>
        </w:rPr>
        <w:t xml:space="preserve"> — нарисовали карты огромных территорий, которые раньше были пустыми на к</w:t>
      </w:r>
      <w:r w:rsidRPr="002D55AC">
        <w:rPr>
          <w:sz w:val="24"/>
          <w:szCs w:val="24"/>
          <w:lang w:val="ru-RU"/>
        </w:rPr>
        <w:t>артах</w:t>
      </w:r>
    </w:p>
    <w:p w14:paraId="1D39FC2F" w14:textId="77777777" w:rsidR="00CF3507" w:rsidRPr="002D55AC" w:rsidRDefault="00203D51" w:rsidP="002D55AC">
      <w:pPr>
        <w:pStyle w:val="31"/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>Как они вернулись?</w:t>
      </w:r>
    </w:p>
    <w:p w14:paraId="548C5C62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 xml:space="preserve">Плавание длилось </w:t>
      </w:r>
      <w:r w:rsidRPr="002D55AC">
        <w:rPr>
          <w:b/>
          <w:sz w:val="24"/>
          <w:szCs w:val="24"/>
          <w:lang w:val="ru-RU"/>
        </w:rPr>
        <w:t>750 дней</w:t>
      </w:r>
      <w:r w:rsidRPr="002D55AC">
        <w:rPr>
          <w:sz w:val="24"/>
          <w:szCs w:val="24"/>
          <w:lang w:val="ru-RU"/>
        </w:rPr>
        <w:t xml:space="preserve"> — это чуть больше двух лет! Корабли прошли через Атлантический, Тихий и Индийский океаны, заходили в Бразилию, на Гавайские острова, в Австралию и вернулись в Кронштадт (недалеко от Санкт-Петербурга) в окт</w:t>
      </w:r>
      <w:r w:rsidRPr="002D55AC">
        <w:rPr>
          <w:sz w:val="24"/>
          <w:szCs w:val="24"/>
          <w:lang w:val="ru-RU"/>
        </w:rPr>
        <w:t>ябре 1821 года.</w:t>
      </w:r>
    </w:p>
    <w:p w14:paraId="27C0F61E" w14:textId="77777777" w:rsidR="00CF3507" w:rsidRPr="002D55AC" w:rsidRDefault="00203D51" w:rsidP="002D55AC">
      <w:pPr>
        <w:pStyle w:val="31"/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>Почему это важно?</w:t>
      </w:r>
    </w:p>
    <w:p w14:paraId="30AEA08F" w14:textId="77777777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sz w:val="24"/>
          <w:szCs w:val="24"/>
          <w:lang w:val="ru-RU"/>
        </w:rPr>
        <w:t xml:space="preserve">Это было </w:t>
      </w:r>
      <w:r w:rsidRPr="002D55AC">
        <w:rPr>
          <w:b/>
          <w:sz w:val="24"/>
          <w:szCs w:val="24"/>
          <w:lang w:val="ru-RU"/>
        </w:rPr>
        <w:t>первое русское кругосветное плавание</w:t>
      </w:r>
      <w:r w:rsidRPr="002D55AC">
        <w:rPr>
          <w:sz w:val="24"/>
          <w:szCs w:val="24"/>
          <w:lang w:val="ru-RU"/>
        </w:rPr>
        <w:t>, и оно показало, что русские моряки могут совершать великие открытия. Беллинсгаузен и Лазарев доказали, что Россия — великая морская держава.</w:t>
      </w:r>
    </w:p>
    <w:p w14:paraId="71E4B945" w14:textId="71E2E971" w:rsidR="00CF3507" w:rsidRPr="002D55AC" w:rsidRDefault="00203D51" w:rsidP="002D55AC">
      <w:pPr>
        <w:ind w:left="-709" w:firstLine="709"/>
        <w:rPr>
          <w:sz w:val="24"/>
          <w:szCs w:val="24"/>
          <w:lang w:val="ru-RU"/>
        </w:rPr>
      </w:pPr>
      <w:r w:rsidRPr="002D55AC">
        <w:rPr>
          <w:b/>
          <w:sz w:val="24"/>
          <w:szCs w:val="24"/>
          <w:lang w:val="ru-RU"/>
        </w:rPr>
        <w:t>Интересный факт:</w:t>
      </w:r>
      <w:r w:rsidRPr="002D55AC">
        <w:rPr>
          <w:sz w:val="24"/>
          <w:szCs w:val="24"/>
          <w:lang w:val="ru-RU"/>
        </w:rPr>
        <w:t xml:space="preserve"> Имя Беллинсгаузен</w:t>
      </w:r>
      <w:r w:rsidRPr="002D55AC">
        <w:rPr>
          <w:sz w:val="24"/>
          <w:szCs w:val="24"/>
          <w:lang w:val="ru-RU"/>
        </w:rPr>
        <w:t>а носит ледник в Антарктиде, а имя Лазарева — город на Сахалине и несколько военных кораблей.</w:t>
      </w:r>
    </w:p>
    <w:sectPr w:rsidR="00CF3507" w:rsidRPr="002D55AC" w:rsidSect="002D55AC">
      <w:footerReference w:type="default" r:id="rId8"/>
      <w:pgSz w:w="12240" w:h="15840"/>
      <w:pgMar w:top="709" w:right="104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DEF90" w14:textId="77777777" w:rsidR="00203D51" w:rsidRDefault="00203D51">
      <w:pPr>
        <w:spacing w:after="0" w:line="240" w:lineRule="auto"/>
      </w:pPr>
      <w:r>
        <w:separator/>
      </w:r>
    </w:p>
  </w:endnote>
  <w:endnote w:type="continuationSeparator" w:id="0">
    <w:p w14:paraId="5C069366" w14:textId="77777777" w:rsidR="00203D51" w:rsidRDefault="00203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DD1D" w14:textId="77777777" w:rsidR="00CF3507" w:rsidRDefault="00203D51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75644A13" wp14:editId="237ABA82">
          <wp:extent cx="228600" cy="228600"/>
          <wp:effectExtent l="0" t="0" r="0" b="0"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69443" w14:textId="77777777" w:rsidR="00203D51" w:rsidRDefault="00203D51">
      <w:pPr>
        <w:spacing w:after="0" w:line="240" w:lineRule="auto"/>
      </w:pPr>
      <w:r>
        <w:separator/>
      </w:r>
    </w:p>
  </w:footnote>
  <w:footnote w:type="continuationSeparator" w:id="0">
    <w:p w14:paraId="0C696A5B" w14:textId="77777777" w:rsidR="00203D51" w:rsidRDefault="00203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D51"/>
    <w:rsid w:val="0029639D"/>
    <w:rsid w:val="002D55AC"/>
    <w:rsid w:val="00326F90"/>
    <w:rsid w:val="00AA1D8D"/>
    <w:rsid w:val="00B47730"/>
    <w:rsid w:val="00CB0664"/>
    <w:rsid w:val="00CF35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48F4D1"/>
  <w14:defaultImageDpi w14:val="300"/>
  <w15:docId w15:val="{C778BD0C-7DE4-467C-8A3A-6983A5CC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1</cp:revision>
  <dcterms:created xsi:type="dcterms:W3CDTF">2013-12-23T23:15:00Z</dcterms:created>
  <dcterms:modified xsi:type="dcterms:W3CDTF">2026-09-30T07:43:00Z</dcterms:modified>
  <cp:category/>
</cp:coreProperties>
</file>