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1B30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 xml:space="preserve">Представь, что ты хочешь объехать Землю, но у тебя нет ни </w:t>
      </w:r>
      <w:r>
        <w:t>GPS</w:t>
      </w:r>
      <w:r w:rsidRPr="00495B29">
        <w:rPr>
          <w:lang w:val="ru-RU"/>
        </w:rPr>
        <w:t>, ни спутников, ни даже точных карт. В 1519 году это было настоящим безумием!</w:t>
      </w:r>
    </w:p>
    <w:p w14:paraId="78C3EBCE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 xml:space="preserve">Испанский король дал деньги португальскому мореплавателю </w:t>
      </w:r>
      <w:r w:rsidRPr="00495B29">
        <w:rPr>
          <w:b/>
          <w:lang w:val="ru-RU"/>
        </w:rPr>
        <w:t>Фернану Магеллану</w:t>
      </w:r>
      <w:r w:rsidRPr="00495B29">
        <w:rPr>
          <w:lang w:val="ru-RU"/>
        </w:rPr>
        <w:t xml:space="preserve">, чтобы тот нашел путь к Островам Специй (где растут корица, гвоздика и мускатный орех), но плыть нужно было не на восток, как все, а </w:t>
      </w:r>
      <w:r w:rsidRPr="00495B29">
        <w:rPr>
          <w:b/>
          <w:lang w:val="ru-RU"/>
        </w:rPr>
        <w:t>на запад</w:t>
      </w:r>
      <w:r w:rsidRPr="00495B29">
        <w:rPr>
          <w:lang w:val="ru-RU"/>
        </w:rPr>
        <w:t>.</w:t>
      </w:r>
    </w:p>
    <w:p w14:paraId="0F3A4935" w14:textId="77777777" w:rsidR="00F01F9C" w:rsidRPr="00495B29" w:rsidRDefault="0077266F">
      <w:pPr>
        <w:pStyle w:val="31"/>
        <w:rPr>
          <w:lang w:val="ru-RU"/>
        </w:rPr>
      </w:pPr>
      <w:r>
        <w:t>🚢</w:t>
      </w:r>
      <w:r w:rsidRPr="00495B29">
        <w:rPr>
          <w:lang w:val="ru-RU"/>
        </w:rPr>
        <w:t xml:space="preserve"> Пять маленьких кораблей</w:t>
      </w:r>
    </w:p>
    <w:p w14:paraId="4A172409" w14:textId="35968C2C" w:rsidR="00F01F9C" w:rsidRPr="00495B29" w:rsidRDefault="0077266F">
      <w:pPr>
        <w:rPr>
          <w:lang w:val="ru-RU"/>
        </w:rPr>
      </w:pPr>
      <w:r w:rsidRPr="00495B29">
        <w:rPr>
          <w:lang w:val="ru-RU"/>
        </w:rPr>
        <w:t>Магеллан отправился в путь с 5 кораблями и почти 300 людьми. Представь: это были крошечные деревянные лод</w:t>
      </w:r>
      <w:r w:rsidR="009A0884">
        <w:rPr>
          <w:lang w:val="ru-RU"/>
        </w:rPr>
        <w:t>о</w:t>
      </w:r>
      <w:r w:rsidRPr="00495B29">
        <w:rPr>
          <w:lang w:val="ru-RU"/>
        </w:rPr>
        <w:t>чки по сравнению с огромным океаном.</w:t>
      </w:r>
    </w:p>
    <w:p w14:paraId="74CE466E" w14:textId="77777777" w:rsidR="00F01F9C" w:rsidRPr="00495B29" w:rsidRDefault="0077266F">
      <w:pPr>
        <w:pStyle w:val="31"/>
        <w:rPr>
          <w:lang w:val="ru-RU"/>
        </w:rPr>
      </w:pPr>
      <w:r>
        <w:t>🌊</w:t>
      </w:r>
      <w:r w:rsidRPr="00495B29">
        <w:rPr>
          <w:lang w:val="ru-RU"/>
        </w:rPr>
        <w:t xml:space="preserve"> Что случилось в пути?</w:t>
      </w:r>
    </w:p>
    <w:p w14:paraId="2870F002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>Путешествие превратилось в настоящий фильм ужасов и приключений:</w:t>
      </w:r>
    </w:p>
    <w:p w14:paraId="0FB454EC" w14:textId="77777777" w:rsidR="00F01F9C" w:rsidRPr="00495B29" w:rsidRDefault="0077266F">
      <w:pPr>
        <w:pStyle w:val="a"/>
        <w:spacing w:line="240" w:lineRule="auto"/>
        <w:ind w:left="720"/>
        <w:rPr>
          <w:lang w:val="ru-RU"/>
        </w:rPr>
      </w:pPr>
      <w:r w:rsidRPr="00495B29">
        <w:rPr>
          <w:b/>
          <w:lang w:val="ru-RU"/>
        </w:rPr>
        <w:t>Бунт:</w:t>
      </w:r>
      <w:r w:rsidRPr="00495B29">
        <w:rPr>
          <w:lang w:val="ru-RU"/>
        </w:rPr>
        <w:t xml:space="preserve"> Моряки испугались и хотели вернуться домой. Но Магеллан хитростью подавил бунт и продолжил путь.</w:t>
      </w:r>
    </w:p>
    <w:p w14:paraId="142A8D32" w14:textId="77777777" w:rsidR="00F01F9C" w:rsidRDefault="0077266F">
      <w:pPr>
        <w:pStyle w:val="a"/>
        <w:spacing w:line="240" w:lineRule="auto"/>
        <w:ind w:left="720"/>
      </w:pPr>
      <w:r w:rsidRPr="00495B29">
        <w:rPr>
          <w:b/>
          <w:lang w:val="ru-RU"/>
        </w:rPr>
        <w:t>Лабиринт:</w:t>
      </w:r>
      <w:r w:rsidRPr="00495B29">
        <w:rPr>
          <w:lang w:val="ru-RU"/>
        </w:rPr>
        <w:t xml:space="preserve"> Они долго искали проход через южную часть Америки. Там были штормы, скалы и темнота. </w:t>
      </w:r>
      <w:proofErr w:type="spellStart"/>
      <w:r>
        <w:t>Наконец</w:t>
      </w:r>
      <w:proofErr w:type="spellEnd"/>
      <w:r>
        <w:t xml:space="preserve">,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нашли</w:t>
      </w:r>
      <w:proofErr w:type="spellEnd"/>
      <w:r>
        <w:t xml:space="preserve"> </w:t>
      </w:r>
      <w:proofErr w:type="spellStart"/>
      <w:r>
        <w:t>узкий</w:t>
      </w:r>
      <w:proofErr w:type="spellEnd"/>
      <w:r>
        <w:t xml:space="preserve"> пролив (сейчас он называется Магеллановым).</w:t>
      </w:r>
    </w:p>
    <w:p w14:paraId="3F777821" w14:textId="77777777" w:rsidR="00F01F9C" w:rsidRDefault="0077266F">
      <w:pPr>
        <w:pStyle w:val="a"/>
        <w:spacing w:line="240" w:lineRule="auto"/>
        <w:ind w:left="720"/>
      </w:pPr>
      <w:r w:rsidRPr="00495B29">
        <w:rPr>
          <w:b/>
          <w:lang w:val="ru-RU"/>
        </w:rPr>
        <w:t>Тихий океан:</w:t>
      </w:r>
      <w:r w:rsidRPr="00495B29">
        <w:rPr>
          <w:lang w:val="ru-RU"/>
        </w:rPr>
        <w:t xml:space="preserve"> Когда они вышли из пролива, океан был спокойным. Магеллан назвал его </w:t>
      </w:r>
      <w:r w:rsidRPr="00495B29">
        <w:rPr>
          <w:b/>
          <w:lang w:val="ru-RU"/>
        </w:rPr>
        <w:t>Тихим</w:t>
      </w:r>
      <w:r w:rsidRPr="00495B29">
        <w:rPr>
          <w:lang w:val="ru-RU"/>
        </w:rPr>
        <w:t xml:space="preserve"> (</w:t>
      </w:r>
      <w:r>
        <w:t>Pacific</w:t>
      </w:r>
      <w:r w:rsidRPr="00495B29">
        <w:rPr>
          <w:lang w:val="ru-RU"/>
        </w:rPr>
        <w:t xml:space="preserve">). </w:t>
      </w:r>
      <w:r>
        <w:t>Но потом ветер стих, и они плыли 3 месяца!</w:t>
      </w:r>
    </w:p>
    <w:p w14:paraId="65484FF8" w14:textId="77777777" w:rsidR="00F01F9C" w:rsidRPr="00495B29" w:rsidRDefault="0077266F">
      <w:pPr>
        <w:pStyle w:val="a0"/>
        <w:spacing w:line="240" w:lineRule="auto"/>
        <w:ind w:left="1440"/>
        <w:rPr>
          <w:lang w:val="ru-RU"/>
        </w:rPr>
      </w:pPr>
      <w:r w:rsidRPr="00495B29">
        <w:rPr>
          <w:b/>
          <w:lang w:val="ru-RU"/>
        </w:rPr>
        <w:t>Еды не было.</w:t>
      </w:r>
      <w:r w:rsidRPr="00495B29">
        <w:rPr>
          <w:lang w:val="ru-RU"/>
        </w:rPr>
        <w:t xml:space="preserve"> Моряки ели сухари, в которых уже жили черви.</w:t>
      </w:r>
    </w:p>
    <w:p w14:paraId="2230CFF6" w14:textId="77777777" w:rsidR="00F01F9C" w:rsidRPr="00495B29" w:rsidRDefault="0077266F">
      <w:pPr>
        <w:pStyle w:val="a0"/>
        <w:spacing w:line="240" w:lineRule="auto"/>
        <w:ind w:left="1440"/>
        <w:rPr>
          <w:lang w:val="ru-RU"/>
        </w:rPr>
      </w:pPr>
      <w:r w:rsidRPr="00495B29">
        <w:rPr>
          <w:b/>
          <w:lang w:val="ru-RU"/>
        </w:rPr>
        <w:t>Воды не было.</w:t>
      </w:r>
      <w:r w:rsidRPr="00495B29">
        <w:rPr>
          <w:lang w:val="ru-RU"/>
        </w:rPr>
        <w:t xml:space="preserve"> Пили мутную воду.</w:t>
      </w:r>
    </w:p>
    <w:p w14:paraId="45A6D54D" w14:textId="77777777" w:rsidR="00F01F9C" w:rsidRPr="00495B29" w:rsidRDefault="0077266F">
      <w:pPr>
        <w:pStyle w:val="a0"/>
        <w:spacing w:line="240" w:lineRule="auto"/>
        <w:ind w:left="1440"/>
        <w:rPr>
          <w:lang w:val="ru-RU"/>
        </w:rPr>
      </w:pPr>
      <w:r w:rsidRPr="00495B29">
        <w:rPr>
          <w:b/>
          <w:lang w:val="ru-RU"/>
        </w:rPr>
        <w:t>Ели кожу.</w:t>
      </w:r>
      <w:r w:rsidRPr="00495B29">
        <w:rPr>
          <w:lang w:val="ru-RU"/>
        </w:rPr>
        <w:t xml:space="preserve"> Приходилось есть кожаные ремни от сапог, чтобы не умереть с голоду.</w:t>
      </w:r>
    </w:p>
    <w:p w14:paraId="2C51C902" w14:textId="77777777" w:rsidR="00F01F9C" w:rsidRPr="00495B29" w:rsidRDefault="0077266F">
      <w:pPr>
        <w:pStyle w:val="31"/>
        <w:rPr>
          <w:lang w:val="ru-RU"/>
        </w:rPr>
      </w:pPr>
      <w:r>
        <w:t>💀</w:t>
      </w:r>
      <w:r w:rsidRPr="00495B29">
        <w:rPr>
          <w:lang w:val="ru-RU"/>
        </w:rPr>
        <w:t xml:space="preserve"> Конец героя</w:t>
      </w:r>
    </w:p>
    <w:p w14:paraId="589929FE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>Сам Магеллан не доплыл до конца. Он погиб в битве на Филиппинах (в Азии), когда местные жители напали на него.</w:t>
      </w:r>
    </w:p>
    <w:p w14:paraId="06ECCE11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 xml:space="preserve">Но команда не сдалась. Новым капитаном стал </w:t>
      </w:r>
      <w:r w:rsidRPr="00495B29">
        <w:rPr>
          <w:b/>
          <w:lang w:val="ru-RU"/>
        </w:rPr>
        <w:t xml:space="preserve">Хуан Себастьян </w:t>
      </w:r>
      <w:proofErr w:type="spellStart"/>
      <w:r w:rsidRPr="00495B29">
        <w:rPr>
          <w:b/>
          <w:lang w:val="ru-RU"/>
        </w:rPr>
        <w:t>Элькано</w:t>
      </w:r>
      <w:proofErr w:type="spellEnd"/>
      <w:r w:rsidRPr="00495B29">
        <w:rPr>
          <w:lang w:val="ru-RU"/>
        </w:rPr>
        <w:t>. Он повел оставшиеся корабли дальше.</w:t>
      </w:r>
    </w:p>
    <w:p w14:paraId="45AA1F04" w14:textId="77777777" w:rsidR="00F01F9C" w:rsidRPr="00495B29" w:rsidRDefault="0077266F">
      <w:pPr>
        <w:pStyle w:val="31"/>
        <w:rPr>
          <w:lang w:val="ru-RU"/>
        </w:rPr>
      </w:pPr>
      <w:r>
        <w:t>🏁</w:t>
      </w:r>
      <w:r w:rsidRPr="00495B29">
        <w:rPr>
          <w:lang w:val="ru-RU"/>
        </w:rPr>
        <w:t xml:space="preserve"> Как всё закончилось?</w:t>
      </w:r>
    </w:p>
    <w:p w14:paraId="2A74C92D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 xml:space="preserve">Из 5 кораблей и 270 человек домой вернулся только </w:t>
      </w:r>
      <w:r w:rsidRPr="00495B29">
        <w:rPr>
          <w:b/>
          <w:lang w:val="ru-RU"/>
        </w:rPr>
        <w:t>один корабль — «Виктория»</w:t>
      </w:r>
      <w:r w:rsidRPr="00495B29">
        <w:rPr>
          <w:lang w:val="ru-RU"/>
        </w:rPr>
        <w:t xml:space="preserve">, и на нём было всего </w:t>
      </w:r>
      <w:r w:rsidRPr="00495B29">
        <w:rPr>
          <w:b/>
          <w:lang w:val="ru-RU"/>
        </w:rPr>
        <w:t>18 человек</w:t>
      </w:r>
      <w:r w:rsidRPr="00495B29">
        <w:rPr>
          <w:lang w:val="ru-RU"/>
        </w:rPr>
        <w:t>.</w:t>
      </w:r>
    </w:p>
    <w:p w14:paraId="5D568C54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>Остальные умерли от болезней, голода или были убиты. Но они совершили невозможное!</w:t>
      </w:r>
    </w:p>
    <w:p w14:paraId="5C524935" w14:textId="77777777" w:rsidR="00F01F9C" w:rsidRPr="00495B29" w:rsidRDefault="0077266F">
      <w:pPr>
        <w:pStyle w:val="31"/>
        <w:rPr>
          <w:lang w:val="ru-RU"/>
        </w:rPr>
      </w:pPr>
      <w:r>
        <w:t>🌍</w:t>
      </w:r>
      <w:r w:rsidRPr="00495B29">
        <w:rPr>
          <w:lang w:val="ru-RU"/>
        </w:rPr>
        <w:t xml:space="preserve"> Почему это важно?</w:t>
      </w:r>
    </w:p>
    <w:p w14:paraId="5BCF5629" w14:textId="77777777" w:rsidR="00F01F9C" w:rsidRPr="00495B29" w:rsidRDefault="0077266F">
      <w:pPr>
        <w:rPr>
          <w:lang w:val="ru-RU"/>
        </w:rPr>
      </w:pPr>
      <w:r w:rsidRPr="00495B29">
        <w:rPr>
          <w:lang w:val="ru-RU"/>
        </w:rPr>
        <w:t xml:space="preserve">До этого многие думали, что Земля плоская или что океаны не связаны. Магеллан доказал: 1. </w:t>
      </w:r>
      <w:r w:rsidRPr="00495B29">
        <w:rPr>
          <w:b/>
          <w:lang w:val="ru-RU"/>
        </w:rPr>
        <w:t>Земля круглая.</w:t>
      </w:r>
      <w:r w:rsidRPr="00495B29">
        <w:rPr>
          <w:lang w:val="ru-RU"/>
        </w:rPr>
        <w:t xml:space="preserve">2. </w:t>
      </w:r>
      <w:r w:rsidRPr="00495B29">
        <w:rPr>
          <w:b/>
          <w:lang w:val="ru-RU"/>
        </w:rPr>
        <w:t>Весь мир соединён океанами.</w:t>
      </w:r>
      <w:r w:rsidRPr="00495B29">
        <w:rPr>
          <w:lang w:val="ru-RU"/>
        </w:rPr>
        <w:t xml:space="preserve">3. </w:t>
      </w:r>
      <w:r w:rsidRPr="00495B29">
        <w:rPr>
          <w:b/>
          <w:lang w:val="ru-RU"/>
        </w:rPr>
        <w:t>Земля огромная!</w:t>
      </w:r>
    </w:p>
    <w:p w14:paraId="3C294FEA" w14:textId="40B7278D" w:rsidR="00F01F9C" w:rsidRPr="00495B29" w:rsidRDefault="0077266F">
      <w:pPr>
        <w:rPr>
          <w:lang w:val="ru-RU"/>
        </w:rPr>
      </w:pPr>
      <w:r>
        <w:rPr>
          <w:b/>
        </w:rPr>
        <w:t>💡</w:t>
      </w:r>
      <w:r w:rsidRPr="00495B29">
        <w:rPr>
          <w:b/>
          <w:lang w:val="ru-RU"/>
        </w:rPr>
        <w:t xml:space="preserve"> Крутой факт:</w:t>
      </w:r>
      <w:r w:rsidR="00160201">
        <w:rPr>
          <w:b/>
          <w:lang w:val="ru-RU"/>
        </w:rPr>
        <w:t xml:space="preserve"> </w:t>
      </w:r>
      <w:r w:rsidRPr="00495B29">
        <w:rPr>
          <w:lang w:val="ru-RU"/>
        </w:rPr>
        <w:t>Когда «Виктория» вернулась домой, моряки были в шоке. Они заметили, что у них в календаре пропал один день! Оказалось, что плывя на запад, они «догнали» солнце и потеряли сутки. Так люди впервые поняли, что есть «линей времени» и «линия перемены дат».</w:t>
      </w:r>
    </w:p>
    <w:sectPr w:rsidR="00F01F9C" w:rsidRPr="00495B29" w:rsidSect="00495B29">
      <w:footerReference w:type="default" r:id="rId8"/>
      <w:pgSz w:w="12240" w:h="15840"/>
      <w:pgMar w:top="567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13753" w14:textId="77777777" w:rsidR="00DA355D" w:rsidRDefault="00DA355D">
      <w:pPr>
        <w:spacing w:after="0" w:line="240" w:lineRule="auto"/>
      </w:pPr>
      <w:r>
        <w:separator/>
      </w:r>
    </w:p>
  </w:endnote>
  <w:endnote w:type="continuationSeparator" w:id="0">
    <w:p w14:paraId="40F12A10" w14:textId="77777777" w:rsidR="00DA355D" w:rsidRDefault="00DA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1162D" w14:textId="77777777" w:rsidR="00F01F9C" w:rsidRDefault="0077266F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41818039" wp14:editId="2020E8BF">
          <wp:extent cx="228600" cy="228600"/>
          <wp:effectExtent l="0" t="0" r="0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ACC1E" w14:textId="77777777" w:rsidR="00DA355D" w:rsidRDefault="00DA355D">
      <w:pPr>
        <w:spacing w:after="0" w:line="240" w:lineRule="auto"/>
      </w:pPr>
      <w:r>
        <w:separator/>
      </w:r>
    </w:p>
  </w:footnote>
  <w:footnote w:type="continuationSeparator" w:id="0">
    <w:p w14:paraId="532B89D0" w14:textId="77777777" w:rsidR="00DA355D" w:rsidRDefault="00DA3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201"/>
    <w:rsid w:val="0029639D"/>
    <w:rsid w:val="00326F90"/>
    <w:rsid w:val="00495B29"/>
    <w:rsid w:val="0077266F"/>
    <w:rsid w:val="009A0884"/>
    <w:rsid w:val="00AA1D8D"/>
    <w:rsid w:val="00B47730"/>
    <w:rsid w:val="00CB0664"/>
    <w:rsid w:val="00DA355D"/>
    <w:rsid w:val="00F01F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E84AC"/>
  <w14:defaultImageDpi w14:val="300"/>
  <w15:docId w15:val="{C778BD0C-7DE4-467C-8A3A-6983A5CC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3</cp:revision>
  <dcterms:created xsi:type="dcterms:W3CDTF">2013-12-23T23:15:00Z</dcterms:created>
  <dcterms:modified xsi:type="dcterms:W3CDTF">2026-09-30T10:22:00Z</dcterms:modified>
  <cp:category/>
</cp:coreProperties>
</file>